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0871" w:rsidRDefault="00CD0871" w:rsidP="00CD0871">
      <w:pPr>
        <w:jc w:val="right"/>
        <w:rPr>
          <w:rFonts w:ascii="Arial" w:hAnsi="Arial"/>
          <w:b/>
          <w:sz w:val="40"/>
          <w:rtl/>
        </w:rPr>
      </w:pPr>
    </w:p>
    <w:p w:rsidR="00CD0871" w:rsidRPr="00CD0871" w:rsidRDefault="00CD0871" w:rsidP="00CD0871">
      <w:pPr>
        <w:jc w:val="right"/>
        <w:rPr>
          <w:rFonts w:ascii="Arial" w:hAnsi="Arial"/>
          <w:b/>
          <w:sz w:val="24"/>
          <w:szCs w:val="24"/>
          <w:rtl/>
        </w:rPr>
      </w:pPr>
    </w:p>
    <w:p w:rsidR="00CD0871" w:rsidRPr="00CD0871" w:rsidRDefault="00CD0871" w:rsidP="00CD0871">
      <w:pPr>
        <w:rPr>
          <w:rFonts w:ascii="Arial" w:hAnsi="Arial"/>
          <w:b/>
          <w:sz w:val="24"/>
          <w:szCs w:val="24"/>
        </w:rPr>
      </w:pPr>
      <w:r w:rsidRPr="00CD0871">
        <w:rPr>
          <w:rFonts w:ascii="Arial" w:hAnsi="Arial"/>
          <w:b/>
          <w:sz w:val="24"/>
          <w:szCs w:val="24"/>
        </w:rPr>
        <w:t>==================================================</w:t>
      </w:r>
    </w:p>
    <w:p w:rsidR="00CD0871" w:rsidRPr="00C02867" w:rsidRDefault="00CD0871" w:rsidP="00CD0871">
      <w:pPr>
        <w:rPr>
          <w:rFonts w:ascii="Arial" w:hAnsi="Arial"/>
          <w:b/>
          <w:i/>
          <w:iCs/>
          <w:color w:val="FF0000"/>
          <w:sz w:val="24"/>
          <w:szCs w:val="24"/>
        </w:rPr>
      </w:pPr>
      <w:r w:rsidRPr="00C02867">
        <w:rPr>
          <w:rFonts w:ascii="Arial" w:hAnsi="Arial" w:cs="Times New Roman" w:hint="cs"/>
          <w:b/>
          <w:i/>
          <w:iCs/>
          <w:color w:val="FF0000"/>
          <w:sz w:val="24"/>
          <w:szCs w:val="24"/>
          <w:rtl/>
        </w:rPr>
        <w:t>تقرير</w:t>
      </w:r>
      <w:r w:rsidRPr="00C02867">
        <w:rPr>
          <w:rFonts w:ascii="Arial" w:hAnsi="Arial" w:cs="Times New Roman"/>
          <w:b/>
          <w:i/>
          <w:iCs/>
          <w:color w:val="FF0000"/>
          <w:sz w:val="24"/>
          <w:szCs w:val="24"/>
          <w:rtl/>
        </w:rPr>
        <w:t xml:space="preserve"> </w:t>
      </w:r>
      <w:r w:rsidRPr="00C02867">
        <w:rPr>
          <w:rFonts w:ascii="Arial" w:hAnsi="Arial" w:cs="Times New Roman" w:hint="cs"/>
          <w:b/>
          <w:i/>
          <w:iCs/>
          <w:color w:val="FF0000"/>
          <w:sz w:val="24"/>
          <w:szCs w:val="24"/>
          <w:rtl/>
        </w:rPr>
        <w:t>تقييم</w:t>
      </w:r>
      <w:r w:rsidRPr="00C02867">
        <w:rPr>
          <w:rFonts w:ascii="Arial" w:hAnsi="Arial" w:cs="Times New Roman"/>
          <w:b/>
          <w:i/>
          <w:iCs/>
          <w:color w:val="FF0000"/>
          <w:sz w:val="24"/>
          <w:szCs w:val="24"/>
          <w:rtl/>
        </w:rPr>
        <w:t xml:space="preserve"> </w:t>
      </w:r>
      <w:r w:rsidRPr="00C02867">
        <w:rPr>
          <w:rFonts w:ascii="Arial" w:hAnsi="Arial" w:cs="Times New Roman" w:hint="cs"/>
          <w:b/>
          <w:i/>
          <w:iCs/>
          <w:color w:val="FF0000"/>
          <w:sz w:val="24"/>
          <w:szCs w:val="24"/>
          <w:rtl/>
        </w:rPr>
        <w:t>أمني</w:t>
      </w:r>
      <w:r w:rsidRPr="00C02867">
        <w:rPr>
          <w:rFonts w:ascii="Arial" w:hAnsi="Arial" w:cs="Times New Roman"/>
          <w:b/>
          <w:i/>
          <w:iCs/>
          <w:color w:val="FF0000"/>
          <w:sz w:val="24"/>
          <w:szCs w:val="24"/>
          <w:rtl/>
        </w:rPr>
        <w:t xml:space="preserve"> </w:t>
      </w:r>
      <w:r w:rsidRPr="00C02867">
        <w:rPr>
          <w:rFonts w:ascii="Arial" w:hAnsi="Arial" w:cs="Times New Roman" w:hint="cs"/>
          <w:b/>
          <w:i/>
          <w:iCs/>
          <w:color w:val="FF0000"/>
          <w:sz w:val="24"/>
          <w:szCs w:val="24"/>
          <w:rtl/>
        </w:rPr>
        <w:t>شامل</w:t>
      </w:r>
      <w:r w:rsidRPr="00C02867">
        <w:rPr>
          <w:rFonts w:ascii="Arial" w:hAnsi="Arial" w:cs="Times New Roman"/>
          <w:b/>
          <w:i/>
          <w:iCs/>
          <w:color w:val="FF0000"/>
          <w:sz w:val="24"/>
          <w:szCs w:val="24"/>
          <w:rtl/>
        </w:rPr>
        <w:t xml:space="preserve">: </w:t>
      </w:r>
      <w:r w:rsidRPr="00C02867">
        <w:rPr>
          <w:rFonts w:ascii="Arial" w:hAnsi="Arial" w:cs="Times New Roman" w:hint="cs"/>
          <w:b/>
          <w:i/>
          <w:iCs/>
          <w:color w:val="FF0000"/>
          <w:sz w:val="24"/>
          <w:szCs w:val="24"/>
          <w:rtl/>
        </w:rPr>
        <w:t>اختبار</w:t>
      </w:r>
      <w:r w:rsidRPr="00C02867">
        <w:rPr>
          <w:rFonts w:ascii="Arial" w:hAnsi="Arial" w:cs="Times New Roman"/>
          <w:b/>
          <w:i/>
          <w:iCs/>
          <w:color w:val="FF0000"/>
          <w:sz w:val="24"/>
          <w:szCs w:val="24"/>
          <w:rtl/>
        </w:rPr>
        <w:t xml:space="preserve"> </w:t>
      </w:r>
      <w:r w:rsidRPr="00C02867">
        <w:rPr>
          <w:rFonts w:ascii="Arial" w:hAnsi="Arial" w:cs="Times New Roman" w:hint="cs"/>
          <w:b/>
          <w:i/>
          <w:iCs/>
          <w:color w:val="FF0000"/>
          <w:sz w:val="24"/>
          <w:szCs w:val="24"/>
          <w:rtl/>
        </w:rPr>
        <w:t>اختراق</w:t>
      </w:r>
      <w:r w:rsidRPr="00C02867">
        <w:rPr>
          <w:rFonts w:ascii="Arial" w:hAnsi="Arial" w:cs="Times New Roman"/>
          <w:b/>
          <w:i/>
          <w:iCs/>
          <w:color w:val="FF0000"/>
          <w:sz w:val="24"/>
          <w:szCs w:val="24"/>
          <w:rtl/>
        </w:rPr>
        <w:t xml:space="preserve"> </w:t>
      </w:r>
      <w:r w:rsidRPr="00C02867">
        <w:rPr>
          <w:rFonts w:ascii="Arial" w:hAnsi="Arial" w:cs="Times New Roman" w:hint="cs"/>
          <w:b/>
          <w:i/>
          <w:iCs/>
          <w:color w:val="FF0000"/>
          <w:sz w:val="24"/>
          <w:szCs w:val="24"/>
          <w:rtl/>
        </w:rPr>
        <w:t>بنية</w:t>
      </w:r>
      <w:r w:rsidRPr="00C02867">
        <w:rPr>
          <w:rFonts w:ascii="Arial" w:hAnsi="Arial" w:cs="Times New Roman"/>
          <w:b/>
          <w:i/>
          <w:iCs/>
          <w:color w:val="FF0000"/>
          <w:sz w:val="24"/>
          <w:szCs w:val="24"/>
          <w:rtl/>
        </w:rPr>
        <w:t xml:space="preserve"> </w:t>
      </w:r>
      <w:r w:rsidRPr="00C02867">
        <w:rPr>
          <w:rFonts w:ascii="Arial" w:hAnsi="Arial" w:cs="Times New Roman" w:hint="cs"/>
          <w:b/>
          <w:i/>
          <w:iCs/>
          <w:color w:val="FF0000"/>
          <w:sz w:val="24"/>
          <w:szCs w:val="24"/>
          <w:rtl/>
        </w:rPr>
        <w:t>الدليل</w:t>
      </w:r>
      <w:r w:rsidRPr="00C02867">
        <w:rPr>
          <w:rFonts w:ascii="Arial" w:hAnsi="Arial" w:cs="Times New Roman"/>
          <w:b/>
          <w:i/>
          <w:iCs/>
          <w:color w:val="FF0000"/>
          <w:sz w:val="24"/>
          <w:szCs w:val="24"/>
          <w:rtl/>
        </w:rPr>
        <w:t xml:space="preserve"> </w:t>
      </w:r>
      <w:r w:rsidRPr="00C02867">
        <w:rPr>
          <w:rFonts w:ascii="Arial" w:hAnsi="Arial" w:cs="Times New Roman" w:hint="cs"/>
          <w:b/>
          <w:i/>
          <w:iCs/>
          <w:color w:val="FF0000"/>
          <w:sz w:val="24"/>
          <w:szCs w:val="24"/>
          <w:rtl/>
        </w:rPr>
        <w:t>النشط</w:t>
      </w:r>
    </w:p>
    <w:p w:rsidR="00CD0871" w:rsidRPr="00C02867" w:rsidRDefault="00CD0871" w:rsidP="00CD0871">
      <w:pPr>
        <w:rPr>
          <w:rFonts w:ascii="Arial" w:hAnsi="Arial"/>
          <w:b/>
          <w:i/>
          <w:iCs/>
          <w:color w:val="FF0000"/>
          <w:sz w:val="24"/>
          <w:szCs w:val="24"/>
        </w:rPr>
      </w:pPr>
      <w:r w:rsidRPr="00C02867">
        <w:rPr>
          <w:rFonts w:ascii="Arial" w:hAnsi="Arial"/>
          <w:b/>
          <w:i/>
          <w:iCs/>
          <w:color w:val="FF0000"/>
          <w:sz w:val="24"/>
          <w:szCs w:val="24"/>
        </w:rPr>
        <w:t>(Comprehensive Active Directory Penetration Test Report)</w:t>
      </w:r>
    </w:p>
    <w:p w:rsidR="00CD0871" w:rsidRPr="00CD0871" w:rsidRDefault="00CD0871" w:rsidP="00CD0871">
      <w:pPr>
        <w:rPr>
          <w:rFonts w:ascii="Arial" w:hAnsi="Arial"/>
          <w:b/>
          <w:sz w:val="24"/>
          <w:szCs w:val="24"/>
        </w:rPr>
      </w:pPr>
      <w:r w:rsidRPr="00CD0871">
        <w:rPr>
          <w:rFonts w:ascii="Arial" w:hAnsi="Arial"/>
          <w:b/>
          <w:sz w:val="24"/>
          <w:szCs w:val="24"/>
        </w:rPr>
        <w:t>==================================================</w:t>
      </w:r>
    </w:p>
    <w:p w:rsidR="00CD0871" w:rsidRPr="00CD0871" w:rsidRDefault="00CD0871" w:rsidP="00CD0871">
      <w:pPr>
        <w:rPr>
          <w:rFonts w:ascii="Arial" w:hAnsi="Arial"/>
          <w:b/>
          <w:sz w:val="24"/>
          <w:szCs w:val="24"/>
        </w:rPr>
      </w:pPr>
    </w:p>
    <w:p w:rsidR="00CD0871" w:rsidRPr="00CD0871" w:rsidRDefault="00CD0871" w:rsidP="00CD0871">
      <w:pPr>
        <w:rPr>
          <w:rFonts w:ascii="Arial" w:hAnsi="Arial"/>
          <w:b/>
          <w:sz w:val="24"/>
          <w:szCs w:val="24"/>
        </w:rPr>
      </w:pPr>
      <w:r w:rsidRPr="00CD0871">
        <w:rPr>
          <w:rFonts w:ascii="Arial" w:hAnsi="Arial" w:cs="Times New Roman" w:hint="cs"/>
          <w:b/>
          <w:sz w:val="24"/>
          <w:szCs w:val="24"/>
          <w:rtl/>
        </w:rPr>
        <w:t>الملخص</w:t>
      </w:r>
      <w:r w:rsidRPr="00CD0871">
        <w:rPr>
          <w:rFonts w:ascii="Arial" w:hAnsi="Arial" w:cs="Times New Roman"/>
          <w:b/>
          <w:sz w:val="24"/>
          <w:szCs w:val="24"/>
          <w:rtl/>
        </w:rPr>
        <w:t xml:space="preserve"> </w:t>
      </w:r>
      <w:r w:rsidRPr="00CD0871">
        <w:rPr>
          <w:rFonts w:ascii="Arial" w:hAnsi="Arial" w:cs="Times New Roman" w:hint="cs"/>
          <w:b/>
          <w:sz w:val="24"/>
          <w:szCs w:val="24"/>
          <w:rtl/>
        </w:rPr>
        <w:t>التنفيذي</w:t>
      </w:r>
      <w:r w:rsidRPr="00CD0871">
        <w:rPr>
          <w:rFonts w:ascii="Arial" w:hAnsi="Arial"/>
          <w:b/>
          <w:sz w:val="24"/>
          <w:szCs w:val="24"/>
        </w:rPr>
        <w:t xml:space="preserve"> (Executive Summary)</w:t>
      </w:r>
    </w:p>
    <w:p w:rsidR="00CD0871" w:rsidRPr="00CD0871" w:rsidRDefault="00CD0871" w:rsidP="00CD0871">
      <w:pPr>
        <w:rPr>
          <w:rFonts w:ascii="Arial" w:hAnsi="Arial"/>
          <w:b/>
          <w:sz w:val="24"/>
          <w:szCs w:val="24"/>
        </w:rPr>
      </w:pPr>
      <w:r w:rsidRPr="00CD0871">
        <w:rPr>
          <w:rFonts w:ascii="Arial" w:hAnsi="Arial" w:cs="Times New Roman" w:hint="cs"/>
          <w:b/>
          <w:sz w:val="24"/>
          <w:szCs w:val="24"/>
          <w:rtl/>
        </w:rPr>
        <w:t>تم</w:t>
      </w:r>
      <w:r w:rsidRPr="00CD0871">
        <w:rPr>
          <w:rFonts w:ascii="Arial" w:hAnsi="Arial" w:cs="Times New Roman"/>
          <w:b/>
          <w:sz w:val="24"/>
          <w:szCs w:val="24"/>
          <w:rtl/>
        </w:rPr>
        <w:t xml:space="preserve"> </w:t>
      </w:r>
      <w:r w:rsidRPr="00CD0871">
        <w:rPr>
          <w:rFonts w:ascii="Arial" w:hAnsi="Arial" w:cs="Times New Roman" w:hint="cs"/>
          <w:b/>
          <w:sz w:val="24"/>
          <w:szCs w:val="24"/>
          <w:rtl/>
        </w:rPr>
        <w:t>تنفيذ</w:t>
      </w:r>
      <w:r w:rsidRPr="00CD0871">
        <w:rPr>
          <w:rFonts w:ascii="Arial" w:hAnsi="Arial" w:cs="Times New Roman"/>
          <w:b/>
          <w:sz w:val="24"/>
          <w:szCs w:val="24"/>
          <w:rtl/>
        </w:rPr>
        <w:t xml:space="preserve"> </w:t>
      </w:r>
      <w:r w:rsidRPr="00CD0871">
        <w:rPr>
          <w:rFonts w:ascii="Arial" w:hAnsi="Arial" w:cs="Times New Roman" w:hint="cs"/>
          <w:b/>
          <w:sz w:val="24"/>
          <w:szCs w:val="24"/>
          <w:rtl/>
        </w:rPr>
        <w:t>هذا</w:t>
      </w:r>
      <w:r w:rsidRPr="00CD0871">
        <w:rPr>
          <w:rFonts w:ascii="Arial" w:hAnsi="Arial" w:cs="Times New Roman"/>
          <w:b/>
          <w:sz w:val="24"/>
          <w:szCs w:val="24"/>
          <w:rtl/>
        </w:rPr>
        <w:t xml:space="preserve"> </w:t>
      </w:r>
      <w:r w:rsidRPr="00CD0871">
        <w:rPr>
          <w:rFonts w:ascii="Arial" w:hAnsi="Arial" w:cs="Times New Roman" w:hint="cs"/>
          <w:b/>
          <w:sz w:val="24"/>
          <w:szCs w:val="24"/>
          <w:rtl/>
        </w:rPr>
        <w:t>التقييم</w:t>
      </w:r>
      <w:r w:rsidRPr="00CD0871">
        <w:rPr>
          <w:rFonts w:ascii="Arial" w:hAnsi="Arial" w:cs="Times New Roman"/>
          <w:b/>
          <w:sz w:val="24"/>
          <w:szCs w:val="24"/>
          <w:rtl/>
        </w:rPr>
        <w:t xml:space="preserve"> </w:t>
      </w:r>
      <w:r w:rsidRPr="00CD0871">
        <w:rPr>
          <w:rFonts w:ascii="Arial" w:hAnsi="Arial" w:cs="Times New Roman" w:hint="cs"/>
          <w:b/>
          <w:sz w:val="24"/>
          <w:szCs w:val="24"/>
          <w:rtl/>
        </w:rPr>
        <w:t>الأمني</w:t>
      </w:r>
      <w:r w:rsidRPr="00CD0871">
        <w:rPr>
          <w:rFonts w:ascii="Arial" w:hAnsi="Arial" w:cs="Times New Roman"/>
          <w:b/>
          <w:sz w:val="24"/>
          <w:szCs w:val="24"/>
          <w:rtl/>
        </w:rPr>
        <w:t xml:space="preserve"> </w:t>
      </w:r>
      <w:r w:rsidRPr="00CD0871">
        <w:rPr>
          <w:rFonts w:ascii="Arial" w:hAnsi="Arial" w:cs="Times New Roman" w:hint="cs"/>
          <w:b/>
          <w:sz w:val="24"/>
          <w:szCs w:val="24"/>
          <w:rtl/>
        </w:rPr>
        <w:t>الشامل</w:t>
      </w:r>
      <w:r w:rsidRPr="00CD0871">
        <w:rPr>
          <w:rFonts w:ascii="Arial" w:hAnsi="Arial" w:cs="Times New Roman"/>
          <w:b/>
          <w:sz w:val="24"/>
          <w:szCs w:val="24"/>
          <w:rtl/>
        </w:rPr>
        <w:t xml:space="preserve"> </w:t>
      </w:r>
      <w:r w:rsidRPr="00CD0871">
        <w:rPr>
          <w:rFonts w:ascii="Arial" w:hAnsi="Arial" w:cs="Times New Roman" w:hint="cs"/>
          <w:b/>
          <w:sz w:val="24"/>
          <w:szCs w:val="24"/>
          <w:rtl/>
        </w:rPr>
        <w:t>لبيئة</w:t>
      </w:r>
      <w:r w:rsidRPr="00CD0871">
        <w:rPr>
          <w:rFonts w:ascii="Arial" w:hAnsi="Arial" w:cs="Times New Roman"/>
          <w:b/>
          <w:sz w:val="24"/>
          <w:szCs w:val="24"/>
          <w:rtl/>
        </w:rPr>
        <w:t xml:space="preserve"> </w:t>
      </w:r>
      <w:r w:rsidRPr="00CD0871">
        <w:rPr>
          <w:rFonts w:ascii="Arial" w:hAnsi="Arial" w:cs="Times New Roman" w:hint="cs"/>
          <w:b/>
          <w:sz w:val="24"/>
          <w:szCs w:val="24"/>
          <w:rtl/>
        </w:rPr>
        <w:t>الدليل</w:t>
      </w:r>
      <w:r w:rsidRPr="00CD0871">
        <w:rPr>
          <w:rFonts w:ascii="Arial" w:hAnsi="Arial" w:cs="Times New Roman"/>
          <w:b/>
          <w:sz w:val="24"/>
          <w:szCs w:val="24"/>
          <w:rtl/>
        </w:rPr>
        <w:t xml:space="preserve"> </w:t>
      </w:r>
      <w:r w:rsidRPr="00CD0871">
        <w:rPr>
          <w:rFonts w:ascii="Arial" w:hAnsi="Arial" w:cs="Times New Roman" w:hint="cs"/>
          <w:b/>
          <w:sz w:val="24"/>
          <w:szCs w:val="24"/>
          <w:rtl/>
        </w:rPr>
        <w:t>النشط</w:t>
      </w:r>
      <w:r w:rsidRPr="00CD0871">
        <w:rPr>
          <w:rFonts w:ascii="Arial" w:hAnsi="Arial"/>
          <w:b/>
          <w:sz w:val="24"/>
          <w:szCs w:val="24"/>
        </w:rPr>
        <w:t xml:space="preserve"> (Active Directory) </w:t>
      </w:r>
      <w:r w:rsidRPr="00CD0871">
        <w:rPr>
          <w:rFonts w:ascii="Arial" w:hAnsi="Arial" w:cs="Times New Roman" w:hint="cs"/>
          <w:b/>
          <w:sz w:val="24"/>
          <w:szCs w:val="24"/>
          <w:rtl/>
        </w:rPr>
        <w:t>بهدف</w:t>
      </w:r>
      <w:r w:rsidRPr="00CD0871">
        <w:rPr>
          <w:rFonts w:ascii="Arial" w:hAnsi="Arial" w:cs="Times New Roman"/>
          <w:b/>
          <w:sz w:val="24"/>
          <w:szCs w:val="24"/>
          <w:rtl/>
        </w:rPr>
        <w:t xml:space="preserve"> </w:t>
      </w:r>
      <w:r w:rsidRPr="00CD0871">
        <w:rPr>
          <w:rFonts w:ascii="Arial" w:hAnsi="Arial" w:cs="Times New Roman" w:hint="cs"/>
          <w:b/>
          <w:sz w:val="24"/>
          <w:szCs w:val="24"/>
          <w:rtl/>
        </w:rPr>
        <w:t>محاكة</w:t>
      </w:r>
      <w:r w:rsidRPr="00CD0871">
        <w:rPr>
          <w:rFonts w:ascii="Arial" w:hAnsi="Arial" w:cs="Times New Roman"/>
          <w:b/>
          <w:sz w:val="24"/>
          <w:szCs w:val="24"/>
          <w:rtl/>
        </w:rPr>
        <w:t xml:space="preserve"> </w:t>
      </w:r>
      <w:r w:rsidRPr="00CD0871">
        <w:rPr>
          <w:rFonts w:ascii="Arial" w:hAnsi="Arial" w:cs="Times New Roman" w:hint="cs"/>
          <w:b/>
          <w:sz w:val="24"/>
          <w:szCs w:val="24"/>
          <w:rtl/>
        </w:rPr>
        <w:t>الهجمات</w:t>
      </w:r>
      <w:r w:rsidRPr="00CD0871">
        <w:rPr>
          <w:rFonts w:ascii="Arial" w:hAnsi="Arial" w:cs="Times New Roman"/>
          <w:b/>
          <w:sz w:val="24"/>
          <w:szCs w:val="24"/>
          <w:rtl/>
        </w:rPr>
        <w:t xml:space="preserve"> </w:t>
      </w:r>
      <w:proofErr w:type="spellStart"/>
      <w:r w:rsidRPr="00CD0871">
        <w:rPr>
          <w:rFonts w:ascii="Arial" w:hAnsi="Arial" w:cs="Times New Roman" w:hint="cs"/>
          <w:b/>
          <w:sz w:val="24"/>
          <w:szCs w:val="24"/>
          <w:rtl/>
        </w:rPr>
        <w:t>السيبرانية</w:t>
      </w:r>
      <w:proofErr w:type="spellEnd"/>
      <w:r w:rsidRPr="00CD0871">
        <w:rPr>
          <w:rFonts w:ascii="Arial" w:hAnsi="Arial" w:cs="Times New Roman"/>
          <w:b/>
          <w:sz w:val="24"/>
          <w:szCs w:val="24"/>
          <w:rtl/>
        </w:rPr>
        <w:t xml:space="preserve"> </w:t>
      </w:r>
      <w:r w:rsidRPr="00CD0871">
        <w:rPr>
          <w:rFonts w:ascii="Arial" w:hAnsi="Arial" w:cs="Times New Roman" w:hint="cs"/>
          <w:b/>
          <w:sz w:val="24"/>
          <w:szCs w:val="24"/>
          <w:rtl/>
        </w:rPr>
        <w:t>الحقيقية</w:t>
      </w:r>
      <w:r w:rsidRPr="00CD0871">
        <w:rPr>
          <w:rFonts w:ascii="Arial" w:hAnsi="Arial" w:cs="Times New Roman"/>
          <w:b/>
          <w:sz w:val="24"/>
          <w:szCs w:val="24"/>
          <w:rtl/>
        </w:rPr>
        <w:t xml:space="preserve"> </w:t>
      </w:r>
      <w:r w:rsidRPr="00CD0871">
        <w:rPr>
          <w:rFonts w:ascii="Arial" w:hAnsi="Arial" w:cs="Times New Roman" w:hint="cs"/>
          <w:b/>
          <w:sz w:val="24"/>
          <w:szCs w:val="24"/>
          <w:rtl/>
        </w:rPr>
        <w:t>وتقييم</w:t>
      </w:r>
      <w:r w:rsidRPr="00CD0871">
        <w:rPr>
          <w:rFonts w:ascii="Arial" w:hAnsi="Arial" w:cs="Times New Roman"/>
          <w:b/>
          <w:sz w:val="24"/>
          <w:szCs w:val="24"/>
          <w:rtl/>
        </w:rPr>
        <w:t xml:space="preserve"> </w:t>
      </w:r>
      <w:r w:rsidRPr="00CD0871">
        <w:rPr>
          <w:rFonts w:ascii="Arial" w:hAnsi="Arial" w:cs="Times New Roman" w:hint="cs"/>
          <w:b/>
          <w:sz w:val="24"/>
          <w:szCs w:val="24"/>
          <w:rtl/>
        </w:rPr>
        <w:t>مدى</w:t>
      </w:r>
      <w:r w:rsidRPr="00CD0871">
        <w:rPr>
          <w:rFonts w:ascii="Arial" w:hAnsi="Arial" w:cs="Times New Roman"/>
          <w:b/>
          <w:sz w:val="24"/>
          <w:szCs w:val="24"/>
          <w:rtl/>
        </w:rPr>
        <w:t xml:space="preserve"> </w:t>
      </w:r>
      <w:r w:rsidRPr="00CD0871">
        <w:rPr>
          <w:rFonts w:ascii="Arial" w:hAnsi="Arial" w:cs="Times New Roman" w:hint="cs"/>
          <w:b/>
          <w:sz w:val="24"/>
          <w:szCs w:val="24"/>
          <w:rtl/>
        </w:rPr>
        <w:t>صمود</w:t>
      </w:r>
      <w:r w:rsidRPr="00CD0871">
        <w:rPr>
          <w:rFonts w:ascii="Arial" w:hAnsi="Arial" w:cs="Times New Roman"/>
          <w:b/>
          <w:sz w:val="24"/>
          <w:szCs w:val="24"/>
          <w:rtl/>
        </w:rPr>
        <w:t xml:space="preserve"> </w:t>
      </w:r>
      <w:r w:rsidRPr="00CD0871">
        <w:rPr>
          <w:rFonts w:ascii="Arial" w:hAnsi="Arial" w:cs="Times New Roman" w:hint="cs"/>
          <w:b/>
          <w:sz w:val="24"/>
          <w:szCs w:val="24"/>
          <w:rtl/>
        </w:rPr>
        <w:t>البنية</w:t>
      </w:r>
      <w:r w:rsidRPr="00CD0871">
        <w:rPr>
          <w:rFonts w:ascii="Arial" w:hAnsi="Arial" w:cs="Times New Roman"/>
          <w:b/>
          <w:sz w:val="24"/>
          <w:szCs w:val="24"/>
          <w:rtl/>
        </w:rPr>
        <w:t xml:space="preserve"> </w:t>
      </w:r>
      <w:r w:rsidRPr="00CD0871">
        <w:rPr>
          <w:rFonts w:ascii="Arial" w:hAnsi="Arial" w:cs="Times New Roman" w:hint="cs"/>
          <w:b/>
          <w:sz w:val="24"/>
          <w:szCs w:val="24"/>
          <w:rtl/>
        </w:rPr>
        <w:t>التحتية</w:t>
      </w:r>
      <w:r w:rsidRPr="00CD0871">
        <w:rPr>
          <w:rFonts w:ascii="Arial" w:hAnsi="Arial" w:cs="Times New Roman"/>
          <w:b/>
          <w:sz w:val="24"/>
          <w:szCs w:val="24"/>
          <w:rtl/>
        </w:rPr>
        <w:t xml:space="preserve"> </w:t>
      </w:r>
      <w:r w:rsidRPr="00CD0871">
        <w:rPr>
          <w:rFonts w:ascii="Arial" w:hAnsi="Arial" w:cs="Times New Roman" w:hint="cs"/>
          <w:b/>
          <w:sz w:val="24"/>
          <w:szCs w:val="24"/>
          <w:rtl/>
        </w:rPr>
        <w:t>أمام</w:t>
      </w:r>
      <w:r w:rsidRPr="00CD0871">
        <w:rPr>
          <w:rFonts w:ascii="Arial" w:hAnsi="Arial" w:cs="Times New Roman"/>
          <w:b/>
          <w:sz w:val="24"/>
          <w:szCs w:val="24"/>
          <w:rtl/>
        </w:rPr>
        <w:t xml:space="preserve"> </w:t>
      </w:r>
      <w:r w:rsidRPr="00CD0871">
        <w:rPr>
          <w:rFonts w:ascii="Arial" w:hAnsi="Arial" w:cs="Times New Roman" w:hint="cs"/>
          <w:b/>
          <w:sz w:val="24"/>
          <w:szCs w:val="24"/>
          <w:rtl/>
        </w:rPr>
        <w:t>محاولات</w:t>
      </w:r>
      <w:r w:rsidRPr="00CD0871">
        <w:rPr>
          <w:rFonts w:ascii="Arial" w:hAnsi="Arial" w:cs="Times New Roman"/>
          <w:b/>
          <w:sz w:val="24"/>
          <w:szCs w:val="24"/>
          <w:rtl/>
        </w:rPr>
        <w:t xml:space="preserve"> </w:t>
      </w:r>
      <w:r w:rsidRPr="00CD0871">
        <w:rPr>
          <w:rFonts w:ascii="Arial" w:hAnsi="Arial" w:cs="Times New Roman" w:hint="cs"/>
          <w:b/>
          <w:sz w:val="24"/>
          <w:szCs w:val="24"/>
          <w:rtl/>
        </w:rPr>
        <w:t>الاختراق</w:t>
      </w:r>
      <w:r w:rsidRPr="00CD0871">
        <w:rPr>
          <w:rFonts w:ascii="Arial" w:hAnsi="Arial" w:cs="Times New Roman"/>
          <w:b/>
          <w:sz w:val="24"/>
          <w:szCs w:val="24"/>
          <w:rtl/>
        </w:rPr>
        <w:t xml:space="preserve"> </w:t>
      </w:r>
      <w:r w:rsidRPr="00CD0871">
        <w:rPr>
          <w:rFonts w:ascii="Arial" w:hAnsi="Arial" w:cs="Times New Roman" w:hint="cs"/>
          <w:b/>
          <w:sz w:val="24"/>
          <w:szCs w:val="24"/>
          <w:rtl/>
        </w:rPr>
        <w:t>والتصعيد</w:t>
      </w:r>
      <w:r w:rsidRPr="00CD0871">
        <w:rPr>
          <w:rFonts w:ascii="Arial" w:hAnsi="Arial" w:cs="Times New Roman"/>
          <w:b/>
          <w:sz w:val="24"/>
          <w:szCs w:val="24"/>
          <w:rtl/>
        </w:rPr>
        <w:t xml:space="preserve"> </w:t>
      </w:r>
      <w:r w:rsidRPr="00CD0871">
        <w:rPr>
          <w:rFonts w:ascii="Arial" w:hAnsi="Arial" w:cs="Times New Roman" w:hint="cs"/>
          <w:b/>
          <w:sz w:val="24"/>
          <w:szCs w:val="24"/>
          <w:rtl/>
        </w:rPr>
        <w:t>الأفقي</w:t>
      </w:r>
      <w:r w:rsidRPr="00CD0871">
        <w:rPr>
          <w:rFonts w:ascii="Arial" w:hAnsi="Arial" w:cs="Times New Roman"/>
          <w:b/>
          <w:sz w:val="24"/>
          <w:szCs w:val="24"/>
          <w:rtl/>
        </w:rPr>
        <w:t xml:space="preserve">. </w:t>
      </w:r>
      <w:r w:rsidRPr="00CD0871">
        <w:rPr>
          <w:rFonts w:ascii="Arial" w:hAnsi="Arial" w:cs="Times New Roman" w:hint="cs"/>
          <w:b/>
          <w:sz w:val="24"/>
          <w:szCs w:val="24"/>
          <w:rtl/>
        </w:rPr>
        <w:t>شمل</w:t>
      </w:r>
      <w:r w:rsidRPr="00CD0871">
        <w:rPr>
          <w:rFonts w:ascii="Arial" w:hAnsi="Arial" w:cs="Times New Roman"/>
          <w:b/>
          <w:sz w:val="24"/>
          <w:szCs w:val="24"/>
          <w:rtl/>
        </w:rPr>
        <w:t xml:space="preserve"> </w:t>
      </w:r>
      <w:r w:rsidRPr="00CD0871">
        <w:rPr>
          <w:rFonts w:ascii="Arial" w:hAnsi="Arial" w:cs="Times New Roman" w:hint="cs"/>
          <w:b/>
          <w:sz w:val="24"/>
          <w:szCs w:val="24"/>
          <w:rtl/>
        </w:rPr>
        <w:t>التقييم</w:t>
      </w:r>
      <w:r w:rsidRPr="00CD0871">
        <w:rPr>
          <w:rFonts w:ascii="Arial" w:hAnsi="Arial" w:cs="Times New Roman"/>
          <w:b/>
          <w:sz w:val="24"/>
          <w:szCs w:val="24"/>
          <w:rtl/>
        </w:rPr>
        <w:t xml:space="preserve"> </w:t>
      </w:r>
      <w:r w:rsidRPr="00CD0871">
        <w:rPr>
          <w:rFonts w:ascii="Arial" w:hAnsi="Arial" w:cs="Times New Roman" w:hint="cs"/>
          <w:b/>
          <w:sz w:val="24"/>
          <w:szCs w:val="24"/>
          <w:rtl/>
        </w:rPr>
        <w:t>دورة</w:t>
      </w:r>
      <w:r w:rsidRPr="00CD0871">
        <w:rPr>
          <w:rFonts w:ascii="Arial" w:hAnsi="Arial" w:cs="Times New Roman"/>
          <w:b/>
          <w:sz w:val="24"/>
          <w:szCs w:val="24"/>
          <w:rtl/>
        </w:rPr>
        <w:t xml:space="preserve"> </w:t>
      </w:r>
      <w:r w:rsidRPr="00CD0871">
        <w:rPr>
          <w:rFonts w:ascii="Arial" w:hAnsi="Arial" w:cs="Times New Roman" w:hint="cs"/>
          <w:b/>
          <w:sz w:val="24"/>
          <w:szCs w:val="24"/>
          <w:rtl/>
        </w:rPr>
        <w:t>حياة</w:t>
      </w:r>
      <w:r w:rsidRPr="00CD0871">
        <w:rPr>
          <w:rFonts w:ascii="Arial" w:hAnsi="Arial" w:cs="Times New Roman"/>
          <w:b/>
          <w:sz w:val="24"/>
          <w:szCs w:val="24"/>
          <w:rtl/>
        </w:rPr>
        <w:t xml:space="preserve"> </w:t>
      </w:r>
      <w:r w:rsidRPr="00CD0871">
        <w:rPr>
          <w:rFonts w:ascii="Arial" w:hAnsi="Arial" w:cs="Times New Roman" w:hint="cs"/>
          <w:b/>
          <w:sz w:val="24"/>
          <w:szCs w:val="24"/>
          <w:rtl/>
        </w:rPr>
        <w:t>اختبار</w:t>
      </w:r>
      <w:r w:rsidRPr="00CD0871">
        <w:rPr>
          <w:rFonts w:ascii="Arial" w:hAnsi="Arial" w:cs="Times New Roman"/>
          <w:b/>
          <w:sz w:val="24"/>
          <w:szCs w:val="24"/>
          <w:rtl/>
        </w:rPr>
        <w:t xml:space="preserve"> </w:t>
      </w:r>
      <w:r w:rsidRPr="00CD0871">
        <w:rPr>
          <w:rFonts w:ascii="Arial" w:hAnsi="Arial" w:cs="Times New Roman" w:hint="cs"/>
          <w:b/>
          <w:sz w:val="24"/>
          <w:szCs w:val="24"/>
          <w:rtl/>
        </w:rPr>
        <w:t>الاختراق</w:t>
      </w:r>
      <w:r w:rsidRPr="00CD0871">
        <w:rPr>
          <w:rFonts w:ascii="Arial" w:hAnsi="Arial" w:cs="Times New Roman"/>
          <w:b/>
          <w:sz w:val="24"/>
          <w:szCs w:val="24"/>
          <w:rtl/>
        </w:rPr>
        <w:t xml:space="preserve"> </w:t>
      </w:r>
      <w:r w:rsidRPr="00CD0871">
        <w:rPr>
          <w:rFonts w:ascii="Arial" w:hAnsi="Arial" w:cs="Times New Roman" w:hint="cs"/>
          <w:b/>
          <w:sz w:val="24"/>
          <w:szCs w:val="24"/>
          <w:rtl/>
        </w:rPr>
        <w:t>بالكامل</w:t>
      </w:r>
      <w:r w:rsidRPr="00CD0871">
        <w:rPr>
          <w:rFonts w:ascii="Arial" w:hAnsi="Arial" w:cs="Times New Roman"/>
          <w:b/>
          <w:sz w:val="24"/>
          <w:szCs w:val="24"/>
          <w:rtl/>
        </w:rPr>
        <w:t xml:space="preserve">، </w:t>
      </w:r>
      <w:r w:rsidRPr="00CD0871">
        <w:rPr>
          <w:rFonts w:ascii="Arial" w:hAnsi="Arial" w:cs="Times New Roman" w:hint="cs"/>
          <w:b/>
          <w:sz w:val="24"/>
          <w:szCs w:val="24"/>
          <w:rtl/>
        </w:rPr>
        <w:t>بدءاً</w:t>
      </w:r>
      <w:r w:rsidRPr="00CD0871">
        <w:rPr>
          <w:rFonts w:ascii="Arial" w:hAnsi="Arial" w:cs="Times New Roman"/>
          <w:b/>
          <w:sz w:val="24"/>
          <w:szCs w:val="24"/>
          <w:rtl/>
        </w:rPr>
        <w:t xml:space="preserve"> </w:t>
      </w:r>
      <w:r w:rsidRPr="00CD0871">
        <w:rPr>
          <w:rFonts w:ascii="Arial" w:hAnsi="Arial" w:cs="Times New Roman" w:hint="cs"/>
          <w:b/>
          <w:sz w:val="24"/>
          <w:szCs w:val="24"/>
          <w:rtl/>
        </w:rPr>
        <w:t>من</w:t>
      </w:r>
      <w:r w:rsidRPr="00CD0871">
        <w:rPr>
          <w:rFonts w:ascii="Arial" w:hAnsi="Arial" w:cs="Times New Roman"/>
          <w:b/>
          <w:sz w:val="24"/>
          <w:szCs w:val="24"/>
          <w:rtl/>
        </w:rPr>
        <w:t xml:space="preserve"> </w:t>
      </w:r>
      <w:r w:rsidRPr="00CD0871">
        <w:rPr>
          <w:rFonts w:ascii="Arial" w:hAnsi="Arial" w:cs="Times New Roman" w:hint="cs"/>
          <w:b/>
          <w:sz w:val="24"/>
          <w:szCs w:val="24"/>
          <w:rtl/>
        </w:rPr>
        <w:t>الاستطلاع</w:t>
      </w:r>
      <w:r w:rsidRPr="00CD0871">
        <w:rPr>
          <w:rFonts w:ascii="Arial" w:hAnsi="Arial" w:cs="Times New Roman"/>
          <w:b/>
          <w:sz w:val="24"/>
          <w:szCs w:val="24"/>
          <w:rtl/>
        </w:rPr>
        <w:t xml:space="preserve"> </w:t>
      </w:r>
      <w:r w:rsidRPr="00CD0871">
        <w:rPr>
          <w:rFonts w:ascii="Arial" w:hAnsi="Arial" w:cs="Times New Roman" w:hint="cs"/>
          <w:b/>
          <w:sz w:val="24"/>
          <w:szCs w:val="24"/>
          <w:rtl/>
        </w:rPr>
        <w:t>الشبكي</w:t>
      </w:r>
      <w:r w:rsidRPr="00CD0871">
        <w:rPr>
          <w:rFonts w:ascii="Arial" w:hAnsi="Arial" w:cs="Times New Roman"/>
          <w:b/>
          <w:sz w:val="24"/>
          <w:szCs w:val="24"/>
          <w:rtl/>
        </w:rPr>
        <w:t xml:space="preserve">، </w:t>
      </w:r>
      <w:r w:rsidRPr="00CD0871">
        <w:rPr>
          <w:rFonts w:ascii="Arial" w:hAnsi="Arial" w:cs="Times New Roman" w:hint="cs"/>
          <w:b/>
          <w:sz w:val="24"/>
          <w:szCs w:val="24"/>
          <w:rtl/>
        </w:rPr>
        <w:t>مروراً</w:t>
      </w:r>
      <w:r w:rsidRPr="00CD0871">
        <w:rPr>
          <w:rFonts w:ascii="Arial" w:hAnsi="Arial" w:cs="Times New Roman"/>
          <w:b/>
          <w:sz w:val="24"/>
          <w:szCs w:val="24"/>
          <w:rtl/>
        </w:rPr>
        <w:t xml:space="preserve"> </w:t>
      </w:r>
      <w:r w:rsidRPr="00CD0871">
        <w:rPr>
          <w:rFonts w:ascii="Arial" w:hAnsi="Arial" w:cs="Times New Roman" w:hint="cs"/>
          <w:b/>
          <w:sz w:val="24"/>
          <w:szCs w:val="24"/>
          <w:rtl/>
        </w:rPr>
        <w:t>باستغلال</w:t>
      </w:r>
      <w:r w:rsidRPr="00CD0871">
        <w:rPr>
          <w:rFonts w:ascii="Arial" w:hAnsi="Arial" w:cs="Times New Roman"/>
          <w:b/>
          <w:sz w:val="24"/>
          <w:szCs w:val="24"/>
          <w:rtl/>
        </w:rPr>
        <w:t xml:space="preserve"> </w:t>
      </w:r>
      <w:r w:rsidRPr="00CD0871">
        <w:rPr>
          <w:rFonts w:ascii="Arial" w:hAnsi="Arial" w:cs="Times New Roman" w:hint="cs"/>
          <w:b/>
          <w:sz w:val="24"/>
          <w:szCs w:val="24"/>
          <w:rtl/>
        </w:rPr>
        <w:t>بروتوكولات</w:t>
      </w:r>
      <w:r w:rsidRPr="00CD0871">
        <w:rPr>
          <w:rFonts w:ascii="Arial" w:hAnsi="Arial" w:cs="Times New Roman"/>
          <w:b/>
          <w:sz w:val="24"/>
          <w:szCs w:val="24"/>
          <w:rtl/>
        </w:rPr>
        <w:t xml:space="preserve"> </w:t>
      </w:r>
      <w:r w:rsidRPr="00CD0871">
        <w:rPr>
          <w:rFonts w:ascii="Arial" w:hAnsi="Arial" w:cs="Times New Roman" w:hint="cs"/>
          <w:b/>
          <w:sz w:val="24"/>
          <w:szCs w:val="24"/>
          <w:rtl/>
        </w:rPr>
        <w:t>المصادقة</w:t>
      </w:r>
      <w:r w:rsidRPr="00CD0871">
        <w:rPr>
          <w:rFonts w:ascii="Arial" w:hAnsi="Arial"/>
          <w:b/>
          <w:sz w:val="24"/>
          <w:szCs w:val="24"/>
        </w:rPr>
        <w:t xml:space="preserve"> (Kerberos/NTLM) </w:t>
      </w:r>
      <w:r w:rsidRPr="00CD0871">
        <w:rPr>
          <w:rFonts w:ascii="Arial" w:hAnsi="Arial" w:cs="Times New Roman" w:hint="cs"/>
          <w:b/>
          <w:sz w:val="24"/>
          <w:szCs w:val="24"/>
          <w:rtl/>
        </w:rPr>
        <w:t>وتقنيات</w:t>
      </w:r>
      <w:r w:rsidRPr="00CD0871">
        <w:rPr>
          <w:rFonts w:ascii="Arial" w:hAnsi="Arial" w:cs="Times New Roman"/>
          <w:b/>
          <w:sz w:val="24"/>
          <w:szCs w:val="24"/>
          <w:rtl/>
        </w:rPr>
        <w:t xml:space="preserve"> </w:t>
      </w:r>
      <w:r w:rsidRPr="00CD0871">
        <w:rPr>
          <w:rFonts w:ascii="Arial" w:hAnsi="Arial" w:cs="Times New Roman" w:hint="cs"/>
          <w:b/>
          <w:sz w:val="24"/>
          <w:szCs w:val="24"/>
          <w:rtl/>
        </w:rPr>
        <w:t>الفريق</w:t>
      </w:r>
      <w:r w:rsidRPr="00CD0871">
        <w:rPr>
          <w:rFonts w:ascii="Arial" w:hAnsi="Arial" w:cs="Times New Roman"/>
          <w:b/>
          <w:sz w:val="24"/>
          <w:szCs w:val="24"/>
          <w:rtl/>
        </w:rPr>
        <w:t xml:space="preserve"> </w:t>
      </w:r>
      <w:r w:rsidRPr="00CD0871">
        <w:rPr>
          <w:rFonts w:ascii="Arial" w:hAnsi="Arial" w:cs="Times New Roman" w:hint="cs"/>
          <w:b/>
          <w:sz w:val="24"/>
          <w:szCs w:val="24"/>
          <w:rtl/>
        </w:rPr>
        <w:t>الأحمر</w:t>
      </w:r>
      <w:r w:rsidRPr="00CD0871">
        <w:rPr>
          <w:rFonts w:ascii="Arial" w:hAnsi="Arial"/>
          <w:b/>
          <w:sz w:val="24"/>
          <w:szCs w:val="24"/>
        </w:rPr>
        <w:t xml:space="preserve"> (Red Teaming) </w:t>
      </w:r>
      <w:r w:rsidRPr="00CD0871">
        <w:rPr>
          <w:rFonts w:ascii="Arial" w:hAnsi="Arial" w:cs="Times New Roman" w:hint="cs"/>
          <w:b/>
          <w:sz w:val="24"/>
          <w:szCs w:val="24"/>
          <w:rtl/>
        </w:rPr>
        <w:t>مثل</w:t>
      </w:r>
      <w:r w:rsidRPr="00CD0871">
        <w:rPr>
          <w:rFonts w:ascii="Arial" w:hAnsi="Arial" w:cs="Times New Roman"/>
          <w:b/>
          <w:sz w:val="24"/>
          <w:szCs w:val="24"/>
          <w:rtl/>
        </w:rPr>
        <w:t xml:space="preserve"> </w:t>
      </w:r>
      <w:r w:rsidRPr="00CD0871">
        <w:rPr>
          <w:rFonts w:ascii="Arial" w:hAnsi="Arial" w:cs="Times New Roman" w:hint="cs"/>
          <w:b/>
          <w:sz w:val="24"/>
          <w:szCs w:val="24"/>
          <w:rtl/>
        </w:rPr>
        <w:t>تسمم</w:t>
      </w:r>
      <w:r w:rsidRPr="00CD0871">
        <w:rPr>
          <w:rFonts w:ascii="Arial" w:hAnsi="Arial" w:cs="Times New Roman"/>
          <w:b/>
          <w:sz w:val="24"/>
          <w:szCs w:val="24"/>
          <w:rtl/>
        </w:rPr>
        <w:t xml:space="preserve"> </w:t>
      </w:r>
      <w:r w:rsidRPr="00CD0871">
        <w:rPr>
          <w:rFonts w:ascii="Arial" w:hAnsi="Arial" w:cs="Times New Roman" w:hint="cs"/>
          <w:b/>
          <w:sz w:val="24"/>
          <w:szCs w:val="24"/>
          <w:rtl/>
        </w:rPr>
        <w:t>البث</w:t>
      </w:r>
      <w:r w:rsidRPr="00CD0871">
        <w:rPr>
          <w:rFonts w:ascii="Arial" w:hAnsi="Arial"/>
          <w:b/>
          <w:sz w:val="24"/>
          <w:szCs w:val="24"/>
        </w:rPr>
        <w:t xml:space="preserve"> (LLMNR Poisoning) </w:t>
      </w:r>
      <w:r w:rsidRPr="00CD0871">
        <w:rPr>
          <w:rFonts w:ascii="Arial" w:hAnsi="Arial" w:cs="Times New Roman" w:hint="cs"/>
          <w:b/>
          <w:sz w:val="24"/>
          <w:szCs w:val="24"/>
          <w:rtl/>
        </w:rPr>
        <w:t>وكسر</w:t>
      </w:r>
      <w:r w:rsidRPr="00CD0871">
        <w:rPr>
          <w:rFonts w:ascii="Arial" w:hAnsi="Arial" w:cs="Times New Roman"/>
          <w:b/>
          <w:sz w:val="24"/>
          <w:szCs w:val="24"/>
          <w:rtl/>
        </w:rPr>
        <w:t xml:space="preserve"> </w:t>
      </w:r>
      <w:r w:rsidRPr="00CD0871">
        <w:rPr>
          <w:rFonts w:ascii="Arial" w:hAnsi="Arial" w:cs="Times New Roman" w:hint="cs"/>
          <w:b/>
          <w:sz w:val="24"/>
          <w:szCs w:val="24"/>
          <w:rtl/>
        </w:rPr>
        <w:t>كلمات</w:t>
      </w:r>
      <w:r w:rsidRPr="00CD0871">
        <w:rPr>
          <w:rFonts w:ascii="Arial" w:hAnsi="Arial" w:cs="Times New Roman"/>
          <w:b/>
          <w:sz w:val="24"/>
          <w:szCs w:val="24"/>
          <w:rtl/>
        </w:rPr>
        <w:t xml:space="preserve"> </w:t>
      </w:r>
      <w:r w:rsidRPr="00CD0871">
        <w:rPr>
          <w:rFonts w:ascii="Arial" w:hAnsi="Arial" w:cs="Times New Roman" w:hint="cs"/>
          <w:b/>
          <w:sz w:val="24"/>
          <w:szCs w:val="24"/>
          <w:rtl/>
        </w:rPr>
        <w:t>المرور</w:t>
      </w:r>
      <w:r w:rsidRPr="00CD0871">
        <w:rPr>
          <w:rFonts w:ascii="Arial" w:hAnsi="Arial"/>
          <w:b/>
          <w:sz w:val="24"/>
          <w:szCs w:val="24"/>
        </w:rPr>
        <w:t xml:space="preserve"> (Hash Cracking)</w:t>
      </w:r>
      <w:r w:rsidRPr="00CD0871">
        <w:rPr>
          <w:rFonts w:ascii="Arial" w:hAnsi="Arial" w:cs="Times New Roman"/>
          <w:b/>
          <w:sz w:val="24"/>
          <w:szCs w:val="24"/>
          <w:rtl/>
        </w:rPr>
        <w:t xml:space="preserve">، </w:t>
      </w:r>
      <w:r w:rsidRPr="00CD0871">
        <w:rPr>
          <w:rFonts w:ascii="Arial" w:hAnsi="Arial" w:cs="Times New Roman" w:hint="cs"/>
          <w:b/>
          <w:sz w:val="24"/>
          <w:szCs w:val="24"/>
          <w:rtl/>
        </w:rPr>
        <w:t>وصولاً</w:t>
      </w:r>
      <w:r w:rsidRPr="00CD0871">
        <w:rPr>
          <w:rFonts w:ascii="Arial" w:hAnsi="Arial" w:cs="Times New Roman"/>
          <w:b/>
          <w:sz w:val="24"/>
          <w:szCs w:val="24"/>
          <w:rtl/>
        </w:rPr>
        <w:t xml:space="preserve"> </w:t>
      </w:r>
      <w:r w:rsidRPr="00CD0871">
        <w:rPr>
          <w:rFonts w:ascii="Arial" w:hAnsi="Arial" w:cs="Times New Roman" w:hint="cs"/>
          <w:b/>
          <w:sz w:val="24"/>
          <w:szCs w:val="24"/>
          <w:rtl/>
        </w:rPr>
        <w:t>إلى</w:t>
      </w:r>
      <w:r w:rsidRPr="00CD0871">
        <w:rPr>
          <w:rFonts w:ascii="Arial" w:hAnsi="Arial" w:cs="Times New Roman"/>
          <w:b/>
          <w:sz w:val="24"/>
          <w:szCs w:val="24"/>
          <w:rtl/>
        </w:rPr>
        <w:t xml:space="preserve"> </w:t>
      </w:r>
      <w:r w:rsidRPr="00CD0871">
        <w:rPr>
          <w:rFonts w:ascii="Arial" w:hAnsi="Arial" w:cs="Times New Roman" w:hint="cs"/>
          <w:b/>
          <w:sz w:val="24"/>
          <w:szCs w:val="24"/>
          <w:rtl/>
        </w:rPr>
        <w:t>محاولات</w:t>
      </w:r>
      <w:r w:rsidRPr="00CD0871">
        <w:rPr>
          <w:rFonts w:ascii="Arial" w:hAnsi="Arial" w:cs="Times New Roman"/>
          <w:b/>
          <w:sz w:val="24"/>
          <w:szCs w:val="24"/>
          <w:rtl/>
        </w:rPr>
        <w:t xml:space="preserve"> </w:t>
      </w:r>
      <w:r w:rsidRPr="00CD0871">
        <w:rPr>
          <w:rFonts w:ascii="Arial" w:hAnsi="Arial" w:cs="Times New Roman" w:hint="cs"/>
          <w:b/>
          <w:sz w:val="24"/>
          <w:szCs w:val="24"/>
          <w:rtl/>
        </w:rPr>
        <w:t>التحرك</w:t>
      </w:r>
      <w:r w:rsidRPr="00CD0871">
        <w:rPr>
          <w:rFonts w:ascii="Arial" w:hAnsi="Arial" w:cs="Times New Roman"/>
          <w:b/>
          <w:sz w:val="24"/>
          <w:szCs w:val="24"/>
          <w:rtl/>
        </w:rPr>
        <w:t xml:space="preserve"> </w:t>
      </w:r>
      <w:r w:rsidRPr="00CD0871">
        <w:rPr>
          <w:rFonts w:ascii="Arial" w:hAnsi="Arial" w:cs="Times New Roman" w:hint="cs"/>
          <w:b/>
          <w:sz w:val="24"/>
          <w:szCs w:val="24"/>
          <w:rtl/>
        </w:rPr>
        <w:t>الجانبي</w:t>
      </w:r>
      <w:r w:rsidRPr="00CD0871">
        <w:rPr>
          <w:rFonts w:ascii="Arial" w:hAnsi="Arial"/>
          <w:b/>
          <w:sz w:val="24"/>
          <w:szCs w:val="24"/>
        </w:rPr>
        <w:t xml:space="preserve"> (Lateral Movement).</w:t>
      </w:r>
    </w:p>
    <w:p w:rsidR="00CD0871" w:rsidRPr="00CD0871" w:rsidRDefault="00CD0871" w:rsidP="00CD0871">
      <w:pPr>
        <w:rPr>
          <w:rFonts w:ascii="Arial" w:hAnsi="Arial"/>
          <w:b/>
          <w:sz w:val="24"/>
          <w:szCs w:val="24"/>
        </w:rPr>
      </w:pPr>
    </w:p>
    <w:p w:rsidR="00CD0871" w:rsidRPr="00CD0871" w:rsidRDefault="00CD0871" w:rsidP="00CD0871">
      <w:pPr>
        <w:rPr>
          <w:rFonts w:ascii="Arial" w:hAnsi="Arial"/>
          <w:b/>
          <w:sz w:val="24"/>
          <w:szCs w:val="24"/>
        </w:rPr>
      </w:pPr>
      <w:r w:rsidRPr="00CD0871">
        <w:rPr>
          <w:rFonts w:ascii="Arial" w:hAnsi="Arial" w:cs="Times New Roman" w:hint="cs"/>
          <w:b/>
          <w:sz w:val="24"/>
          <w:szCs w:val="24"/>
          <w:rtl/>
        </w:rPr>
        <w:t>أثبتت</w:t>
      </w:r>
      <w:r w:rsidRPr="00CD0871">
        <w:rPr>
          <w:rFonts w:ascii="Arial" w:hAnsi="Arial" w:cs="Times New Roman"/>
          <w:b/>
          <w:sz w:val="24"/>
          <w:szCs w:val="24"/>
          <w:rtl/>
        </w:rPr>
        <w:t xml:space="preserve"> </w:t>
      </w:r>
      <w:r w:rsidRPr="00CD0871">
        <w:rPr>
          <w:rFonts w:ascii="Arial" w:hAnsi="Arial" w:cs="Times New Roman" w:hint="cs"/>
          <w:b/>
          <w:sz w:val="24"/>
          <w:szCs w:val="24"/>
          <w:rtl/>
        </w:rPr>
        <w:t>النتائج</w:t>
      </w:r>
      <w:r w:rsidRPr="00CD0871">
        <w:rPr>
          <w:rFonts w:ascii="Arial" w:hAnsi="Arial" w:cs="Times New Roman"/>
          <w:b/>
          <w:sz w:val="24"/>
          <w:szCs w:val="24"/>
          <w:rtl/>
        </w:rPr>
        <w:t xml:space="preserve"> </w:t>
      </w:r>
      <w:r w:rsidRPr="00CD0871">
        <w:rPr>
          <w:rFonts w:ascii="Arial" w:hAnsi="Arial" w:cs="Times New Roman" w:hint="cs"/>
          <w:b/>
          <w:sz w:val="24"/>
          <w:szCs w:val="24"/>
          <w:rtl/>
        </w:rPr>
        <w:t>أن</w:t>
      </w:r>
      <w:r w:rsidRPr="00CD0871">
        <w:rPr>
          <w:rFonts w:ascii="Arial" w:hAnsi="Arial" w:cs="Times New Roman"/>
          <w:b/>
          <w:sz w:val="24"/>
          <w:szCs w:val="24"/>
          <w:rtl/>
        </w:rPr>
        <w:t xml:space="preserve"> </w:t>
      </w:r>
      <w:r w:rsidRPr="00CD0871">
        <w:rPr>
          <w:rFonts w:ascii="Arial" w:hAnsi="Arial" w:cs="Times New Roman" w:hint="cs"/>
          <w:b/>
          <w:sz w:val="24"/>
          <w:szCs w:val="24"/>
          <w:rtl/>
        </w:rPr>
        <w:t>بيئة</w:t>
      </w:r>
      <w:r w:rsidRPr="00CD0871">
        <w:rPr>
          <w:rFonts w:ascii="Arial" w:hAnsi="Arial"/>
          <w:b/>
          <w:sz w:val="24"/>
          <w:szCs w:val="24"/>
        </w:rPr>
        <w:t xml:space="preserve"> Windows Server 2025 </w:t>
      </w:r>
      <w:r w:rsidRPr="00CD0871">
        <w:rPr>
          <w:rFonts w:ascii="Arial" w:hAnsi="Arial" w:cs="Times New Roman" w:hint="cs"/>
          <w:b/>
          <w:sz w:val="24"/>
          <w:szCs w:val="24"/>
          <w:rtl/>
        </w:rPr>
        <w:t>تتمتع</w:t>
      </w:r>
      <w:r w:rsidRPr="00CD0871">
        <w:rPr>
          <w:rFonts w:ascii="Arial" w:hAnsi="Arial" w:cs="Times New Roman"/>
          <w:b/>
          <w:sz w:val="24"/>
          <w:szCs w:val="24"/>
          <w:rtl/>
        </w:rPr>
        <w:t xml:space="preserve"> </w:t>
      </w:r>
      <w:r w:rsidRPr="00CD0871">
        <w:rPr>
          <w:rFonts w:ascii="Arial" w:hAnsi="Arial" w:cs="Times New Roman" w:hint="cs"/>
          <w:b/>
          <w:sz w:val="24"/>
          <w:szCs w:val="24"/>
          <w:rtl/>
        </w:rPr>
        <w:t>بتحصين</w:t>
      </w:r>
      <w:r w:rsidRPr="00CD0871">
        <w:rPr>
          <w:rFonts w:ascii="Arial" w:hAnsi="Arial" w:cs="Times New Roman"/>
          <w:b/>
          <w:sz w:val="24"/>
          <w:szCs w:val="24"/>
          <w:rtl/>
        </w:rPr>
        <w:t xml:space="preserve"> </w:t>
      </w:r>
      <w:r w:rsidRPr="00CD0871">
        <w:rPr>
          <w:rFonts w:ascii="Arial" w:hAnsi="Arial" w:cs="Times New Roman" w:hint="cs"/>
          <w:b/>
          <w:sz w:val="24"/>
          <w:szCs w:val="24"/>
          <w:rtl/>
        </w:rPr>
        <w:t>افتراضي</w:t>
      </w:r>
      <w:r w:rsidRPr="00CD0871">
        <w:rPr>
          <w:rFonts w:ascii="Arial" w:hAnsi="Arial" w:cs="Times New Roman"/>
          <w:b/>
          <w:sz w:val="24"/>
          <w:szCs w:val="24"/>
          <w:rtl/>
        </w:rPr>
        <w:t xml:space="preserve"> </w:t>
      </w:r>
      <w:r w:rsidRPr="00CD0871">
        <w:rPr>
          <w:rFonts w:ascii="Arial" w:hAnsi="Arial" w:cs="Times New Roman" w:hint="cs"/>
          <w:b/>
          <w:sz w:val="24"/>
          <w:szCs w:val="24"/>
          <w:rtl/>
        </w:rPr>
        <w:t>ممتاز</w:t>
      </w:r>
      <w:r w:rsidRPr="00CD0871">
        <w:rPr>
          <w:rFonts w:ascii="Arial" w:hAnsi="Arial" w:cs="Times New Roman"/>
          <w:b/>
          <w:sz w:val="24"/>
          <w:szCs w:val="24"/>
          <w:rtl/>
        </w:rPr>
        <w:t xml:space="preserve"> </w:t>
      </w:r>
      <w:r w:rsidRPr="00CD0871">
        <w:rPr>
          <w:rFonts w:ascii="Arial" w:hAnsi="Arial" w:cs="Times New Roman" w:hint="cs"/>
          <w:b/>
          <w:sz w:val="24"/>
          <w:szCs w:val="24"/>
          <w:rtl/>
        </w:rPr>
        <w:t>ضد</w:t>
      </w:r>
      <w:r w:rsidRPr="00CD0871">
        <w:rPr>
          <w:rFonts w:ascii="Arial" w:hAnsi="Arial" w:cs="Times New Roman"/>
          <w:b/>
          <w:sz w:val="24"/>
          <w:szCs w:val="24"/>
          <w:rtl/>
        </w:rPr>
        <w:t xml:space="preserve"> </w:t>
      </w:r>
      <w:r w:rsidRPr="00CD0871">
        <w:rPr>
          <w:rFonts w:ascii="Arial" w:hAnsi="Arial" w:cs="Times New Roman" w:hint="cs"/>
          <w:b/>
          <w:sz w:val="24"/>
          <w:szCs w:val="24"/>
          <w:rtl/>
        </w:rPr>
        <w:t>الثغرات</w:t>
      </w:r>
      <w:r w:rsidRPr="00CD0871">
        <w:rPr>
          <w:rFonts w:ascii="Arial" w:hAnsi="Arial" w:cs="Times New Roman"/>
          <w:b/>
          <w:sz w:val="24"/>
          <w:szCs w:val="24"/>
          <w:rtl/>
        </w:rPr>
        <w:t xml:space="preserve"> </w:t>
      </w:r>
      <w:r w:rsidRPr="00CD0871">
        <w:rPr>
          <w:rFonts w:ascii="Arial" w:hAnsi="Arial" w:cs="Times New Roman" w:hint="cs"/>
          <w:b/>
          <w:sz w:val="24"/>
          <w:szCs w:val="24"/>
          <w:rtl/>
        </w:rPr>
        <w:t>التاريخية</w:t>
      </w:r>
      <w:r w:rsidRPr="00CD0871">
        <w:rPr>
          <w:rFonts w:ascii="Arial" w:hAnsi="Arial"/>
          <w:b/>
          <w:sz w:val="24"/>
          <w:szCs w:val="24"/>
        </w:rPr>
        <w:t xml:space="preserve"> (</w:t>
      </w:r>
      <w:r w:rsidRPr="00CD0871">
        <w:rPr>
          <w:rFonts w:ascii="Arial" w:hAnsi="Arial" w:cs="Times New Roman" w:hint="cs"/>
          <w:b/>
          <w:sz w:val="24"/>
          <w:szCs w:val="24"/>
          <w:rtl/>
        </w:rPr>
        <w:t>مثل</w:t>
      </w:r>
      <w:r w:rsidRPr="00CD0871">
        <w:rPr>
          <w:rFonts w:ascii="Arial" w:hAnsi="Arial"/>
          <w:b/>
          <w:sz w:val="24"/>
          <w:szCs w:val="24"/>
        </w:rPr>
        <w:t xml:space="preserve"> SMBv1 </w:t>
      </w:r>
      <w:proofErr w:type="gramStart"/>
      <w:r w:rsidRPr="00CD0871">
        <w:rPr>
          <w:rFonts w:ascii="Arial" w:hAnsi="Arial" w:cs="Times New Roman" w:hint="cs"/>
          <w:b/>
          <w:sz w:val="24"/>
          <w:szCs w:val="24"/>
          <w:rtl/>
        </w:rPr>
        <w:t>و</w:t>
      </w:r>
      <w:r w:rsidRPr="00CD0871">
        <w:rPr>
          <w:rFonts w:ascii="Arial" w:hAnsi="Arial"/>
          <w:b/>
          <w:sz w:val="24"/>
          <w:szCs w:val="24"/>
        </w:rPr>
        <w:t xml:space="preserve"> </w:t>
      </w:r>
      <w:proofErr w:type="spellStart"/>
      <w:r w:rsidRPr="00CD0871">
        <w:rPr>
          <w:rFonts w:ascii="Arial" w:hAnsi="Arial"/>
          <w:b/>
          <w:sz w:val="24"/>
          <w:szCs w:val="24"/>
        </w:rPr>
        <w:t>EternalBlue</w:t>
      </w:r>
      <w:proofErr w:type="spellEnd"/>
      <w:proofErr w:type="gramEnd"/>
      <w:r w:rsidRPr="00CD0871">
        <w:rPr>
          <w:rFonts w:ascii="Arial" w:hAnsi="Arial"/>
          <w:b/>
          <w:sz w:val="24"/>
          <w:szCs w:val="24"/>
        </w:rPr>
        <w:t>)</w:t>
      </w:r>
      <w:r w:rsidRPr="00CD0871">
        <w:rPr>
          <w:rFonts w:ascii="Arial" w:hAnsi="Arial" w:cs="Times New Roman"/>
          <w:b/>
          <w:sz w:val="24"/>
          <w:szCs w:val="24"/>
          <w:rtl/>
        </w:rPr>
        <w:t xml:space="preserve">، </w:t>
      </w:r>
      <w:r w:rsidRPr="00CD0871">
        <w:rPr>
          <w:rFonts w:ascii="Arial" w:hAnsi="Arial" w:cs="Times New Roman" w:hint="cs"/>
          <w:b/>
          <w:sz w:val="24"/>
          <w:szCs w:val="24"/>
          <w:rtl/>
        </w:rPr>
        <w:t>إلا</w:t>
      </w:r>
      <w:r w:rsidRPr="00CD0871">
        <w:rPr>
          <w:rFonts w:ascii="Arial" w:hAnsi="Arial" w:cs="Times New Roman"/>
          <w:b/>
          <w:sz w:val="24"/>
          <w:szCs w:val="24"/>
          <w:rtl/>
        </w:rPr>
        <w:t xml:space="preserve"> </w:t>
      </w:r>
      <w:r w:rsidRPr="00CD0871">
        <w:rPr>
          <w:rFonts w:ascii="Arial" w:hAnsi="Arial" w:cs="Times New Roman" w:hint="cs"/>
          <w:b/>
          <w:sz w:val="24"/>
          <w:szCs w:val="24"/>
          <w:rtl/>
        </w:rPr>
        <w:t>تم</w:t>
      </w:r>
      <w:r w:rsidRPr="00CD0871">
        <w:rPr>
          <w:rFonts w:ascii="Arial" w:hAnsi="Arial" w:cs="Times New Roman"/>
          <w:b/>
          <w:sz w:val="24"/>
          <w:szCs w:val="24"/>
          <w:rtl/>
        </w:rPr>
        <w:t xml:space="preserve"> </w:t>
      </w:r>
      <w:r w:rsidRPr="00CD0871">
        <w:rPr>
          <w:rFonts w:ascii="Arial" w:hAnsi="Arial" w:cs="Times New Roman" w:hint="cs"/>
          <w:b/>
          <w:sz w:val="24"/>
          <w:szCs w:val="24"/>
          <w:rtl/>
        </w:rPr>
        <w:t>اكتشاف</w:t>
      </w:r>
      <w:r w:rsidRPr="00CD0871">
        <w:rPr>
          <w:rFonts w:ascii="Arial" w:hAnsi="Arial" w:cs="Times New Roman"/>
          <w:b/>
          <w:sz w:val="24"/>
          <w:szCs w:val="24"/>
          <w:rtl/>
        </w:rPr>
        <w:t xml:space="preserve"> </w:t>
      </w:r>
      <w:r w:rsidRPr="00CD0871">
        <w:rPr>
          <w:rFonts w:ascii="Arial" w:hAnsi="Arial" w:cs="Times New Roman" w:hint="cs"/>
          <w:b/>
          <w:sz w:val="24"/>
          <w:szCs w:val="24"/>
          <w:rtl/>
        </w:rPr>
        <w:t>مسارات</w:t>
      </w:r>
      <w:r w:rsidRPr="00CD0871">
        <w:rPr>
          <w:rFonts w:ascii="Arial" w:hAnsi="Arial" w:cs="Times New Roman"/>
          <w:b/>
          <w:sz w:val="24"/>
          <w:szCs w:val="24"/>
          <w:rtl/>
        </w:rPr>
        <w:t xml:space="preserve"> </w:t>
      </w:r>
      <w:r w:rsidRPr="00CD0871">
        <w:rPr>
          <w:rFonts w:ascii="Arial" w:hAnsi="Arial" w:cs="Times New Roman" w:hint="cs"/>
          <w:b/>
          <w:sz w:val="24"/>
          <w:szCs w:val="24"/>
          <w:rtl/>
        </w:rPr>
        <w:t>استطلاعية</w:t>
      </w:r>
      <w:r w:rsidRPr="00CD0871">
        <w:rPr>
          <w:rFonts w:ascii="Arial" w:hAnsi="Arial" w:cs="Times New Roman"/>
          <w:b/>
          <w:sz w:val="24"/>
          <w:szCs w:val="24"/>
          <w:rtl/>
        </w:rPr>
        <w:t xml:space="preserve"> </w:t>
      </w:r>
      <w:r w:rsidRPr="00CD0871">
        <w:rPr>
          <w:rFonts w:ascii="Arial" w:hAnsi="Arial" w:cs="Times New Roman" w:hint="cs"/>
          <w:b/>
          <w:sz w:val="24"/>
          <w:szCs w:val="24"/>
          <w:rtl/>
        </w:rPr>
        <w:t>واعتراض</w:t>
      </w:r>
      <w:r w:rsidRPr="00CD0871">
        <w:rPr>
          <w:rFonts w:ascii="Arial" w:hAnsi="Arial" w:cs="Times New Roman"/>
          <w:b/>
          <w:sz w:val="24"/>
          <w:szCs w:val="24"/>
          <w:rtl/>
        </w:rPr>
        <w:t xml:space="preserve"> </w:t>
      </w:r>
      <w:r w:rsidRPr="00CD0871">
        <w:rPr>
          <w:rFonts w:ascii="Arial" w:hAnsi="Arial" w:cs="Times New Roman" w:hint="cs"/>
          <w:b/>
          <w:sz w:val="24"/>
          <w:szCs w:val="24"/>
          <w:rtl/>
        </w:rPr>
        <w:t>بيانات</w:t>
      </w:r>
      <w:r w:rsidRPr="00CD0871">
        <w:rPr>
          <w:rFonts w:ascii="Arial" w:hAnsi="Arial" w:cs="Times New Roman"/>
          <w:b/>
          <w:sz w:val="24"/>
          <w:szCs w:val="24"/>
          <w:rtl/>
        </w:rPr>
        <w:t xml:space="preserve"> </w:t>
      </w:r>
      <w:r w:rsidRPr="00CD0871">
        <w:rPr>
          <w:rFonts w:ascii="Arial" w:hAnsi="Arial" w:cs="Times New Roman" w:hint="cs"/>
          <w:b/>
          <w:sz w:val="24"/>
          <w:szCs w:val="24"/>
          <w:rtl/>
        </w:rPr>
        <w:t>اعتماد</w:t>
      </w:r>
      <w:r w:rsidRPr="00CD0871">
        <w:rPr>
          <w:rFonts w:ascii="Arial" w:hAnsi="Arial" w:cs="Times New Roman"/>
          <w:b/>
          <w:sz w:val="24"/>
          <w:szCs w:val="24"/>
          <w:rtl/>
        </w:rPr>
        <w:t xml:space="preserve"> </w:t>
      </w:r>
      <w:r w:rsidRPr="00CD0871">
        <w:rPr>
          <w:rFonts w:ascii="Arial" w:hAnsi="Arial" w:cs="Times New Roman" w:hint="cs"/>
          <w:b/>
          <w:sz w:val="24"/>
          <w:szCs w:val="24"/>
          <w:rtl/>
        </w:rPr>
        <w:t>بسبب</w:t>
      </w:r>
      <w:r w:rsidRPr="00CD0871">
        <w:rPr>
          <w:rFonts w:ascii="Arial" w:hAnsi="Arial" w:cs="Times New Roman"/>
          <w:b/>
          <w:sz w:val="24"/>
          <w:szCs w:val="24"/>
          <w:rtl/>
        </w:rPr>
        <w:t xml:space="preserve"> </w:t>
      </w:r>
      <w:r w:rsidRPr="00CD0871">
        <w:rPr>
          <w:rFonts w:ascii="Arial" w:hAnsi="Arial" w:cs="Times New Roman" w:hint="cs"/>
          <w:b/>
          <w:sz w:val="24"/>
          <w:szCs w:val="24"/>
          <w:rtl/>
        </w:rPr>
        <w:t>بقاء</w:t>
      </w:r>
      <w:r w:rsidRPr="00CD0871">
        <w:rPr>
          <w:rFonts w:ascii="Arial" w:hAnsi="Arial" w:cs="Times New Roman"/>
          <w:b/>
          <w:sz w:val="24"/>
          <w:szCs w:val="24"/>
          <w:rtl/>
        </w:rPr>
        <w:t xml:space="preserve"> </w:t>
      </w:r>
      <w:r w:rsidRPr="00CD0871">
        <w:rPr>
          <w:rFonts w:ascii="Arial" w:hAnsi="Arial" w:cs="Times New Roman" w:hint="cs"/>
          <w:b/>
          <w:sz w:val="24"/>
          <w:szCs w:val="24"/>
          <w:rtl/>
        </w:rPr>
        <w:t>بروتوكولات</w:t>
      </w:r>
      <w:r w:rsidRPr="00CD0871">
        <w:rPr>
          <w:rFonts w:ascii="Arial" w:hAnsi="Arial" w:cs="Times New Roman"/>
          <w:b/>
          <w:sz w:val="24"/>
          <w:szCs w:val="24"/>
          <w:rtl/>
        </w:rPr>
        <w:t xml:space="preserve"> </w:t>
      </w:r>
      <w:r w:rsidRPr="00CD0871">
        <w:rPr>
          <w:rFonts w:ascii="Arial" w:hAnsi="Arial" w:cs="Times New Roman" w:hint="cs"/>
          <w:b/>
          <w:sz w:val="24"/>
          <w:szCs w:val="24"/>
          <w:rtl/>
        </w:rPr>
        <w:t>البث</w:t>
      </w:r>
      <w:r w:rsidRPr="00CD0871">
        <w:rPr>
          <w:rFonts w:ascii="Arial" w:hAnsi="Arial" w:cs="Times New Roman"/>
          <w:b/>
          <w:sz w:val="24"/>
          <w:szCs w:val="24"/>
          <w:rtl/>
        </w:rPr>
        <w:t xml:space="preserve"> </w:t>
      </w:r>
      <w:r w:rsidRPr="00CD0871">
        <w:rPr>
          <w:rFonts w:ascii="Arial" w:hAnsi="Arial" w:cs="Times New Roman" w:hint="cs"/>
          <w:b/>
          <w:sz w:val="24"/>
          <w:szCs w:val="24"/>
          <w:rtl/>
        </w:rPr>
        <w:t>القديمة</w:t>
      </w:r>
      <w:r w:rsidRPr="00CD0871">
        <w:rPr>
          <w:rFonts w:ascii="Arial" w:hAnsi="Arial" w:cs="Times New Roman"/>
          <w:b/>
          <w:sz w:val="24"/>
          <w:szCs w:val="24"/>
          <w:rtl/>
        </w:rPr>
        <w:t xml:space="preserve"> </w:t>
      </w:r>
      <w:r w:rsidRPr="00CD0871">
        <w:rPr>
          <w:rFonts w:ascii="Arial" w:hAnsi="Arial" w:cs="Times New Roman" w:hint="cs"/>
          <w:b/>
          <w:sz w:val="24"/>
          <w:szCs w:val="24"/>
          <w:rtl/>
        </w:rPr>
        <w:t>مفعلة</w:t>
      </w:r>
      <w:r w:rsidRPr="00CD0871">
        <w:rPr>
          <w:rFonts w:ascii="Arial" w:hAnsi="Arial"/>
          <w:b/>
          <w:sz w:val="24"/>
          <w:szCs w:val="24"/>
        </w:rPr>
        <w:t>.</w:t>
      </w:r>
    </w:p>
    <w:p w:rsidR="00CD0871" w:rsidRPr="00CD0871" w:rsidRDefault="00CD0871" w:rsidP="00CD0871">
      <w:pPr>
        <w:rPr>
          <w:rFonts w:ascii="Arial" w:hAnsi="Arial"/>
          <w:b/>
          <w:sz w:val="24"/>
          <w:szCs w:val="24"/>
        </w:rPr>
      </w:pPr>
    </w:p>
    <w:p w:rsidR="00CD0871" w:rsidRPr="00CD0871" w:rsidRDefault="00CD0871" w:rsidP="00CD0871">
      <w:pPr>
        <w:rPr>
          <w:rFonts w:ascii="Arial" w:hAnsi="Arial"/>
          <w:b/>
          <w:sz w:val="24"/>
          <w:szCs w:val="24"/>
        </w:rPr>
      </w:pPr>
      <w:r w:rsidRPr="00CD0871">
        <w:rPr>
          <w:rFonts w:ascii="Arial" w:hAnsi="Arial" w:cs="Times New Roman" w:hint="cs"/>
          <w:b/>
          <w:sz w:val="24"/>
          <w:szCs w:val="24"/>
          <w:rtl/>
        </w:rPr>
        <w:t>تم</w:t>
      </w:r>
      <w:r w:rsidRPr="00CD0871">
        <w:rPr>
          <w:rFonts w:ascii="Arial" w:hAnsi="Arial" w:cs="Times New Roman"/>
          <w:b/>
          <w:sz w:val="24"/>
          <w:szCs w:val="24"/>
          <w:rtl/>
        </w:rPr>
        <w:t xml:space="preserve"> </w:t>
      </w:r>
      <w:r w:rsidRPr="00CD0871">
        <w:rPr>
          <w:rFonts w:ascii="Arial" w:hAnsi="Arial" w:cs="Times New Roman" w:hint="cs"/>
          <w:b/>
          <w:sz w:val="24"/>
          <w:szCs w:val="24"/>
          <w:rtl/>
        </w:rPr>
        <w:t>تصميم</w:t>
      </w:r>
      <w:r w:rsidRPr="00CD0871">
        <w:rPr>
          <w:rFonts w:ascii="Arial" w:hAnsi="Arial" w:cs="Times New Roman"/>
          <w:b/>
          <w:sz w:val="24"/>
          <w:szCs w:val="24"/>
          <w:rtl/>
        </w:rPr>
        <w:t xml:space="preserve"> </w:t>
      </w:r>
      <w:r w:rsidRPr="00CD0871">
        <w:rPr>
          <w:rFonts w:ascii="Arial" w:hAnsi="Arial" w:cs="Times New Roman" w:hint="cs"/>
          <w:b/>
          <w:sz w:val="24"/>
          <w:szCs w:val="24"/>
          <w:rtl/>
        </w:rPr>
        <w:t>وتنفيذ</w:t>
      </w:r>
      <w:r w:rsidRPr="00CD0871">
        <w:rPr>
          <w:rFonts w:ascii="Arial" w:hAnsi="Arial" w:cs="Times New Roman"/>
          <w:b/>
          <w:sz w:val="24"/>
          <w:szCs w:val="24"/>
          <w:rtl/>
        </w:rPr>
        <w:t xml:space="preserve"> </w:t>
      </w:r>
      <w:r w:rsidRPr="00CD0871">
        <w:rPr>
          <w:rFonts w:ascii="Arial" w:hAnsi="Arial" w:cs="Times New Roman" w:hint="cs"/>
          <w:b/>
          <w:sz w:val="24"/>
          <w:szCs w:val="24"/>
          <w:rtl/>
        </w:rPr>
        <w:t>خطة</w:t>
      </w:r>
      <w:r w:rsidRPr="00CD0871">
        <w:rPr>
          <w:rFonts w:ascii="Arial" w:hAnsi="Arial" w:cs="Times New Roman"/>
          <w:b/>
          <w:sz w:val="24"/>
          <w:szCs w:val="24"/>
          <w:rtl/>
        </w:rPr>
        <w:t xml:space="preserve"> </w:t>
      </w:r>
      <w:r w:rsidRPr="00CD0871">
        <w:rPr>
          <w:rFonts w:ascii="Arial" w:hAnsi="Arial" w:cs="Times New Roman" w:hint="cs"/>
          <w:b/>
          <w:sz w:val="24"/>
          <w:szCs w:val="24"/>
          <w:rtl/>
        </w:rPr>
        <w:t>معالجة</w:t>
      </w:r>
      <w:r w:rsidRPr="00CD0871">
        <w:rPr>
          <w:rFonts w:ascii="Arial" w:hAnsi="Arial" w:cs="Times New Roman"/>
          <w:b/>
          <w:sz w:val="24"/>
          <w:szCs w:val="24"/>
          <w:rtl/>
        </w:rPr>
        <w:t xml:space="preserve"> </w:t>
      </w:r>
      <w:r w:rsidRPr="00CD0871">
        <w:rPr>
          <w:rFonts w:ascii="Arial" w:hAnsi="Arial" w:cs="Times New Roman" w:hint="cs"/>
          <w:b/>
          <w:sz w:val="24"/>
          <w:szCs w:val="24"/>
          <w:rtl/>
        </w:rPr>
        <w:t>شاملة</w:t>
      </w:r>
      <w:r w:rsidRPr="00CD0871">
        <w:rPr>
          <w:rFonts w:ascii="Arial" w:hAnsi="Arial"/>
          <w:b/>
          <w:sz w:val="24"/>
          <w:szCs w:val="24"/>
        </w:rPr>
        <w:t xml:space="preserve"> (Remediation Plan) </w:t>
      </w:r>
      <w:r w:rsidRPr="00CD0871">
        <w:rPr>
          <w:rFonts w:ascii="Arial" w:hAnsi="Arial" w:cs="Times New Roman" w:hint="cs"/>
          <w:b/>
          <w:sz w:val="24"/>
          <w:szCs w:val="24"/>
          <w:rtl/>
        </w:rPr>
        <w:t>أسفرت</w:t>
      </w:r>
      <w:r w:rsidRPr="00CD0871">
        <w:rPr>
          <w:rFonts w:ascii="Arial" w:hAnsi="Arial" w:cs="Times New Roman"/>
          <w:b/>
          <w:sz w:val="24"/>
          <w:szCs w:val="24"/>
          <w:rtl/>
        </w:rPr>
        <w:t xml:space="preserve"> </w:t>
      </w:r>
      <w:r w:rsidRPr="00CD0871">
        <w:rPr>
          <w:rFonts w:ascii="Arial" w:hAnsi="Arial" w:cs="Times New Roman" w:hint="cs"/>
          <w:b/>
          <w:sz w:val="24"/>
          <w:szCs w:val="24"/>
          <w:rtl/>
        </w:rPr>
        <w:t>عن</w:t>
      </w:r>
      <w:r w:rsidRPr="00CD0871">
        <w:rPr>
          <w:rFonts w:ascii="Arial" w:hAnsi="Arial" w:cs="Times New Roman"/>
          <w:b/>
          <w:sz w:val="24"/>
          <w:szCs w:val="24"/>
          <w:rtl/>
        </w:rPr>
        <w:t xml:space="preserve"> </w:t>
      </w:r>
      <w:r w:rsidRPr="00CD0871">
        <w:rPr>
          <w:rFonts w:ascii="Arial" w:hAnsi="Arial" w:cs="Times New Roman" w:hint="cs"/>
          <w:b/>
          <w:sz w:val="24"/>
          <w:szCs w:val="24"/>
          <w:rtl/>
        </w:rPr>
        <w:t>إغلاق</w:t>
      </w:r>
      <w:r w:rsidRPr="00CD0871">
        <w:rPr>
          <w:rFonts w:ascii="Arial" w:hAnsi="Arial" w:cs="Times New Roman"/>
          <w:b/>
          <w:sz w:val="24"/>
          <w:szCs w:val="24"/>
          <w:rtl/>
        </w:rPr>
        <w:t xml:space="preserve"> </w:t>
      </w:r>
      <w:r w:rsidRPr="00CD0871">
        <w:rPr>
          <w:rFonts w:ascii="Arial" w:hAnsi="Arial" w:cs="Times New Roman" w:hint="cs"/>
          <w:b/>
          <w:sz w:val="24"/>
          <w:szCs w:val="24"/>
          <w:rtl/>
        </w:rPr>
        <w:t>كافة</w:t>
      </w:r>
      <w:r w:rsidRPr="00CD0871">
        <w:rPr>
          <w:rFonts w:ascii="Arial" w:hAnsi="Arial" w:cs="Times New Roman"/>
          <w:b/>
          <w:sz w:val="24"/>
          <w:szCs w:val="24"/>
          <w:rtl/>
        </w:rPr>
        <w:t xml:space="preserve"> </w:t>
      </w:r>
      <w:r w:rsidRPr="00CD0871">
        <w:rPr>
          <w:rFonts w:ascii="Arial" w:hAnsi="Arial" w:cs="Times New Roman" w:hint="cs"/>
          <w:b/>
          <w:sz w:val="24"/>
          <w:szCs w:val="24"/>
          <w:rtl/>
        </w:rPr>
        <w:t>الثغرات</w:t>
      </w:r>
      <w:r w:rsidRPr="00CD0871">
        <w:rPr>
          <w:rFonts w:ascii="Arial" w:hAnsi="Arial" w:cs="Times New Roman"/>
          <w:b/>
          <w:sz w:val="24"/>
          <w:szCs w:val="24"/>
          <w:rtl/>
        </w:rPr>
        <w:t xml:space="preserve"> </w:t>
      </w:r>
      <w:r w:rsidRPr="00CD0871">
        <w:rPr>
          <w:rFonts w:ascii="Arial" w:hAnsi="Arial" w:cs="Times New Roman" w:hint="cs"/>
          <w:b/>
          <w:sz w:val="24"/>
          <w:szCs w:val="24"/>
          <w:rtl/>
        </w:rPr>
        <w:t>المكتشفة</w:t>
      </w:r>
      <w:r w:rsidRPr="00CD0871">
        <w:rPr>
          <w:rFonts w:ascii="Arial" w:hAnsi="Arial" w:cs="Times New Roman"/>
          <w:b/>
          <w:sz w:val="24"/>
          <w:szCs w:val="24"/>
          <w:rtl/>
        </w:rPr>
        <w:t xml:space="preserve"> </w:t>
      </w:r>
      <w:r w:rsidRPr="00CD0871">
        <w:rPr>
          <w:rFonts w:ascii="Arial" w:hAnsi="Arial" w:cs="Times New Roman" w:hint="cs"/>
          <w:b/>
          <w:sz w:val="24"/>
          <w:szCs w:val="24"/>
          <w:rtl/>
        </w:rPr>
        <w:t>بنسبة</w:t>
      </w:r>
      <w:r w:rsidRPr="00CD0871">
        <w:rPr>
          <w:rFonts w:ascii="Arial" w:hAnsi="Arial" w:cs="Times New Roman"/>
          <w:b/>
          <w:sz w:val="24"/>
          <w:szCs w:val="24"/>
          <w:rtl/>
        </w:rPr>
        <w:t xml:space="preserve"> 100%، </w:t>
      </w:r>
      <w:r w:rsidRPr="00CD0871">
        <w:rPr>
          <w:rFonts w:ascii="Arial" w:hAnsi="Arial" w:cs="Times New Roman" w:hint="cs"/>
          <w:b/>
          <w:sz w:val="24"/>
          <w:szCs w:val="24"/>
          <w:rtl/>
        </w:rPr>
        <w:t>تم</w:t>
      </w:r>
      <w:r w:rsidRPr="00CD0871">
        <w:rPr>
          <w:rFonts w:ascii="Arial" w:hAnsi="Arial" w:cs="Times New Roman"/>
          <w:b/>
          <w:sz w:val="24"/>
          <w:szCs w:val="24"/>
          <w:rtl/>
        </w:rPr>
        <w:t xml:space="preserve"> </w:t>
      </w:r>
      <w:r w:rsidRPr="00CD0871">
        <w:rPr>
          <w:rFonts w:ascii="Arial" w:hAnsi="Arial" w:cs="Times New Roman" w:hint="cs"/>
          <w:b/>
          <w:sz w:val="24"/>
          <w:szCs w:val="24"/>
          <w:rtl/>
        </w:rPr>
        <w:t>التحقق</w:t>
      </w:r>
      <w:r w:rsidRPr="00CD0871">
        <w:rPr>
          <w:rFonts w:ascii="Arial" w:hAnsi="Arial" w:cs="Times New Roman"/>
          <w:b/>
          <w:sz w:val="24"/>
          <w:szCs w:val="24"/>
          <w:rtl/>
        </w:rPr>
        <w:t xml:space="preserve"> </w:t>
      </w:r>
      <w:r w:rsidRPr="00CD0871">
        <w:rPr>
          <w:rFonts w:ascii="Arial" w:hAnsi="Arial" w:cs="Times New Roman" w:hint="cs"/>
          <w:b/>
          <w:sz w:val="24"/>
          <w:szCs w:val="24"/>
          <w:rtl/>
        </w:rPr>
        <w:t>منها</w:t>
      </w:r>
      <w:r w:rsidRPr="00CD0871">
        <w:rPr>
          <w:rFonts w:ascii="Arial" w:hAnsi="Arial" w:cs="Times New Roman"/>
          <w:b/>
          <w:sz w:val="24"/>
          <w:szCs w:val="24"/>
          <w:rtl/>
        </w:rPr>
        <w:t xml:space="preserve"> </w:t>
      </w:r>
      <w:r w:rsidRPr="00CD0871">
        <w:rPr>
          <w:rFonts w:ascii="Arial" w:hAnsi="Arial" w:cs="Times New Roman" w:hint="cs"/>
          <w:b/>
          <w:sz w:val="24"/>
          <w:szCs w:val="24"/>
          <w:rtl/>
        </w:rPr>
        <w:t>لاحقاً</w:t>
      </w:r>
      <w:r w:rsidRPr="00CD0871">
        <w:rPr>
          <w:rFonts w:ascii="Arial" w:hAnsi="Arial" w:cs="Times New Roman"/>
          <w:b/>
          <w:sz w:val="24"/>
          <w:szCs w:val="24"/>
          <w:rtl/>
        </w:rPr>
        <w:t xml:space="preserve"> </w:t>
      </w:r>
      <w:r w:rsidRPr="00CD0871">
        <w:rPr>
          <w:rFonts w:ascii="Arial" w:hAnsi="Arial" w:cs="Times New Roman" w:hint="cs"/>
          <w:b/>
          <w:sz w:val="24"/>
          <w:szCs w:val="24"/>
          <w:rtl/>
        </w:rPr>
        <w:t>عبر</w:t>
      </w:r>
      <w:r w:rsidRPr="00CD0871">
        <w:rPr>
          <w:rFonts w:ascii="Arial" w:hAnsi="Arial" w:cs="Times New Roman"/>
          <w:b/>
          <w:sz w:val="24"/>
          <w:szCs w:val="24"/>
          <w:rtl/>
        </w:rPr>
        <w:t xml:space="preserve"> </w:t>
      </w:r>
      <w:r w:rsidRPr="00CD0871">
        <w:rPr>
          <w:rFonts w:ascii="Arial" w:hAnsi="Arial" w:cs="Times New Roman" w:hint="cs"/>
          <w:b/>
          <w:sz w:val="24"/>
          <w:szCs w:val="24"/>
          <w:rtl/>
        </w:rPr>
        <w:t>إعادة</w:t>
      </w:r>
      <w:r w:rsidRPr="00CD0871">
        <w:rPr>
          <w:rFonts w:ascii="Arial" w:hAnsi="Arial" w:cs="Times New Roman"/>
          <w:b/>
          <w:sz w:val="24"/>
          <w:szCs w:val="24"/>
          <w:rtl/>
        </w:rPr>
        <w:t xml:space="preserve"> </w:t>
      </w:r>
      <w:r w:rsidRPr="00CD0871">
        <w:rPr>
          <w:rFonts w:ascii="Arial" w:hAnsi="Arial" w:cs="Times New Roman" w:hint="cs"/>
          <w:b/>
          <w:sz w:val="24"/>
          <w:szCs w:val="24"/>
          <w:rtl/>
        </w:rPr>
        <w:t>الاختبار</w:t>
      </w:r>
      <w:r w:rsidRPr="00CD0871">
        <w:rPr>
          <w:rFonts w:ascii="Arial" w:hAnsi="Arial"/>
          <w:b/>
          <w:sz w:val="24"/>
          <w:szCs w:val="24"/>
        </w:rPr>
        <w:t xml:space="preserve"> (Re-Testing). </w:t>
      </w:r>
      <w:r w:rsidRPr="00CD0871">
        <w:rPr>
          <w:rFonts w:ascii="Arial" w:hAnsi="Arial" w:cs="Times New Roman" w:hint="cs"/>
          <w:b/>
          <w:sz w:val="24"/>
          <w:szCs w:val="24"/>
          <w:rtl/>
        </w:rPr>
        <w:t>يوصي</w:t>
      </w:r>
      <w:r w:rsidRPr="00CD0871">
        <w:rPr>
          <w:rFonts w:ascii="Arial" w:hAnsi="Arial" w:cs="Times New Roman"/>
          <w:b/>
          <w:sz w:val="24"/>
          <w:szCs w:val="24"/>
          <w:rtl/>
        </w:rPr>
        <w:t xml:space="preserve"> </w:t>
      </w:r>
      <w:r w:rsidRPr="00CD0871">
        <w:rPr>
          <w:rFonts w:ascii="Arial" w:hAnsi="Arial" w:cs="Times New Roman" w:hint="cs"/>
          <w:b/>
          <w:sz w:val="24"/>
          <w:szCs w:val="24"/>
          <w:rtl/>
        </w:rPr>
        <w:t>التقرير</w:t>
      </w:r>
      <w:r w:rsidRPr="00CD0871">
        <w:rPr>
          <w:rFonts w:ascii="Arial" w:hAnsi="Arial" w:cs="Times New Roman"/>
          <w:b/>
          <w:sz w:val="24"/>
          <w:szCs w:val="24"/>
          <w:rtl/>
        </w:rPr>
        <w:t xml:space="preserve"> </w:t>
      </w:r>
      <w:r w:rsidRPr="00CD0871">
        <w:rPr>
          <w:rFonts w:ascii="Arial" w:hAnsi="Arial" w:cs="Times New Roman" w:hint="cs"/>
          <w:b/>
          <w:sz w:val="24"/>
          <w:szCs w:val="24"/>
          <w:rtl/>
        </w:rPr>
        <w:t>بالانتقال</w:t>
      </w:r>
      <w:r w:rsidRPr="00CD0871">
        <w:rPr>
          <w:rFonts w:ascii="Arial" w:hAnsi="Arial" w:cs="Times New Roman"/>
          <w:b/>
          <w:sz w:val="24"/>
          <w:szCs w:val="24"/>
          <w:rtl/>
        </w:rPr>
        <w:t xml:space="preserve"> </w:t>
      </w:r>
      <w:r w:rsidRPr="00CD0871">
        <w:rPr>
          <w:rFonts w:ascii="Arial" w:hAnsi="Arial" w:cs="Times New Roman" w:hint="cs"/>
          <w:b/>
          <w:sz w:val="24"/>
          <w:szCs w:val="24"/>
          <w:rtl/>
        </w:rPr>
        <w:t>نحو</w:t>
      </w:r>
      <w:r w:rsidRPr="00CD0871">
        <w:rPr>
          <w:rFonts w:ascii="Arial" w:hAnsi="Arial" w:cs="Times New Roman"/>
          <w:b/>
          <w:sz w:val="24"/>
          <w:szCs w:val="24"/>
          <w:rtl/>
        </w:rPr>
        <w:t xml:space="preserve"> </w:t>
      </w:r>
      <w:r w:rsidRPr="00CD0871">
        <w:rPr>
          <w:rFonts w:ascii="Arial" w:hAnsi="Arial" w:cs="Times New Roman" w:hint="cs"/>
          <w:b/>
          <w:sz w:val="24"/>
          <w:szCs w:val="24"/>
          <w:rtl/>
        </w:rPr>
        <w:t>تبني</w:t>
      </w:r>
      <w:r w:rsidRPr="00CD0871">
        <w:rPr>
          <w:rFonts w:ascii="Arial" w:hAnsi="Arial" w:cs="Times New Roman"/>
          <w:b/>
          <w:sz w:val="24"/>
          <w:szCs w:val="24"/>
          <w:rtl/>
        </w:rPr>
        <w:t xml:space="preserve"> </w:t>
      </w:r>
      <w:r w:rsidRPr="00CD0871">
        <w:rPr>
          <w:rFonts w:ascii="Arial" w:hAnsi="Arial" w:cs="Times New Roman" w:hint="cs"/>
          <w:b/>
          <w:sz w:val="24"/>
          <w:szCs w:val="24"/>
          <w:rtl/>
        </w:rPr>
        <w:t>مبدأ</w:t>
      </w:r>
      <w:r w:rsidRPr="00CD0871">
        <w:rPr>
          <w:rFonts w:ascii="Arial" w:hAnsi="Arial" w:cs="Times New Roman"/>
          <w:b/>
          <w:sz w:val="24"/>
          <w:szCs w:val="24"/>
          <w:rtl/>
        </w:rPr>
        <w:t xml:space="preserve"> </w:t>
      </w:r>
      <w:r w:rsidRPr="00CD0871">
        <w:rPr>
          <w:rFonts w:ascii="Arial" w:hAnsi="Arial" w:cs="Times New Roman" w:hint="cs"/>
          <w:b/>
          <w:sz w:val="24"/>
          <w:szCs w:val="24"/>
          <w:rtl/>
        </w:rPr>
        <w:t>الثقة</w:t>
      </w:r>
      <w:r w:rsidRPr="00CD0871">
        <w:rPr>
          <w:rFonts w:ascii="Arial" w:hAnsi="Arial" w:cs="Times New Roman"/>
          <w:b/>
          <w:sz w:val="24"/>
          <w:szCs w:val="24"/>
          <w:rtl/>
        </w:rPr>
        <w:t xml:space="preserve"> </w:t>
      </w:r>
      <w:r w:rsidRPr="00CD0871">
        <w:rPr>
          <w:rFonts w:ascii="Arial" w:hAnsi="Arial" w:cs="Times New Roman" w:hint="cs"/>
          <w:b/>
          <w:sz w:val="24"/>
          <w:szCs w:val="24"/>
          <w:rtl/>
        </w:rPr>
        <w:t>المعدومة</w:t>
      </w:r>
      <w:r w:rsidRPr="00CD0871">
        <w:rPr>
          <w:rFonts w:ascii="Arial" w:hAnsi="Arial"/>
          <w:b/>
          <w:sz w:val="24"/>
          <w:szCs w:val="24"/>
        </w:rPr>
        <w:t xml:space="preserve"> (Zero Trust) </w:t>
      </w:r>
      <w:r w:rsidRPr="00CD0871">
        <w:rPr>
          <w:rFonts w:ascii="Arial" w:hAnsi="Arial" w:cs="Times New Roman" w:hint="cs"/>
          <w:b/>
          <w:sz w:val="24"/>
          <w:szCs w:val="24"/>
          <w:rtl/>
        </w:rPr>
        <w:t>وتفعيل</w:t>
      </w:r>
      <w:r w:rsidRPr="00CD0871">
        <w:rPr>
          <w:rFonts w:ascii="Arial" w:hAnsi="Arial" w:cs="Times New Roman"/>
          <w:b/>
          <w:sz w:val="24"/>
          <w:szCs w:val="24"/>
          <w:rtl/>
        </w:rPr>
        <w:t xml:space="preserve"> </w:t>
      </w:r>
      <w:r w:rsidRPr="00CD0871">
        <w:rPr>
          <w:rFonts w:ascii="Arial" w:hAnsi="Arial" w:cs="Times New Roman" w:hint="cs"/>
          <w:b/>
          <w:sz w:val="24"/>
          <w:szCs w:val="24"/>
          <w:rtl/>
        </w:rPr>
        <w:t>حماية</w:t>
      </w:r>
      <w:r w:rsidRPr="00CD0871">
        <w:rPr>
          <w:rFonts w:ascii="Arial" w:hAnsi="Arial" w:cs="Times New Roman"/>
          <w:b/>
          <w:sz w:val="24"/>
          <w:szCs w:val="24"/>
          <w:rtl/>
        </w:rPr>
        <w:t xml:space="preserve"> </w:t>
      </w:r>
      <w:r w:rsidRPr="00CD0871">
        <w:rPr>
          <w:rFonts w:ascii="Arial" w:hAnsi="Arial" w:cs="Times New Roman" w:hint="cs"/>
          <w:b/>
          <w:sz w:val="24"/>
          <w:szCs w:val="24"/>
          <w:rtl/>
        </w:rPr>
        <w:t>بيانات</w:t>
      </w:r>
      <w:r w:rsidRPr="00CD0871">
        <w:rPr>
          <w:rFonts w:ascii="Arial" w:hAnsi="Arial" w:cs="Times New Roman"/>
          <w:b/>
          <w:sz w:val="24"/>
          <w:szCs w:val="24"/>
          <w:rtl/>
        </w:rPr>
        <w:t xml:space="preserve"> </w:t>
      </w:r>
      <w:r w:rsidRPr="00CD0871">
        <w:rPr>
          <w:rFonts w:ascii="Arial" w:hAnsi="Arial" w:cs="Times New Roman" w:hint="cs"/>
          <w:b/>
          <w:sz w:val="24"/>
          <w:szCs w:val="24"/>
          <w:rtl/>
        </w:rPr>
        <w:t>الاعتماد</w:t>
      </w:r>
      <w:r w:rsidRPr="00CD0871">
        <w:rPr>
          <w:rFonts w:ascii="Arial" w:hAnsi="Arial"/>
          <w:b/>
          <w:sz w:val="24"/>
          <w:szCs w:val="24"/>
        </w:rPr>
        <w:t xml:space="preserve"> (Credential Guard) </w:t>
      </w:r>
      <w:r w:rsidRPr="00CD0871">
        <w:rPr>
          <w:rFonts w:ascii="Arial" w:hAnsi="Arial" w:cs="Times New Roman" w:hint="cs"/>
          <w:b/>
          <w:sz w:val="24"/>
          <w:szCs w:val="24"/>
          <w:rtl/>
        </w:rPr>
        <w:t>كخطوة</w:t>
      </w:r>
      <w:r w:rsidRPr="00CD0871">
        <w:rPr>
          <w:rFonts w:ascii="Arial" w:hAnsi="Arial" w:cs="Times New Roman"/>
          <w:b/>
          <w:sz w:val="24"/>
          <w:szCs w:val="24"/>
          <w:rtl/>
        </w:rPr>
        <w:t xml:space="preserve"> </w:t>
      </w:r>
      <w:r w:rsidRPr="00CD0871">
        <w:rPr>
          <w:rFonts w:ascii="Arial" w:hAnsi="Arial" w:cs="Times New Roman" w:hint="cs"/>
          <w:b/>
          <w:sz w:val="24"/>
          <w:szCs w:val="24"/>
          <w:rtl/>
        </w:rPr>
        <w:t>استراتيجية</w:t>
      </w:r>
      <w:r w:rsidRPr="00CD0871">
        <w:rPr>
          <w:rFonts w:ascii="Arial" w:hAnsi="Arial" w:cs="Times New Roman"/>
          <w:b/>
          <w:sz w:val="24"/>
          <w:szCs w:val="24"/>
          <w:rtl/>
        </w:rPr>
        <w:t xml:space="preserve"> </w:t>
      </w:r>
      <w:r w:rsidRPr="00CD0871">
        <w:rPr>
          <w:rFonts w:ascii="Arial" w:hAnsi="Arial" w:cs="Times New Roman" w:hint="cs"/>
          <w:b/>
          <w:sz w:val="24"/>
          <w:szCs w:val="24"/>
          <w:rtl/>
        </w:rPr>
        <w:t>قادمة</w:t>
      </w:r>
      <w:r w:rsidRPr="00CD0871">
        <w:rPr>
          <w:rFonts w:ascii="Arial" w:hAnsi="Arial"/>
          <w:b/>
          <w:sz w:val="24"/>
          <w:szCs w:val="24"/>
        </w:rPr>
        <w:t>.</w:t>
      </w:r>
    </w:p>
    <w:p w:rsidR="00CD0871" w:rsidRPr="00CD0871" w:rsidRDefault="00CD0871" w:rsidP="00CD0871">
      <w:pPr>
        <w:rPr>
          <w:rFonts w:ascii="Arial" w:hAnsi="Arial"/>
          <w:b/>
          <w:sz w:val="24"/>
          <w:szCs w:val="24"/>
        </w:rPr>
      </w:pPr>
    </w:p>
    <w:p w:rsidR="00CD0871" w:rsidRPr="00CD0871" w:rsidRDefault="00CD0871" w:rsidP="00CD0871">
      <w:pPr>
        <w:rPr>
          <w:rFonts w:ascii="Arial" w:hAnsi="Arial"/>
          <w:b/>
          <w:sz w:val="24"/>
          <w:szCs w:val="24"/>
        </w:rPr>
      </w:pPr>
      <w:r w:rsidRPr="00CD0871">
        <w:rPr>
          <w:rFonts w:ascii="Arial" w:hAnsi="Arial" w:cs="Times New Roman" w:hint="cs"/>
          <w:b/>
          <w:sz w:val="24"/>
          <w:szCs w:val="24"/>
          <w:rtl/>
        </w:rPr>
        <w:t>المهارات</w:t>
      </w:r>
      <w:r w:rsidRPr="00CD0871">
        <w:rPr>
          <w:rFonts w:ascii="Arial" w:hAnsi="Arial" w:cs="Times New Roman"/>
          <w:b/>
          <w:sz w:val="24"/>
          <w:szCs w:val="24"/>
          <w:rtl/>
        </w:rPr>
        <w:t xml:space="preserve"> </w:t>
      </w:r>
      <w:r w:rsidRPr="00CD0871">
        <w:rPr>
          <w:rFonts w:ascii="Arial" w:hAnsi="Arial" w:cs="Times New Roman" w:hint="cs"/>
          <w:b/>
          <w:sz w:val="24"/>
          <w:szCs w:val="24"/>
          <w:rtl/>
        </w:rPr>
        <w:t>والأدوات</w:t>
      </w:r>
      <w:r w:rsidRPr="00CD0871">
        <w:rPr>
          <w:rFonts w:ascii="Arial" w:hAnsi="Arial" w:cs="Times New Roman"/>
          <w:b/>
          <w:sz w:val="24"/>
          <w:szCs w:val="24"/>
          <w:rtl/>
        </w:rPr>
        <w:t xml:space="preserve"> </w:t>
      </w:r>
      <w:r w:rsidRPr="00CD0871">
        <w:rPr>
          <w:rFonts w:ascii="Arial" w:hAnsi="Arial" w:cs="Times New Roman" w:hint="cs"/>
          <w:b/>
          <w:sz w:val="24"/>
          <w:szCs w:val="24"/>
          <w:rtl/>
        </w:rPr>
        <w:t>المستخدمة</w:t>
      </w:r>
      <w:r w:rsidRPr="00CD0871">
        <w:rPr>
          <w:rFonts w:ascii="Arial" w:hAnsi="Arial"/>
          <w:b/>
          <w:sz w:val="24"/>
          <w:szCs w:val="24"/>
        </w:rPr>
        <w:t>:</w:t>
      </w:r>
    </w:p>
    <w:p w:rsidR="00CD0871" w:rsidRPr="00CD0871" w:rsidRDefault="00CD0871" w:rsidP="00CD0871">
      <w:pPr>
        <w:rPr>
          <w:rFonts w:ascii="Arial" w:hAnsi="Arial"/>
          <w:b/>
          <w:sz w:val="24"/>
          <w:szCs w:val="24"/>
        </w:rPr>
      </w:pPr>
      <w:r w:rsidRPr="00CD0871">
        <w:rPr>
          <w:rFonts w:ascii="Arial" w:hAnsi="Arial"/>
          <w:b/>
          <w:sz w:val="24"/>
          <w:szCs w:val="24"/>
        </w:rPr>
        <w:t xml:space="preserve">Kali Linux, Nmap, </w:t>
      </w:r>
      <w:proofErr w:type="spellStart"/>
      <w:r w:rsidRPr="00CD0871">
        <w:rPr>
          <w:rFonts w:ascii="Arial" w:hAnsi="Arial"/>
          <w:b/>
          <w:sz w:val="24"/>
          <w:szCs w:val="24"/>
        </w:rPr>
        <w:t>Impacket</w:t>
      </w:r>
      <w:proofErr w:type="spellEnd"/>
      <w:r w:rsidRPr="00CD0871">
        <w:rPr>
          <w:rFonts w:ascii="Arial" w:hAnsi="Arial"/>
          <w:b/>
          <w:sz w:val="24"/>
          <w:szCs w:val="24"/>
        </w:rPr>
        <w:t xml:space="preserve">, </w:t>
      </w:r>
      <w:proofErr w:type="spellStart"/>
      <w:r w:rsidRPr="00CD0871">
        <w:rPr>
          <w:rFonts w:ascii="Arial" w:hAnsi="Arial"/>
          <w:b/>
          <w:sz w:val="24"/>
          <w:szCs w:val="24"/>
        </w:rPr>
        <w:t>Hashcat</w:t>
      </w:r>
      <w:proofErr w:type="spellEnd"/>
      <w:r w:rsidRPr="00CD0871">
        <w:rPr>
          <w:rFonts w:ascii="Arial" w:hAnsi="Arial"/>
          <w:b/>
          <w:sz w:val="24"/>
          <w:szCs w:val="24"/>
        </w:rPr>
        <w:t xml:space="preserve">, Responder, </w:t>
      </w:r>
      <w:proofErr w:type="spellStart"/>
      <w:r w:rsidRPr="00CD0871">
        <w:rPr>
          <w:rFonts w:ascii="Arial" w:hAnsi="Arial"/>
          <w:b/>
          <w:sz w:val="24"/>
          <w:szCs w:val="24"/>
        </w:rPr>
        <w:t>BloodHound</w:t>
      </w:r>
      <w:proofErr w:type="spellEnd"/>
      <w:r w:rsidRPr="00CD0871">
        <w:rPr>
          <w:rFonts w:ascii="Arial" w:hAnsi="Arial"/>
          <w:b/>
          <w:sz w:val="24"/>
          <w:szCs w:val="24"/>
        </w:rPr>
        <w:t xml:space="preserve">, Wireshark, </w:t>
      </w:r>
      <w:proofErr w:type="spellStart"/>
      <w:r w:rsidRPr="00CD0871">
        <w:rPr>
          <w:rFonts w:ascii="Arial" w:hAnsi="Arial"/>
          <w:b/>
          <w:sz w:val="24"/>
          <w:szCs w:val="24"/>
        </w:rPr>
        <w:t>pfSense</w:t>
      </w:r>
      <w:proofErr w:type="spellEnd"/>
      <w:r w:rsidRPr="00CD0871">
        <w:rPr>
          <w:rFonts w:ascii="Arial" w:hAnsi="Arial"/>
          <w:b/>
          <w:sz w:val="24"/>
          <w:szCs w:val="24"/>
        </w:rPr>
        <w:t>, Windows Server 2025, Group Policy (GPO).</w:t>
      </w:r>
    </w:p>
    <w:p w:rsidR="00CD0871" w:rsidRPr="00CD0871" w:rsidRDefault="00CD0871" w:rsidP="00CD0871">
      <w:pPr>
        <w:rPr>
          <w:rFonts w:ascii="Arial" w:hAnsi="Arial"/>
          <w:b/>
          <w:sz w:val="24"/>
          <w:szCs w:val="24"/>
        </w:rPr>
      </w:pPr>
      <w:r w:rsidRPr="00CD0871">
        <w:rPr>
          <w:rFonts w:ascii="Arial" w:hAnsi="Arial"/>
          <w:b/>
          <w:sz w:val="24"/>
          <w:szCs w:val="24"/>
        </w:rPr>
        <w:t>==================================================</w:t>
      </w:r>
    </w:p>
    <w:p w:rsidR="00CD0871" w:rsidRPr="00CD0871" w:rsidRDefault="00CD0871" w:rsidP="00CD0871">
      <w:pPr>
        <w:jc w:val="right"/>
        <w:rPr>
          <w:rFonts w:ascii="Arial" w:hAnsi="Arial"/>
          <w:b/>
          <w:sz w:val="24"/>
          <w:szCs w:val="24"/>
          <w:rtl/>
        </w:rPr>
      </w:pPr>
    </w:p>
    <w:p w:rsidR="00CD0871" w:rsidRPr="00CD0871" w:rsidRDefault="00CD0871" w:rsidP="00CD0871">
      <w:pPr>
        <w:jc w:val="right"/>
        <w:rPr>
          <w:rFonts w:ascii="Arial" w:hAnsi="Arial"/>
          <w:b/>
          <w:sz w:val="24"/>
          <w:szCs w:val="24"/>
          <w:rtl/>
        </w:rPr>
      </w:pPr>
    </w:p>
    <w:p w:rsidR="00CD0871" w:rsidRDefault="00CD0871" w:rsidP="00CD0871">
      <w:pPr>
        <w:rPr>
          <w:rFonts w:ascii="Arial" w:hAnsi="Arial"/>
          <w:b/>
          <w:sz w:val="40"/>
          <w:rtl/>
        </w:rPr>
      </w:pPr>
    </w:p>
    <w:p w:rsidR="00CD0871" w:rsidRDefault="00CD0871" w:rsidP="00CD0871">
      <w:pPr>
        <w:jc w:val="right"/>
        <w:rPr>
          <w:rFonts w:ascii="Arial" w:hAnsi="Arial"/>
          <w:b/>
          <w:sz w:val="40"/>
          <w:rtl/>
        </w:rPr>
      </w:pPr>
    </w:p>
    <w:p w:rsidR="00CD0871" w:rsidRDefault="00CD0871" w:rsidP="00CD0871">
      <w:pPr>
        <w:jc w:val="right"/>
        <w:rPr>
          <w:rFonts w:ascii="Arial" w:hAnsi="Arial"/>
          <w:b/>
          <w:sz w:val="40"/>
          <w:rtl/>
        </w:rPr>
      </w:pPr>
    </w:p>
    <w:p w:rsidR="00CD0871" w:rsidRDefault="00CD0871" w:rsidP="00CD0871">
      <w:pPr>
        <w:jc w:val="right"/>
        <w:rPr>
          <w:rFonts w:ascii="Arial" w:hAnsi="Arial"/>
          <w:b/>
          <w:sz w:val="40"/>
          <w:rtl/>
        </w:rPr>
      </w:pPr>
    </w:p>
    <w:p w:rsidR="00CD0871" w:rsidRDefault="00CD0871" w:rsidP="00CD0871">
      <w:pPr>
        <w:jc w:val="right"/>
        <w:rPr>
          <w:rFonts w:ascii="Arial" w:hAnsi="Arial"/>
          <w:b/>
          <w:sz w:val="40"/>
          <w:rtl/>
        </w:rPr>
      </w:pPr>
    </w:p>
    <w:p w:rsidR="00CD0871" w:rsidRPr="00CD0871" w:rsidRDefault="0018226B" w:rsidP="00CD0871">
      <w:pPr>
        <w:jc w:val="right"/>
        <w:rPr>
          <w:rFonts w:ascii="Arial" w:hAnsi="Arial"/>
          <w:b/>
          <w:sz w:val="40"/>
        </w:rPr>
      </w:pPr>
      <w:r>
        <w:rPr>
          <w:rFonts w:ascii="Arial" w:hAnsi="Arial"/>
          <w:b/>
          <w:sz w:val="40"/>
          <w:rtl/>
        </w:rPr>
        <w:t>تقرير توثيق مختبر الحماية - إعداد جدار الحماية</w:t>
      </w:r>
      <w:r>
        <w:rPr>
          <w:rFonts w:ascii="Arial" w:hAnsi="Arial"/>
          <w:b/>
          <w:sz w:val="40"/>
        </w:rPr>
        <w:t xml:space="preserve"> </w:t>
      </w:r>
      <w:proofErr w:type="spellStart"/>
      <w:r>
        <w:rPr>
          <w:rFonts w:ascii="Arial" w:hAnsi="Arial"/>
          <w:b/>
          <w:color w:val="2A6099"/>
          <w:sz w:val="40"/>
        </w:rPr>
        <w:t>pf</w:t>
      </w:r>
      <w:r>
        <w:rPr>
          <w:rFonts w:ascii="Arial" w:hAnsi="Arial"/>
          <w:b/>
          <w:color w:val="FF0000"/>
          <w:sz w:val="40"/>
        </w:rPr>
        <w:t>Sense</w:t>
      </w:r>
      <w:proofErr w:type="spellEnd"/>
    </w:p>
    <w:p w:rsidR="00362A4E" w:rsidRDefault="0018226B">
      <w:pPr>
        <w:jc w:val="right"/>
      </w:pPr>
      <w:r>
        <w:t>--------------------------------------------------</w:t>
      </w:r>
    </w:p>
    <w:p w:rsidR="00362A4E" w:rsidRDefault="0018226B">
      <w:pPr>
        <w:jc w:val="right"/>
      </w:pPr>
      <w:r>
        <w:rPr>
          <w:rFonts w:ascii="Arial" w:hAnsi="Arial"/>
          <w:b/>
          <w:sz w:val="28"/>
        </w:rPr>
        <w:t xml:space="preserve">📌 </w:t>
      </w:r>
      <w:r>
        <w:rPr>
          <w:rFonts w:ascii="Arial" w:hAnsi="Arial"/>
          <w:b/>
          <w:sz w:val="28"/>
          <w:rtl/>
        </w:rPr>
        <w:t>الصور رقم (</w:t>
      </w:r>
      <w:r>
        <w:rPr>
          <w:rFonts w:ascii="Arial" w:hAnsi="Arial"/>
          <w:b/>
          <w:sz w:val="28"/>
        </w:rPr>
        <w:t>1</w:t>
      </w:r>
      <w:r>
        <w:rPr>
          <w:rFonts w:ascii="Arial" w:hAnsi="Arial"/>
          <w:b/>
          <w:sz w:val="28"/>
          <w:rtl/>
        </w:rPr>
        <w:t>): مرحلة إعداد الأقراص ونظام الملفات</w:t>
      </w:r>
      <w:r>
        <w:rPr>
          <w:rFonts w:ascii="Arial" w:hAnsi="Arial"/>
          <w:b/>
          <w:sz w:val="28"/>
        </w:rPr>
        <w:t xml:space="preserve"> (ZFS)</w:t>
      </w:r>
    </w:p>
    <w:p w:rsidR="00362A4E" w:rsidRDefault="0018226B">
      <w:pPr>
        <w:jc w:val="right"/>
      </w:pPr>
      <w:r>
        <w:rPr>
          <w:rFonts w:ascii="Arial" w:hAnsi="Arial"/>
          <w:rtl/>
        </w:rPr>
        <w:t>الوصف الفني: توثيق مرحلة إعداد الأقراص واختيار نظام الملفات المتقدم</w:t>
      </w:r>
      <w:r>
        <w:rPr>
          <w:rFonts w:ascii="Arial" w:hAnsi="Arial"/>
        </w:rPr>
        <w:t xml:space="preserve"> ZFS </w:t>
      </w:r>
      <w:r>
        <w:rPr>
          <w:rFonts w:ascii="Arial" w:hAnsi="Arial"/>
          <w:rtl/>
        </w:rPr>
        <w:t xml:space="preserve">لضمان استقرار أداء </w:t>
      </w:r>
      <w:proofErr w:type="spellStart"/>
      <w:r>
        <w:rPr>
          <w:rFonts w:ascii="Arial" w:hAnsi="Arial"/>
          <w:rtl/>
        </w:rPr>
        <w:t>الفايروال</w:t>
      </w:r>
      <w:proofErr w:type="spellEnd"/>
      <w:r>
        <w:rPr>
          <w:rFonts w:ascii="Arial" w:hAnsi="Arial"/>
          <w:rtl/>
        </w:rPr>
        <w:t xml:space="preserve"> وحمايته من الأخطاء</w:t>
      </w:r>
      <w:r>
        <w:rPr>
          <w:rFonts w:ascii="Arial" w:hAnsi="Arial"/>
        </w:rPr>
        <w:t>.</w:t>
      </w:r>
    </w:p>
    <w:p w:rsidR="00362A4E" w:rsidRDefault="0018226B">
      <w:r>
        <w:rPr>
          <w:rFonts w:ascii="Calibri" w:hAnsi="Calibri"/>
          <w:i/>
        </w:rPr>
        <w:t xml:space="preserve">Technical Description: Configuring the virtual disk using the ZFS file system to ensure high performance and data integrity for </w:t>
      </w:r>
      <w:proofErr w:type="spellStart"/>
      <w:r>
        <w:rPr>
          <w:rFonts w:ascii="Calibri" w:hAnsi="Calibri"/>
          <w:i/>
        </w:rPr>
        <w:t>pfSense</w:t>
      </w:r>
      <w:proofErr w:type="spellEnd"/>
      <w:r>
        <w:rPr>
          <w:rFonts w:ascii="Calibri" w:hAnsi="Calibri"/>
          <w:i/>
        </w:rPr>
        <w:t>.</w:t>
      </w:r>
    </w:p>
    <w:p w:rsidR="00362A4E" w:rsidRDefault="00362A4E">
      <w:pPr>
        <w:rPr>
          <w:rFonts w:ascii="Arial" w:hAnsi="Arial"/>
          <w:color w:val="808080"/>
          <w:sz w:val="20"/>
        </w:rPr>
      </w:pPr>
    </w:p>
    <w:p w:rsidR="00362A4E" w:rsidRDefault="0018226B">
      <w:r>
        <w:rPr>
          <w:noProof/>
        </w:rPr>
        <w:drawing>
          <wp:anchor distT="0" distB="0" distL="0" distR="0" simplePos="0" relativeHeight="2" behindDoc="0" locked="0" layoutInCell="0" allowOverlap="1">
            <wp:simplePos x="0" y="0"/>
            <wp:positionH relativeFrom="column">
              <wp:align>center</wp:align>
            </wp:positionH>
            <wp:positionV relativeFrom="paragraph">
              <wp:posOffset>635</wp:posOffset>
            </wp:positionV>
            <wp:extent cx="5943600" cy="390715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tretch>
                      <a:fillRect/>
                    </a:stretch>
                  </pic:blipFill>
                  <pic:spPr bwMode="auto">
                    <a:xfrm>
                      <a:off x="0" y="0"/>
                      <a:ext cx="5943600" cy="3907155"/>
                    </a:xfrm>
                    <a:prstGeom prst="rect">
                      <a:avLst/>
                    </a:prstGeom>
                  </pic:spPr>
                </pic:pic>
              </a:graphicData>
            </a:graphic>
          </wp:anchor>
        </w:drawing>
      </w:r>
      <w:r>
        <w:rPr>
          <w:noProof/>
        </w:rPr>
        <w:drawing>
          <wp:anchor distT="0" distB="0" distL="0" distR="0" simplePos="0" relativeHeight="3" behindDoc="0" locked="0" layoutInCell="0" allowOverlap="1">
            <wp:simplePos x="0" y="0"/>
            <wp:positionH relativeFrom="column">
              <wp:align>center</wp:align>
            </wp:positionH>
            <wp:positionV relativeFrom="paragraph">
              <wp:posOffset>635</wp:posOffset>
            </wp:positionV>
            <wp:extent cx="5943600" cy="3903980"/>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9"/>
                    <a:stretch>
                      <a:fillRect/>
                    </a:stretch>
                  </pic:blipFill>
                  <pic:spPr bwMode="auto">
                    <a:xfrm>
                      <a:off x="0" y="0"/>
                      <a:ext cx="5943600" cy="3903980"/>
                    </a:xfrm>
                    <a:prstGeom prst="rect">
                      <a:avLst/>
                    </a:prstGeom>
                  </pic:spPr>
                </pic:pic>
              </a:graphicData>
            </a:graphic>
          </wp:anchor>
        </w:drawing>
      </w:r>
      <w:r>
        <w:rPr>
          <w:noProof/>
        </w:rPr>
        <w:drawing>
          <wp:anchor distT="0" distB="0" distL="0" distR="0" simplePos="0" relativeHeight="4" behindDoc="0" locked="0" layoutInCell="0" allowOverlap="1">
            <wp:simplePos x="0" y="0"/>
            <wp:positionH relativeFrom="column">
              <wp:align>center</wp:align>
            </wp:positionH>
            <wp:positionV relativeFrom="paragraph">
              <wp:posOffset>635</wp:posOffset>
            </wp:positionV>
            <wp:extent cx="5943600" cy="3907155"/>
            <wp:effectExtent l="0" t="0" r="0" b="0"/>
            <wp:wrapSquare wrapText="largest"/>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8"/>
                    <a:stretch>
                      <a:fillRect/>
                    </a:stretch>
                  </pic:blipFill>
                  <pic:spPr bwMode="auto">
                    <a:xfrm>
                      <a:off x="0" y="0"/>
                      <a:ext cx="5943600" cy="3907155"/>
                    </a:xfrm>
                    <a:prstGeom prst="rect">
                      <a:avLst/>
                    </a:prstGeom>
                  </pic:spPr>
                </pic:pic>
              </a:graphicData>
            </a:graphic>
          </wp:anchor>
        </w:drawing>
      </w:r>
      <w:r>
        <w:rPr>
          <w:rFonts w:ascii="Arial" w:hAnsi="Arial"/>
          <w:color w:val="808080"/>
          <w:sz w:val="20"/>
        </w:rPr>
        <w:t xml:space="preserve"> </w:t>
      </w:r>
    </w:p>
    <w:p w:rsidR="00362A4E" w:rsidRDefault="00362A4E">
      <w:pPr>
        <w:jc w:val="center"/>
        <w:rPr>
          <w:rFonts w:ascii="Arial" w:hAnsi="Arial"/>
          <w:color w:val="808080"/>
          <w:sz w:val="20"/>
        </w:rPr>
      </w:pPr>
    </w:p>
    <w:p w:rsidR="00362A4E" w:rsidRDefault="0018226B">
      <w:pPr>
        <w:jc w:val="center"/>
        <w:rPr>
          <w:rFonts w:ascii="Arial" w:hAnsi="Arial"/>
          <w:color w:val="808080"/>
          <w:sz w:val="20"/>
        </w:rPr>
      </w:pPr>
      <w:r>
        <w:rPr>
          <w:rFonts w:ascii="Arial" w:hAnsi="Arial"/>
          <w:noProof/>
          <w:color w:val="808080"/>
          <w:sz w:val="20"/>
        </w:rPr>
        <w:lastRenderedPageBreak/>
        <w:drawing>
          <wp:anchor distT="0" distB="0" distL="0" distR="0" simplePos="0" relativeHeight="5" behindDoc="0" locked="0" layoutInCell="0" allowOverlap="1">
            <wp:simplePos x="0" y="0"/>
            <wp:positionH relativeFrom="column">
              <wp:align>center</wp:align>
            </wp:positionH>
            <wp:positionV relativeFrom="paragraph">
              <wp:posOffset>635</wp:posOffset>
            </wp:positionV>
            <wp:extent cx="5943600" cy="3893820"/>
            <wp:effectExtent l="0" t="0" r="0" b="0"/>
            <wp:wrapSquare wrapText="largest"/>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10"/>
                    <a:stretch>
                      <a:fillRect/>
                    </a:stretch>
                  </pic:blipFill>
                  <pic:spPr bwMode="auto">
                    <a:xfrm>
                      <a:off x="0" y="0"/>
                      <a:ext cx="5943600" cy="3893820"/>
                    </a:xfrm>
                    <a:prstGeom prst="rect">
                      <a:avLst/>
                    </a:prstGeom>
                  </pic:spPr>
                </pic:pic>
              </a:graphicData>
            </a:graphic>
          </wp:anchor>
        </w:drawing>
      </w:r>
    </w:p>
    <w:p w:rsidR="00362A4E" w:rsidRDefault="0018226B">
      <w:pPr>
        <w:jc w:val="center"/>
      </w:pPr>
      <w:r>
        <w:t>........................................</w:t>
      </w:r>
    </w:p>
    <w:p w:rsidR="00362A4E" w:rsidRDefault="0018226B">
      <w:pPr>
        <w:jc w:val="right"/>
      </w:pPr>
      <w:r>
        <w:rPr>
          <w:rFonts w:ascii="Arial" w:hAnsi="Arial"/>
          <w:b/>
          <w:sz w:val="28"/>
        </w:rPr>
        <w:t xml:space="preserve">📌 </w:t>
      </w:r>
      <w:r>
        <w:rPr>
          <w:rFonts w:ascii="Arial" w:hAnsi="Arial"/>
          <w:b/>
          <w:sz w:val="28"/>
          <w:rtl/>
        </w:rPr>
        <w:t>الصورة رقم (</w:t>
      </w:r>
      <w:r>
        <w:rPr>
          <w:rFonts w:ascii="Arial" w:hAnsi="Arial"/>
          <w:b/>
          <w:sz w:val="28"/>
        </w:rPr>
        <w:t>2</w:t>
      </w:r>
      <w:r>
        <w:rPr>
          <w:rFonts w:ascii="Arial" w:hAnsi="Arial"/>
          <w:b/>
          <w:sz w:val="28"/>
          <w:rtl/>
        </w:rPr>
        <w:t>): مرحلة فك الضغط وتحميل الملفات</w:t>
      </w:r>
      <w:r>
        <w:rPr>
          <w:rFonts w:ascii="Arial" w:hAnsi="Arial"/>
          <w:b/>
          <w:sz w:val="28"/>
        </w:rPr>
        <w:t xml:space="preserve"> (File Extraction)</w:t>
      </w:r>
    </w:p>
    <w:p w:rsidR="00362A4E" w:rsidRDefault="0018226B">
      <w:pPr>
        <w:jc w:val="right"/>
      </w:pPr>
      <w:r>
        <w:rPr>
          <w:rFonts w:ascii="Arial" w:hAnsi="Arial"/>
          <w:rtl/>
        </w:rPr>
        <w:t>الوصف الفني: مرحلة نسخ وفك ضغط ملفات نظام</w:t>
      </w:r>
      <w:r>
        <w:rPr>
          <w:rFonts w:ascii="Arial" w:hAnsi="Arial"/>
        </w:rPr>
        <w:t xml:space="preserve"> </w:t>
      </w:r>
      <w:proofErr w:type="spellStart"/>
      <w:r>
        <w:rPr>
          <w:rFonts w:ascii="Arial" w:hAnsi="Arial"/>
        </w:rPr>
        <w:t>pfSense</w:t>
      </w:r>
      <w:proofErr w:type="spellEnd"/>
      <w:r>
        <w:rPr>
          <w:rFonts w:ascii="Arial" w:hAnsi="Arial"/>
        </w:rPr>
        <w:t xml:space="preserve"> </w:t>
      </w:r>
      <w:r>
        <w:rPr>
          <w:rFonts w:ascii="Arial" w:hAnsi="Arial"/>
          <w:rtl/>
        </w:rPr>
        <w:t>الأساسية على الهارد ديسك الوهمي بنجاح</w:t>
      </w:r>
      <w:r>
        <w:rPr>
          <w:rFonts w:ascii="Arial" w:hAnsi="Arial"/>
        </w:rPr>
        <w:t>.</w:t>
      </w:r>
    </w:p>
    <w:p w:rsidR="00362A4E" w:rsidRDefault="0018226B">
      <w:r>
        <w:rPr>
          <w:rFonts w:ascii="Calibri" w:hAnsi="Calibri"/>
          <w:i/>
        </w:rPr>
        <w:t xml:space="preserve">Technical Description: The extraction and installation phase of </w:t>
      </w:r>
      <w:proofErr w:type="spellStart"/>
      <w:r>
        <w:rPr>
          <w:rFonts w:ascii="Calibri" w:hAnsi="Calibri"/>
          <w:i/>
        </w:rPr>
        <w:t>pfSense</w:t>
      </w:r>
      <w:proofErr w:type="spellEnd"/>
      <w:r>
        <w:rPr>
          <w:rFonts w:ascii="Calibri" w:hAnsi="Calibri"/>
          <w:i/>
        </w:rPr>
        <w:t xml:space="preserve"> system files onto the virtual hard drive.</w:t>
      </w:r>
    </w:p>
    <w:p w:rsidR="00362A4E" w:rsidRDefault="0018226B">
      <w:pPr>
        <w:jc w:val="center"/>
        <w:rPr>
          <w:rFonts w:ascii="Arial" w:hAnsi="Arial"/>
          <w:color w:val="808080"/>
          <w:sz w:val="20"/>
        </w:rPr>
      </w:pPr>
      <w:r>
        <w:rPr>
          <w:rFonts w:ascii="Arial" w:hAnsi="Arial"/>
          <w:noProof/>
          <w:color w:val="808080"/>
          <w:sz w:val="20"/>
        </w:rPr>
        <w:lastRenderedPageBreak/>
        <w:drawing>
          <wp:anchor distT="0" distB="0" distL="0" distR="0" simplePos="0" relativeHeight="6" behindDoc="0" locked="0" layoutInCell="0" allowOverlap="1">
            <wp:simplePos x="0" y="0"/>
            <wp:positionH relativeFrom="column">
              <wp:align>center</wp:align>
            </wp:positionH>
            <wp:positionV relativeFrom="paragraph">
              <wp:posOffset>635</wp:posOffset>
            </wp:positionV>
            <wp:extent cx="5943600" cy="3937635"/>
            <wp:effectExtent l="0" t="0" r="0" b="0"/>
            <wp:wrapSquare wrapText="largest"/>
            <wp:docPr id="5"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
                    <pic:cNvPicPr>
                      <a:picLocks noChangeAspect="1" noChangeArrowheads="1"/>
                    </pic:cNvPicPr>
                  </pic:nvPicPr>
                  <pic:blipFill>
                    <a:blip r:embed="rId11"/>
                    <a:stretch>
                      <a:fillRect/>
                    </a:stretch>
                  </pic:blipFill>
                  <pic:spPr bwMode="auto">
                    <a:xfrm>
                      <a:off x="0" y="0"/>
                      <a:ext cx="5943600" cy="3937635"/>
                    </a:xfrm>
                    <a:prstGeom prst="rect">
                      <a:avLst/>
                    </a:prstGeom>
                  </pic:spPr>
                </pic:pic>
              </a:graphicData>
            </a:graphic>
          </wp:anchor>
        </w:drawing>
      </w:r>
    </w:p>
    <w:p w:rsidR="00362A4E" w:rsidRDefault="0018226B">
      <w:pPr>
        <w:jc w:val="center"/>
      </w:pPr>
      <w:r>
        <w:rPr>
          <w:rFonts w:ascii="Arial" w:hAnsi="Arial"/>
          <w:color w:val="808080"/>
          <w:sz w:val="20"/>
        </w:rPr>
        <w:br/>
        <w:t xml:space="preserve"> </w:t>
      </w:r>
      <w:r>
        <w:rPr>
          <w:rFonts w:ascii="Arial" w:hAnsi="Arial"/>
          <w:color w:val="808080"/>
          <w:sz w:val="20"/>
        </w:rPr>
        <w:br/>
      </w:r>
    </w:p>
    <w:p w:rsidR="00362A4E" w:rsidRDefault="0018226B">
      <w:pPr>
        <w:jc w:val="center"/>
      </w:pPr>
      <w:r>
        <w:t>........................................</w:t>
      </w:r>
    </w:p>
    <w:p w:rsidR="00362A4E" w:rsidRDefault="0018226B">
      <w:pPr>
        <w:jc w:val="right"/>
      </w:pPr>
      <w:proofErr w:type="gramStart"/>
      <w:r>
        <w:rPr>
          <w:rFonts w:ascii="Arial" w:hAnsi="Arial"/>
          <w:b/>
          <w:sz w:val="28"/>
        </w:rPr>
        <w:t>📌  (</w:t>
      </w:r>
      <w:proofErr w:type="gramEnd"/>
      <w:r>
        <w:rPr>
          <w:rFonts w:ascii="Arial" w:hAnsi="Arial"/>
          <w:b/>
          <w:sz w:val="28"/>
        </w:rPr>
        <w:t xml:space="preserve">3): </w:t>
      </w:r>
      <w:r>
        <w:rPr>
          <w:rFonts w:ascii="Arial" w:hAnsi="Arial"/>
          <w:b/>
          <w:sz w:val="28"/>
          <w:rtl/>
        </w:rPr>
        <w:t>شاشة طلب إعادة التشغيل</w:t>
      </w:r>
      <w:r>
        <w:rPr>
          <w:rFonts w:ascii="Arial" w:hAnsi="Arial"/>
          <w:b/>
          <w:sz w:val="28"/>
        </w:rPr>
        <w:t xml:space="preserve"> (Reboot Prompt)</w:t>
      </w:r>
    </w:p>
    <w:p w:rsidR="00362A4E" w:rsidRDefault="0018226B">
      <w:pPr>
        <w:jc w:val="right"/>
      </w:pPr>
      <w:r>
        <w:rPr>
          <w:rFonts w:ascii="Arial" w:hAnsi="Arial"/>
          <w:rtl/>
        </w:rPr>
        <w:t>الوصف الفني: اكتمال عملية التثبيت بنجاح وظهور موجه النظام لعمل إعادة تشغيل الآلة</w:t>
      </w:r>
      <w:r>
        <w:rPr>
          <w:rFonts w:ascii="Arial" w:hAnsi="Arial"/>
        </w:rPr>
        <w:t xml:space="preserve"> (Reboot) </w:t>
      </w:r>
      <w:r>
        <w:rPr>
          <w:rFonts w:ascii="Arial" w:hAnsi="Arial"/>
          <w:rtl/>
        </w:rPr>
        <w:t>لبدء الإقلاع الفعلي</w:t>
      </w:r>
      <w:r>
        <w:rPr>
          <w:rFonts w:ascii="Arial" w:hAnsi="Arial"/>
        </w:rPr>
        <w:t>.</w:t>
      </w:r>
    </w:p>
    <w:p w:rsidR="00362A4E" w:rsidRDefault="0018226B">
      <w:r>
        <w:rPr>
          <w:rFonts w:ascii="Calibri" w:hAnsi="Calibri"/>
          <w:i/>
        </w:rPr>
        <w:t>Technical Description: Successful completion of the installation, prompting for a system reboot to finalize the setup.</w:t>
      </w:r>
    </w:p>
    <w:p w:rsidR="00362A4E" w:rsidRDefault="0018226B">
      <w:pPr>
        <w:jc w:val="center"/>
      </w:pPr>
      <w:r>
        <w:rPr>
          <w:rFonts w:ascii="Arial" w:hAnsi="Arial"/>
          <w:color w:val="808080"/>
          <w:sz w:val="20"/>
        </w:rPr>
        <w:br/>
        <w:t>"</w:t>
      </w:r>
      <w:r>
        <w:rPr>
          <w:rFonts w:ascii="Arial" w:hAnsi="Arial"/>
          <w:color w:val="808080"/>
          <w:sz w:val="20"/>
          <w:rtl/>
        </w:rPr>
        <w:t>ملاحظة فنية: تم تخطي التقاط هذه الشاشة والانتقال مباشرة إلى مرحلة الإقلاع الأول</w:t>
      </w:r>
      <w:r>
        <w:rPr>
          <w:rFonts w:ascii="Arial" w:hAnsi="Arial"/>
          <w:color w:val="808080"/>
          <w:sz w:val="20"/>
        </w:rPr>
        <w:t xml:space="preserve"> </w:t>
      </w:r>
    </w:p>
    <w:p w:rsidR="00362A4E" w:rsidRDefault="0018226B">
      <w:pPr>
        <w:jc w:val="center"/>
        <w:rPr>
          <w:rFonts w:ascii="Arial" w:hAnsi="Arial"/>
          <w:color w:val="808080"/>
          <w:sz w:val="20"/>
        </w:rPr>
      </w:pPr>
      <w:r>
        <w:rPr>
          <w:rFonts w:ascii="Arial" w:hAnsi="Arial"/>
          <w:color w:val="808080"/>
          <w:sz w:val="20"/>
        </w:rPr>
        <w:t xml:space="preserve">(First Boot) </w:t>
      </w:r>
      <w:r>
        <w:rPr>
          <w:rFonts w:ascii="Arial" w:hAnsi="Arial"/>
          <w:color w:val="808080"/>
          <w:sz w:val="20"/>
          <w:rtl/>
        </w:rPr>
        <w:t>بعد إعادة تشغيل النظام تلقائياً</w:t>
      </w:r>
      <w:r>
        <w:rPr>
          <w:rFonts w:ascii="Arial" w:hAnsi="Arial"/>
          <w:color w:val="808080"/>
          <w:sz w:val="20"/>
        </w:rPr>
        <w:t>."</w:t>
      </w:r>
    </w:p>
    <w:p w:rsidR="00362A4E" w:rsidRDefault="0018226B">
      <w:pPr>
        <w:jc w:val="center"/>
      </w:pPr>
      <w:r>
        <w:t>........................................</w:t>
      </w:r>
    </w:p>
    <w:p w:rsidR="00362A4E" w:rsidRDefault="0018226B">
      <w:pPr>
        <w:jc w:val="right"/>
      </w:pPr>
      <w:r>
        <w:rPr>
          <w:rFonts w:ascii="Arial" w:hAnsi="Arial"/>
          <w:b/>
          <w:sz w:val="28"/>
        </w:rPr>
        <w:t xml:space="preserve">📌 </w:t>
      </w:r>
      <w:r>
        <w:rPr>
          <w:rFonts w:ascii="Arial" w:hAnsi="Arial"/>
          <w:b/>
          <w:sz w:val="28"/>
          <w:rtl/>
        </w:rPr>
        <w:t>الصورة رقم (</w:t>
      </w:r>
      <w:r>
        <w:rPr>
          <w:rFonts w:ascii="Arial" w:hAnsi="Arial"/>
          <w:b/>
          <w:sz w:val="28"/>
        </w:rPr>
        <w:t>4</w:t>
      </w:r>
      <w:r>
        <w:rPr>
          <w:rFonts w:ascii="Arial" w:hAnsi="Arial"/>
          <w:b/>
          <w:sz w:val="28"/>
          <w:rtl/>
        </w:rPr>
        <w:t>): واجهة التحكم وتوزيع العناوين</w:t>
      </w:r>
      <w:r>
        <w:rPr>
          <w:rFonts w:ascii="Arial" w:hAnsi="Arial"/>
          <w:b/>
          <w:sz w:val="28"/>
        </w:rPr>
        <w:t xml:space="preserve"> (Console Setup Menu)</w:t>
      </w:r>
    </w:p>
    <w:p w:rsidR="00362A4E" w:rsidRDefault="0018226B">
      <w:pPr>
        <w:jc w:val="right"/>
      </w:pPr>
      <w:r>
        <w:rPr>
          <w:rFonts w:ascii="Arial" w:hAnsi="Arial"/>
          <w:rtl/>
        </w:rPr>
        <w:lastRenderedPageBreak/>
        <w:t xml:space="preserve">الوصف الفني: الوصول إلى واجهة التحكم الرئيسية </w:t>
      </w:r>
      <w:proofErr w:type="spellStart"/>
      <w:r>
        <w:rPr>
          <w:rFonts w:ascii="Arial" w:hAnsi="Arial"/>
          <w:rtl/>
        </w:rPr>
        <w:t>لل</w:t>
      </w:r>
      <w:proofErr w:type="spellEnd"/>
      <w:r>
        <w:rPr>
          <w:rFonts w:ascii="Arial" w:hAnsi="Arial"/>
          <w:rtl/>
        </w:rPr>
        <w:t>ـ</w:t>
      </w:r>
      <w:r>
        <w:rPr>
          <w:rFonts w:ascii="Arial" w:hAnsi="Arial"/>
        </w:rPr>
        <w:t xml:space="preserve"> </w:t>
      </w:r>
      <w:proofErr w:type="spellStart"/>
      <w:r>
        <w:rPr>
          <w:rFonts w:ascii="Arial" w:hAnsi="Arial"/>
        </w:rPr>
        <w:t>pfSense</w:t>
      </w:r>
      <w:proofErr w:type="spellEnd"/>
      <w:r>
        <w:rPr>
          <w:rFonts w:ascii="Arial" w:hAnsi="Arial"/>
        </w:rPr>
        <w:t xml:space="preserve"> </w:t>
      </w:r>
      <w:r>
        <w:rPr>
          <w:rFonts w:ascii="Arial" w:hAnsi="Arial"/>
          <w:rtl/>
        </w:rPr>
        <w:t>وتوثيق عناوين الشبكة الافتراضية لكروت الـ</w:t>
      </w:r>
      <w:r>
        <w:rPr>
          <w:rFonts w:ascii="Arial" w:hAnsi="Arial"/>
        </w:rPr>
        <w:t xml:space="preserve"> WAN </w:t>
      </w:r>
      <w:r>
        <w:rPr>
          <w:rFonts w:ascii="Arial" w:hAnsi="Arial"/>
          <w:rtl/>
        </w:rPr>
        <w:t>والـ</w:t>
      </w:r>
      <w:r>
        <w:rPr>
          <w:rFonts w:ascii="Arial" w:hAnsi="Arial"/>
        </w:rPr>
        <w:t xml:space="preserve"> LAN </w:t>
      </w:r>
      <w:r>
        <w:rPr>
          <w:rFonts w:ascii="Arial" w:hAnsi="Arial"/>
          <w:rtl/>
        </w:rPr>
        <w:t>بعد الإقلاع الأول وبدء العمل</w:t>
      </w:r>
      <w:r>
        <w:rPr>
          <w:rFonts w:ascii="Arial" w:hAnsi="Arial"/>
        </w:rPr>
        <w:t>.</w:t>
      </w:r>
    </w:p>
    <w:p w:rsidR="00362A4E" w:rsidRDefault="0018226B">
      <w:r>
        <w:rPr>
          <w:rFonts w:ascii="Calibri" w:hAnsi="Calibri"/>
          <w:i/>
        </w:rPr>
        <w:t xml:space="preserve">Technical Description: Accessing the </w:t>
      </w:r>
      <w:proofErr w:type="spellStart"/>
      <w:r>
        <w:rPr>
          <w:rFonts w:ascii="Calibri" w:hAnsi="Calibri"/>
          <w:i/>
        </w:rPr>
        <w:t>pfSense</w:t>
      </w:r>
      <w:proofErr w:type="spellEnd"/>
      <w:r>
        <w:rPr>
          <w:rFonts w:ascii="Calibri" w:hAnsi="Calibri"/>
          <w:i/>
        </w:rPr>
        <w:t xml:space="preserve"> console menu showing the initial IP address assignments for WAN and LAN interfaces.</w:t>
      </w:r>
    </w:p>
    <w:p w:rsidR="00362A4E" w:rsidRDefault="00362A4E">
      <w:pPr>
        <w:jc w:val="center"/>
        <w:rPr>
          <w:rFonts w:ascii="Arial" w:hAnsi="Arial"/>
          <w:color w:val="808080"/>
          <w:sz w:val="20"/>
        </w:rPr>
      </w:pPr>
    </w:p>
    <w:p w:rsidR="00362A4E" w:rsidRDefault="00362A4E">
      <w:pPr>
        <w:jc w:val="center"/>
        <w:rPr>
          <w:rFonts w:ascii="Arial" w:hAnsi="Arial"/>
          <w:color w:val="808080"/>
          <w:sz w:val="20"/>
        </w:rPr>
      </w:pPr>
    </w:p>
    <w:p w:rsidR="00362A4E" w:rsidRDefault="0018226B">
      <w:pPr>
        <w:jc w:val="center"/>
        <w:rPr>
          <w:rFonts w:ascii="Arial" w:hAnsi="Arial"/>
          <w:color w:val="808080"/>
          <w:sz w:val="20"/>
        </w:rPr>
      </w:pPr>
      <w:r>
        <w:rPr>
          <w:rFonts w:ascii="Arial" w:hAnsi="Arial"/>
          <w:noProof/>
          <w:color w:val="808080"/>
          <w:sz w:val="20"/>
        </w:rPr>
        <w:drawing>
          <wp:anchor distT="0" distB="0" distL="0" distR="0" simplePos="0" relativeHeight="7" behindDoc="0" locked="0" layoutInCell="0" allowOverlap="1">
            <wp:simplePos x="0" y="0"/>
            <wp:positionH relativeFrom="column">
              <wp:align>center</wp:align>
            </wp:positionH>
            <wp:positionV relativeFrom="paragraph">
              <wp:posOffset>635</wp:posOffset>
            </wp:positionV>
            <wp:extent cx="5943600" cy="3926205"/>
            <wp:effectExtent l="0" t="0" r="0" b="0"/>
            <wp:wrapSquare wrapText="largest"/>
            <wp:docPr id="6"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
                    <pic:cNvPicPr>
                      <a:picLocks noChangeAspect="1" noChangeArrowheads="1"/>
                    </pic:cNvPicPr>
                  </pic:nvPicPr>
                  <pic:blipFill>
                    <a:blip r:embed="rId12"/>
                    <a:stretch>
                      <a:fillRect/>
                    </a:stretch>
                  </pic:blipFill>
                  <pic:spPr bwMode="auto">
                    <a:xfrm>
                      <a:off x="0" y="0"/>
                      <a:ext cx="5943600" cy="3926205"/>
                    </a:xfrm>
                    <a:prstGeom prst="rect">
                      <a:avLst/>
                    </a:prstGeom>
                  </pic:spPr>
                </pic:pic>
              </a:graphicData>
            </a:graphic>
          </wp:anchor>
        </w:drawing>
      </w:r>
    </w:p>
    <w:p w:rsidR="00362A4E" w:rsidRDefault="00362A4E">
      <w:pPr>
        <w:jc w:val="center"/>
        <w:rPr>
          <w:rFonts w:ascii="Arial" w:hAnsi="Arial"/>
          <w:color w:val="808080"/>
          <w:sz w:val="20"/>
        </w:rPr>
      </w:pPr>
    </w:p>
    <w:p w:rsidR="00362A4E" w:rsidRDefault="0018226B">
      <w:pPr>
        <w:jc w:val="center"/>
      </w:pPr>
      <w:r>
        <w:rPr>
          <w:rFonts w:ascii="Arial" w:hAnsi="Arial"/>
          <w:color w:val="808080"/>
          <w:sz w:val="20"/>
        </w:rPr>
        <w:br/>
        <w:t xml:space="preserve"> </w:t>
      </w:r>
      <w:r>
        <w:rPr>
          <w:rFonts w:ascii="Arial" w:hAnsi="Arial"/>
          <w:color w:val="808080"/>
          <w:sz w:val="20"/>
        </w:rPr>
        <w:br/>
      </w:r>
    </w:p>
    <w:p w:rsidR="00362A4E" w:rsidRDefault="0018226B">
      <w:pPr>
        <w:jc w:val="center"/>
      </w:pPr>
      <w:r>
        <w:t>.....................................…</w:t>
      </w:r>
    </w:p>
    <w:p w:rsidR="00362A4E" w:rsidRDefault="0018226B">
      <w:pPr>
        <w:jc w:val="center"/>
      </w:pPr>
      <w:r>
        <w:t>.....................................…</w:t>
      </w:r>
    </w:p>
    <w:p w:rsidR="00362A4E" w:rsidRDefault="00362A4E">
      <w:pPr>
        <w:jc w:val="center"/>
      </w:pPr>
    </w:p>
    <w:p w:rsidR="00362A4E" w:rsidRDefault="0018226B">
      <w:pPr>
        <w:jc w:val="center"/>
      </w:pPr>
      <w:r>
        <w:t xml:space="preserve">📌 </w:t>
      </w:r>
      <w:r>
        <w:rPr>
          <w:rtl/>
        </w:rPr>
        <w:t>الصورة رقم (</w:t>
      </w:r>
      <w:r>
        <w:t>5</w:t>
      </w:r>
      <w:r>
        <w:rPr>
          <w:rtl/>
        </w:rPr>
        <w:t>): ضبط العناوين الرقمية</w:t>
      </w:r>
      <w:r>
        <w:t xml:space="preserve"> (Static IP) </w:t>
      </w:r>
      <w:r>
        <w:rPr>
          <w:rtl/>
        </w:rPr>
        <w:t>داخل نظام</w:t>
      </w:r>
      <w:r>
        <w:t xml:space="preserve"> Windows Server 2022</w:t>
      </w:r>
    </w:p>
    <w:p w:rsidR="00362A4E" w:rsidRDefault="0018226B">
      <w:pPr>
        <w:jc w:val="center"/>
      </w:pPr>
      <w:r>
        <w:rPr>
          <w:rtl/>
        </w:rPr>
        <w:lastRenderedPageBreak/>
        <w:t>الوصف الفني: توثيق مرحلة التحقق من إعدادات كرت الشبكة عبر موجه الأوامر</w:t>
      </w:r>
      <w:r>
        <w:t xml:space="preserve"> (CMD)، </w:t>
      </w:r>
      <w:r>
        <w:rPr>
          <w:rtl/>
        </w:rPr>
        <w:t>والتأكد من نجاح ربط السيرفر ببيئة الشبكة الداخلية المعزولة، وتعيين عنوان</w:t>
      </w:r>
      <w:r>
        <w:t xml:space="preserve"> IP </w:t>
      </w:r>
      <w:r>
        <w:rPr>
          <w:rtl/>
        </w:rPr>
        <w:t>ثابت يعتمد على جدار الحماية</w:t>
      </w:r>
      <w:r>
        <w:t xml:space="preserve"> </w:t>
      </w:r>
      <w:proofErr w:type="spellStart"/>
      <w:r>
        <w:t>pfSense</w:t>
      </w:r>
      <w:proofErr w:type="spellEnd"/>
      <w:r>
        <w:t xml:space="preserve"> </w:t>
      </w:r>
      <w:r>
        <w:rPr>
          <w:rtl/>
        </w:rPr>
        <w:t>كبوابة افتراضية</w:t>
      </w:r>
      <w:r>
        <w:t xml:space="preserve"> (Default Gateway).</w:t>
      </w:r>
    </w:p>
    <w:p w:rsidR="00362A4E" w:rsidRDefault="0018226B">
      <w:pPr>
        <w:jc w:val="center"/>
      </w:pPr>
      <w:r>
        <w:t xml:space="preserve">Technical Description: Verifying the static IP configuration on Windows Server 2022 via CMD, ensuring successful alignment with the </w:t>
      </w:r>
      <w:proofErr w:type="spellStart"/>
      <w:r>
        <w:t>pfSense</w:t>
      </w:r>
      <w:proofErr w:type="spellEnd"/>
      <w:r>
        <w:t xml:space="preserve"> LAN subnet and setting the firewall as the default gateway.</w:t>
      </w:r>
    </w:p>
    <w:p w:rsidR="00362A4E" w:rsidRDefault="0018226B">
      <w:pPr>
        <w:jc w:val="center"/>
      </w:pPr>
      <w:r>
        <w:rPr>
          <w:noProof/>
        </w:rPr>
        <w:drawing>
          <wp:anchor distT="0" distB="0" distL="0" distR="0" simplePos="0" relativeHeight="8" behindDoc="0" locked="0" layoutInCell="0" allowOverlap="1">
            <wp:simplePos x="0" y="0"/>
            <wp:positionH relativeFrom="column">
              <wp:align>center</wp:align>
            </wp:positionH>
            <wp:positionV relativeFrom="paragraph">
              <wp:posOffset>635</wp:posOffset>
            </wp:positionV>
            <wp:extent cx="5800725" cy="4857750"/>
            <wp:effectExtent l="0" t="0" r="0" b="0"/>
            <wp:wrapSquare wrapText="largest"/>
            <wp:docPr id="7"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pic:cNvPicPr>
                      <a:picLocks noChangeAspect="1" noChangeArrowheads="1"/>
                    </pic:cNvPicPr>
                  </pic:nvPicPr>
                  <pic:blipFill>
                    <a:blip r:embed="rId13"/>
                    <a:stretch>
                      <a:fillRect/>
                    </a:stretch>
                  </pic:blipFill>
                  <pic:spPr bwMode="auto">
                    <a:xfrm>
                      <a:off x="0" y="0"/>
                      <a:ext cx="5800725" cy="4857750"/>
                    </a:xfrm>
                    <a:prstGeom prst="rect">
                      <a:avLst/>
                    </a:prstGeom>
                  </pic:spPr>
                </pic:pic>
              </a:graphicData>
            </a:graphic>
          </wp:anchor>
        </w:drawing>
      </w:r>
      <w:r>
        <w:t>-----------------------------------------------</w:t>
      </w:r>
    </w:p>
    <w:p w:rsidR="00362A4E" w:rsidRDefault="0018226B">
      <w:pPr>
        <w:pStyle w:val="BodyText"/>
        <w:jc w:val="center"/>
      </w:pPr>
      <w:r>
        <w:rPr>
          <w:bCs/>
          <w:rtl/>
        </w:rPr>
        <w:t>رقم الخطوة</w:t>
      </w:r>
      <w:r>
        <w:rPr>
          <w:b/>
          <w:rtl/>
        </w:rPr>
        <w:t>:</w:t>
      </w:r>
      <w:r>
        <w:rPr>
          <w:rtl/>
        </w:rPr>
        <w:t xml:space="preserve"> الصورة رقم (</w:t>
      </w:r>
      <w:r>
        <w:t>6</w:t>
      </w:r>
      <w:r>
        <w:rPr>
          <w:rtl/>
        </w:rPr>
        <w:t>)</w:t>
      </w:r>
      <w:r>
        <w:t>].</w:t>
      </w:r>
    </w:p>
    <w:p w:rsidR="00362A4E" w:rsidRDefault="0018226B">
      <w:pPr>
        <w:pStyle w:val="BodyText"/>
        <w:numPr>
          <w:ilvl w:val="0"/>
          <w:numId w:val="7"/>
        </w:numPr>
        <w:tabs>
          <w:tab w:val="clear" w:pos="709"/>
          <w:tab w:val="left" w:pos="0"/>
        </w:tabs>
      </w:pPr>
      <w:r>
        <w:rPr>
          <w:bCs/>
          <w:rtl/>
        </w:rPr>
        <w:t>العنوان</w:t>
      </w:r>
      <w:r>
        <w:rPr>
          <w:b/>
          <w:rtl/>
        </w:rPr>
        <w:t>:</w:t>
      </w:r>
      <w:r>
        <w:rPr>
          <w:rtl/>
        </w:rPr>
        <w:t xml:space="preserve"> تعديل نطاق شبكة الـ</w:t>
      </w:r>
      <w:r>
        <w:t xml:space="preserve"> </w:t>
      </w:r>
    </w:p>
    <w:p w:rsidR="00362A4E" w:rsidRDefault="0018226B">
      <w:pPr>
        <w:pStyle w:val="BodyText"/>
        <w:numPr>
          <w:ilvl w:val="0"/>
          <w:numId w:val="7"/>
        </w:numPr>
        <w:tabs>
          <w:tab w:val="clear" w:pos="709"/>
          <w:tab w:val="left" w:pos="0"/>
        </w:tabs>
      </w:pPr>
      <w:r>
        <w:t xml:space="preserve">LAN </w:t>
      </w:r>
      <w:r>
        <w:rPr>
          <w:rtl/>
        </w:rPr>
        <w:t>لمنع تعارض العناوين</w:t>
      </w:r>
      <w:r>
        <w:t xml:space="preserve"> (IP Conflict).</w:t>
      </w:r>
    </w:p>
    <w:p w:rsidR="00362A4E" w:rsidRDefault="0018226B">
      <w:pPr>
        <w:pStyle w:val="BodyText"/>
        <w:numPr>
          <w:ilvl w:val="0"/>
          <w:numId w:val="7"/>
        </w:numPr>
        <w:tabs>
          <w:tab w:val="clear" w:pos="709"/>
          <w:tab w:val="left" w:pos="0"/>
        </w:tabs>
      </w:pPr>
      <w:r>
        <w:rPr>
          <w:bCs/>
          <w:rtl/>
        </w:rPr>
        <w:t xml:space="preserve">الوصف الفني </w:t>
      </w:r>
      <w:r>
        <w:rPr>
          <w:b/>
          <w:rtl/>
        </w:rPr>
        <w:t>(</w:t>
      </w:r>
      <w:r>
        <w:rPr>
          <w:bCs/>
          <w:rtl/>
        </w:rPr>
        <w:t>بالعربية</w:t>
      </w:r>
      <w:r>
        <w:rPr>
          <w:b/>
          <w:rtl/>
        </w:rPr>
        <w:t>):</w:t>
      </w:r>
      <w:r>
        <w:rPr>
          <w:rtl/>
        </w:rPr>
        <w:t xml:space="preserve"> "توثيق مرحلة تغيير العنوان الرقمي الافتراضي لمنفذ الـ</w:t>
      </w:r>
      <w:r>
        <w:t xml:space="preserve"> LAN </w:t>
      </w:r>
      <w:r>
        <w:rPr>
          <w:rtl/>
        </w:rPr>
        <w:t>في جدار الحماية</w:t>
      </w:r>
      <w:r>
        <w:t xml:space="preserve"> </w:t>
      </w:r>
      <w:proofErr w:type="spellStart"/>
      <w:r>
        <w:t>pfSense</w:t>
      </w:r>
      <w:proofErr w:type="spellEnd"/>
      <w:r>
        <w:t xml:space="preserve"> </w:t>
      </w:r>
      <w:r>
        <w:rPr>
          <w:rtl/>
        </w:rPr>
        <w:t xml:space="preserve">من النطاق الافتراضي إلى النطاق الجديد </w:t>
      </w:r>
      <w:r>
        <w:rPr>
          <w:rStyle w:val="SourceText"/>
        </w:rPr>
        <w:t>192.168.20.1/24</w:t>
      </w:r>
      <w:r>
        <w:rPr>
          <w:rtl/>
        </w:rPr>
        <w:t xml:space="preserve"> وتفعيل خادم الـ</w:t>
      </w:r>
      <w:r>
        <w:t xml:space="preserve"> DHCP، </w:t>
      </w:r>
      <w:r>
        <w:rPr>
          <w:rtl/>
        </w:rPr>
        <w:t>وذلك لمنع حدوث أي تضارب في العناوين مع جهاز التوجيه المنزلي الأساسي</w:t>
      </w:r>
      <w:r>
        <w:t xml:space="preserve"> (Huawei Modem)."</w:t>
      </w:r>
    </w:p>
    <w:p w:rsidR="00362A4E" w:rsidRDefault="0018226B">
      <w:pPr>
        <w:pStyle w:val="BodyText"/>
        <w:numPr>
          <w:ilvl w:val="0"/>
          <w:numId w:val="7"/>
        </w:numPr>
        <w:tabs>
          <w:tab w:val="clear" w:pos="709"/>
          <w:tab w:val="left" w:pos="0"/>
        </w:tabs>
      </w:pPr>
      <w:r>
        <w:rPr>
          <w:b/>
        </w:rPr>
        <w:lastRenderedPageBreak/>
        <w:t>Technical Description (English):</w:t>
      </w:r>
      <w:r>
        <w:t xml:space="preserve"> "Changing the </w:t>
      </w:r>
      <w:proofErr w:type="spellStart"/>
      <w:r>
        <w:t>pfSense</w:t>
      </w:r>
      <w:proofErr w:type="spellEnd"/>
      <w:r>
        <w:t xml:space="preserve"> LAN interface IP address to a dedicated subnet </w:t>
      </w:r>
      <w:r>
        <w:rPr>
          <w:rStyle w:val="SourceText"/>
        </w:rPr>
        <w:t>192.168.20.1/24</w:t>
      </w:r>
      <w:r>
        <w:t xml:space="preserve"> and enabling DHCP server via the console menu to eliminate IP conflicts with the home gateway."</w:t>
      </w:r>
    </w:p>
    <w:p w:rsidR="00362A4E" w:rsidRDefault="0018226B">
      <w:pPr>
        <w:pStyle w:val="BodyText"/>
      </w:pPr>
      <w:r>
        <w:t xml:space="preserve">                                                         </w:t>
      </w:r>
    </w:p>
    <w:p w:rsidR="00362A4E" w:rsidRDefault="0018226B">
      <w:pPr>
        <w:pStyle w:val="BodyText"/>
      </w:pPr>
      <w:r>
        <w:rPr>
          <w:noProof/>
        </w:rPr>
        <w:drawing>
          <wp:anchor distT="0" distB="0" distL="0" distR="0" simplePos="0" relativeHeight="9" behindDoc="0" locked="0" layoutInCell="0" allowOverlap="1">
            <wp:simplePos x="0" y="0"/>
            <wp:positionH relativeFrom="column">
              <wp:align>center</wp:align>
            </wp:positionH>
            <wp:positionV relativeFrom="paragraph">
              <wp:posOffset>635</wp:posOffset>
            </wp:positionV>
            <wp:extent cx="5943600" cy="5177790"/>
            <wp:effectExtent l="0" t="0" r="0" b="0"/>
            <wp:wrapSquare wrapText="largest"/>
            <wp:docPr id="8"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
                    <pic:cNvPicPr>
                      <a:picLocks noChangeAspect="1" noChangeArrowheads="1"/>
                    </pic:cNvPicPr>
                  </pic:nvPicPr>
                  <pic:blipFill>
                    <a:blip r:embed="rId14"/>
                    <a:stretch>
                      <a:fillRect/>
                    </a:stretch>
                  </pic:blipFill>
                  <pic:spPr bwMode="auto">
                    <a:xfrm>
                      <a:off x="0" y="0"/>
                      <a:ext cx="5943600" cy="5177790"/>
                    </a:xfrm>
                    <a:prstGeom prst="rect">
                      <a:avLst/>
                    </a:prstGeom>
                  </pic:spPr>
                </pic:pic>
              </a:graphicData>
            </a:graphic>
          </wp:anchor>
        </w:drawing>
      </w:r>
    </w:p>
    <w:p w:rsidR="00362A4E" w:rsidRDefault="0018226B">
      <w:pPr>
        <w:pStyle w:val="BodyText"/>
      </w:pPr>
      <w:r>
        <w:t xml:space="preserve">                                                     ---------------------------------------------------------</w:t>
      </w: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18226B">
      <w:pPr>
        <w:pStyle w:val="BodyText"/>
        <w:numPr>
          <w:ilvl w:val="0"/>
          <w:numId w:val="8"/>
        </w:numPr>
        <w:tabs>
          <w:tab w:val="clear" w:pos="720"/>
          <w:tab w:val="left" w:pos="0"/>
        </w:tabs>
      </w:pPr>
      <w:r>
        <w:rPr>
          <w:bCs/>
          <w:rtl/>
        </w:rPr>
        <w:t>العنوان</w:t>
      </w:r>
      <w:r>
        <w:rPr>
          <w:b/>
          <w:rtl/>
        </w:rPr>
        <w:t>:</w:t>
      </w:r>
      <w:r>
        <w:rPr>
          <w:rtl/>
        </w:rPr>
        <w:t xml:space="preserve"> التحقق من نجاح الوصول لواجهة التحكم الرسومية</w:t>
      </w:r>
      <w:r>
        <w:t xml:space="preserve"> (</w:t>
      </w:r>
      <w:proofErr w:type="spellStart"/>
      <w:r>
        <w:t>WebGUI</w:t>
      </w:r>
      <w:proofErr w:type="spellEnd"/>
      <w:r>
        <w:t>).</w:t>
      </w:r>
    </w:p>
    <w:p w:rsidR="00362A4E" w:rsidRDefault="0018226B">
      <w:pPr>
        <w:pStyle w:val="BodyText"/>
        <w:numPr>
          <w:ilvl w:val="0"/>
          <w:numId w:val="9"/>
        </w:numPr>
        <w:tabs>
          <w:tab w:val="clear" w:pos="720"/>
          <w:tab w:val="left" w:pos="0"/>
        </w:tabs>
      </w:pPr>
      <w:r>
        <w:rPr>
          <w:bCs/>
          <w:rtl/>
        </w:rPr>
        <w:t xml:space="preserve">الوصف الفني </w:t>
      </w:r>
      <w:r>
        <w:rPr>
          <w:b/>
          <w:rtl/>
        </w:rPr>
        <w:t>(</w:t>
      </w:r>
      <w:r>
        <w:rPr>
          <w:bCs/>
          <w:rtl/>
        </w:rPr>
        <w:t>بالعربية</w:t>
      </w:r>
      <w:r>
        <w:rPr>
          <w:b/>
          <w:rtl/>
        </w:rPr>
        <w:t>):</w:t>
      </w:r>
      <w:r>
        <w:rPr>
          <w:rtl/>
        </w:rPr>
        <w:t xml:space="preserve"> "توثيق نجاح الاتصال بجدار الحماية</w:t>
      </w:r>
      <w:r>
        <w:t xml:space="preserve"> </w:t>
      </w:r>
      <w:proofErr w:type="spellStart"/>
      <w:r>
        <w:t>pfSense</w:t>
      </w:r>
      <w:proofErr w:type="spellEnd"/>
      <w:r>
        <w:t xml:space="preserve"> </w:t>
      </w:r>
      <w:r>
        <w:rPr>
          <w:rtl/>
        </w:rPr>
        <w:t>عبر متصفح الويب من داخل نظام</w:t>
      </w:r>
      <w:r>
        <w:t xml:space="preserve"> Windows Server </w:t>
      </w:r>
      <w:r>
        <w:rPr>
          <w:rtl/>
        </w:rPr>
        <w:t xml:space="preserve">على العنوان الجديد </w:t>
      </w:r>
      <w:r>
        <w:rPr>
          <w:rStyle w:val="SourceText"/>
        </w:rPr>
        <w:t>192.168.20.1</w:t>
      </w:r>
      <w:r>
        <w:rPr>
          <w:rtl/>
        </w:rPr>
        <w:t xml:space="preserve"> بعد حل مشكلات تعارض الشبكة الداخلية وتطابق الأسماء في البيئة الافتراضية</w:t>
      </w:r>
      <w:r>
        <w:t>."</w:t>
      </w:r>
    </w:p>
    <w:p w:rsidR="00362A4E" w:rsidRDefault="0018226B">
      <w:pPr>
        <w:pStyle w:val="BodyText"/>
        <w:numPr>
          <w:ilvl w:val="0"/>
          <w:numId w:val="10"/>
        </w:numPr>
        <w:tabs>
          <w:tab w:val="clear" w:pos="720"/>
          <w:tab w:val="left" w:pos="0"/>
        </w:tabs>
      </w:pPr>
      <w:r>
        <w:rPr>
          <w:b/>
        </w:rPr>
        <w:t>Technical Description (English):</w:t>
      </w:r>
      <w:r>
        <w:t xml:space="preserve"> "Successfully accessing the </w:t>
      </w:r>
      <w:proofErr w:type="spellStart"/>
      <w:r>
        <w:t>pfSense</w:t>
      </w:r>
      <w:proofErr w:type="spellEnd"/>
      <w:r>
        <w:t xml:space="preserve"> </w:t>
      </w:r>
      <w:proofErr w:type="spellStart"/>
      <w:r>
        <w:t>WebGUI</w:t>
      </w:r>
      <w:proofErr w:type="spellEnd"/>
      <w:r>
        <w:t xml:space="preserve"> interface via the web browser from inside Windows Server at </w:t>
      </w:r>
      <w:r>
        <w:rPr>
          <w:rStyle w:val="SourceText"/>
        </w:rPr>
        <w:t>192.168.20.1</w:t>
      </w:r>
      <w:r>
        <w:t xml:space="preserve"> after verifying internal network names and static IP configuration."</w:t>
      </w:r>
    </w:p>
    <w:p w:rsidR="00362A4E" w:rsidRDefault="00362A4E">
      <w:pPr>
        <w:pStyle w:val="BodyText"/>
      </w:pPr>
    </w:p>
    <w:p w:rsidR="00362A4E" w:rsidRDefault="0018226B">
      <w:pPr>
        <w:pStyle w:val="BodyText"/>
      </w:pPr>
      <w:r>
        <w:t xml:space="preserve">     </w:t>
      </w:r>
    </w:p>
    <w:p w:rsidR="00362A4E" w:rsidRDefault="0018226B">
      <w:pPr>
        <w:jc w:val="center"/>
      </w:pPr>
      <w:r>
        <w:rPr>
          <w:noProof/>
        </w:rPr>
        <w:drawing>
          <wp:anchor distT="0" distB="0" distL="0" distR="0" simplePos="0" relativeHeight="10" behindDoc="0" locked="0" layoutInCell="0" allowOverlap="1">
            <wp:simplePos x="0" y="0"/>
            <wp:positionH relativeFrom="column">
              <wp:align>center</wp:align>
            </wp:positionH>
            <wp:positionV relativeFrom="paragraph">
              <wp:posOffset>635</wp:posOffset>
            </wp:positionV>
            <wp:extent cx="5943600" cy="4772660"/>
            <wp:effectExtent l="0" t="0" r="0" b="0"/>
            <wp:wrapSquare wrapText="largest"/>
            <wp:docPr id="9"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
                    <pic:cNvPicPr>
                      <a:picLocks noChangeAspect="1" noChangeArrowheads="1"/>
                    </pic:cNvPicPr>
                  </pic:nvPicPr>
                  <pic:blipFill>
                    <a:blip r:embed="rId15"/>
                    <a:stretch>
                      <a:fillRect/>
                    </a:stretch>
                  </pic:blipFill>
                  <pic:spPr bwMode="auto">
                    <a:xfrm>
                      <a:off x="0" y="0"/>
                      <a:ext cx="5943600" cy="4772660"/>
                    </a:xfrm>
                    <a:prstGeom prst="rect">
                      <a:avLst/>
                    </a:prstGeom>
                  </pic:spPr>
                </pic:pic>
              </a:graphicData>
            </a:graphic>
          </wp:anchor>
        </w:drawing>
      </w:r>
      <w:r>
        <w:t>-----------------------------------------------</w:t>
      </w:r>
    </w:p>
    <w:p w:rsidR="00362A4E" w:rsidRDefault="0018226B">
      <w:pPr>
        <w:pStyle w:val="Heading3"/>
        <w:jc w:val="center"/>
      </w:pPr>
      <w:r>
        <w:rPr>
          <w:rtl/>
        </w:rPr>
        <w:lastRenderedPageBreak/>
        <w:t>الوصف الكامل لـ</w:t>
      </w:r>
      <w:r>
        <w:t xml:space="preserve"> (</w:t>
      </w:r>
      <w:proofErr w:type="spellStart"/>
      <w:r>
        <w:t>pfSense</w:t>
      </w:r>
      <w:proofErr w:type="spellEnd"/>
      <w:r>
        <w:t xml:space="preserve"> Dashboard)</w:t>
      </w:r>
    </w:p>
    <w:p w:rsidR="00362A4E" w:rsidRDefault="0018226B">
      <w:pPr>
        <w:pStyle w:val="BodyText"/>
      </w:pPr>
      <w:r>
        <w:rPr>
          <w:bCs/>
          <w:rtl/>
        </w:rPr>
        <w:t>الوصف باللغة العربية</w:t>
      </w:r>
      <w:r>
        <w:rPr>
          <w:b/>
        </w:rPr>
        <w:t>:</w:t>
      </w:r>
    </w:p>
    <w:p w:rsidR="00362A4E" w:rsidRDefault="0018226B">
      <w:pPr>
        <w:pStyle w:val="BlockQuotation"/>
      </w:pPr>
      <w:r>
        <w:rPr>
          <w:bCs/>
          <w:rtl/>
        </w:rPr>
        <w:t xml:space="preserve">شكل </w:t>
      </w:r>
      <w:r>
        <w:rPr>
          <w:b/>
          <w:rtl/>
        </w:rPr>
        <w:t>(...):</w:t>
      </w:r>
      <w:r>
        <w:rPr>
          <w:rtl/>
        </w:rPr>
        <w:t xml:space="preserve"> واجهة لوحة التحكم الرئيسية لجدار الحماية</w:t>
      </w:r>
      <w:r>
        <w:t xml:space="preserve"> </w:t>
      </w:r>
      <w:proofErr w:type="spellStart"/>
      <w:r>
        <w:t>pfSense</w:t>
      </w:r>
      <w:proofErr w:type="spellEnd"/>
      <w:r>
        <w:t>.</w:t>
      </w:r>
    </w:p>
    <w:p w:rsidR="00362A4E" w:rsidRDefault="0018226B">
      <w:pPr>
        <w:pStyle w:val="BlockQuotation"/>
      </w:pPr>
      <w:r>
        <w:rPr>
          <w:bCs/>
          <w:rtl/>
        </w:rPr>
        <w:t>الوصف الفني</w:t>
      </w:r>
      <w:r>
        <w:rPr>
          <w:b/>
          <w:rtl/>
        </w:rPr>
        <w:t>:</w:t>
      </w:r>
      <w:r>
        <w:rPr>
          <w:rtl/>
        </w:rPr>
        <w:t xml:space="preserve"> "توثيق واجهة المستخدم النهائية بعد إتمام معالج الإعداد بنجاح، وتغيير كلمة المرور الافتراضية لحماية لوحة الإدارة. تُظهر الواجهة مؤشرات النظام الحيوية وجاهزية كروت الشبكة؛ حيث تم ربط واجهة الـ</w:t>
      </w:r>
      <w:r>
        <w:t xml:space="preserve"> WAN </w:t>
      </w:r>
      <w:r>
        <w:rPr>
          <w:rtl/>
        </w:rPr>
        <w:t>بنجاح لسحب الإنترنت من المودم الأساسي، في حين تم تثبيت واجهة الـ</w:t>
      </w:r>
      <w:r>
        <w:t xml:space="preserve"> LAN </w:t>
      </w:r>
      <w:r>
        <w:rPr>
          <w:rtl/>
        </w:rPr>
        <w:t xml:space="preserve">على النطاق المعزول الجديد </w:t>
      </w:r>
      <w:r>
        <w:rPr>
          <w:rStyle w:val="SourceText"/>
        </w:rPr>
        <w:t>192.168.20.1/24</w:t>
      </w:r>
      <w:r>
        <w:rPr>
          <w:rtl/>
        </w:rPr>
        <w:t xml:space="preserve"> لحماية نظام</w:t>
      </w:r>
      <w:r>
        <w:t xml:space="preserve"> Windows Server، </w:t>
      </w:r>
      <w:r>
        <w:rPr>
          <w:rtl/>
        </w:rPr>
        <w:t>وبذلك تصبح البيئة جاهزة تماماً لبدء تطبيق سياسات الحماية وفحص المنافذ</w:t>
      </w:r>
      <w:r>
        <w:t>."</w:t>
      </w:r>
    </w:p>
    <w:p w:rsidR="00362A4E" w:rsidRDefault="0018226B">
      <w:pPr>
        <w:pStyle w:val="BodyText"/>
        <w:rPr>
          <w:b/>
        </w:rPr>
      </w:pPr>
      <w:r>
        <w:rPr>
          <w:b/>
        </w:rPr>
        <w:t>Technical Description (English):</w:t>
      </w:r>
    </w:p>
    <w:p w:rsidR="00362A4E" w:rsidRDefault="0018226B">
      <w:pPr>
        <w:pStyle w:val="BlockQuotation"/>
      </w:pPr>
      <w:r>
        <w:rPr>
          <w:b/>
        </w:rPr>
        <w:t>Figure (...):</w:t>
      </w:r>
      <w:r>
        <w:t xml:space="preserve"> </w:t>
      </w:r>
      <w:proofErr w:type="spellStart"/>
      <w:r>
        <w:t>pfSense</w:t>
      </w:r>
      <w:proofErr w:type="spellEnd"/>
      <w:r>
        <w:t xml:space="preserve"> Firewall Main Dashboard Interface.</w:t>
      </w:r>
    </w:p>
    <w:p w:rsidR="00362A4E" w:rsidRDefault="0018226B">
      <w:pPr>
        <w:pStyle w:val="BlockQuotation"/>
      </w:pPr>
      <w:r>
        <w:rPr>
          <w:b/>
        </w:rPr>
        <w:t>Technical Description:</w:t>
      </w:r>
      <w:r>
        <w:t xml:space="preserve"> "This screenshot documents the successful completion of the </w:t>
      </w:r>
      <w:proofErr w:type="spellStart"/>
      <w:r>
        <w:t>pfSense</w:t>
      </w:r>
      <w:proofErr w:type="spellEnd"/>
      <w:r>
        <w:t xml:space="preserve"> initial setup wizard and the initialization of the main system dashboard. The interface displays critical system information, including resource utilization, uptime, and firmware version. Most importantly, it verifies that both network interfaces are properly configured and operational: the WAN interface is dynamically leasing an IP to provide internet connectivity, while the LAN interface is successfully anchored to the newly assigned isolated subnet </w:t>
      </w:r>
      <w:r>
        <w:rPr>
          <w:rStyle w:val="SourceText"/>
        </w:rPr>
        <w:t>192.168.20.1/24</w:t>
      </w:r>
      <w:r>
        <w:t>. The default administrator credentials have been securely updated to prevent unauthorized access, establishing a solid baseline for subsequent network security testing and firewall rule implementation."</w:t>
      </w:r>
    </w:p>
    <w:p w:rsidR="00362A4E" w:rsidRDefault="00362A4E">
      <w:pPr>
        <w:jc w:val="center"/>
      </w:pPr>
    </w:p>
    <w:p w:rsidR="00362A4E" w:rsidRDefault="00362A4E">
      <w:pPr>
        <w:jc w:val="center"/>
      </w:pPr>
    </w:p>
    <w:p w:rsidR="00362A4E" w:rsidRDefault="0018226B">
      <w:pPr>
        <w:jc w:val="center"/>
      </w:pPr>
      <w:r>
        <w:rPr>
          <w:noProof/>
        </w:rPr>
        <w:lastRenderedPageBreak/>
        <w:drawing>
          <wp:anchor distT="0" distB="0" distL="0" distR="0" simplePos="0" relativeHeight="11" behindDoc="0" locked="0" layoutInCell="0" allowOverlap="1">
            <wp:simplePos x="0" y="0"/>
            <wp:positionH relativeFrom="column">
              <wp:align>center</wp:align>
            </wp:positionH>
            <wp:positionV relativeFrom="paragraph">
              <wp:posOffset>635</wp:posOffset>
            </wp:positionV>
            <wp:extent cx="5943600" cy="4402455"/>
            <wp:effectExtent l="0" t="0" r="0" b="0"/>
            <wp:wrapSquare wrapText="largest"/>
            <wp:docPr id="10"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pic:cNvPicPr>
                      <a:picLocks noChangeAspect="1" noChangeArrowheads="1"/>
                    </pic:cNvPicPr>
                  </pic:nvPicPr>
                  <pic:blipFill>
                    <a:blip r:embed="rId16"/>
                    <a:stretch>
                      <a:fillRect/>
                    </a:stretch>
                  </pic:blipFill>
                  <pic:spPr bwMode="auto">
                    <a:xfrm>
                      <a:off x="0" y="0"/>
                      <a:ext cx="5943600" cy="4402455"/>
                    </a:xfrm>
                    <a:prstGeom prst="rect">
                      <a:avLst/>
                    </a:prstGeom>
                  </pic:spPr>
                </pic:pic>
              </a:graphicData>
            </a:graphic>
          </wp:anchor>
        </w:drawing>
      </w:r>
      <w:r>
        <w:t>--------------------------------------------------------</w:t>
      </w:r>
    </w:p>
    <w:p w:rsidR="00362A4E" w:rsidRDefault="00362A4E">
      <w:pPr>
        <w:jc w:val="center"/>
      </w:pPr>
    </w:p>
    <w:p w:rsidR="00362A4E" w:rsidRDefault="0018226B">
      <w:pPr>
        <w:pStyle w:val="Heading3"/>
        <w:spacing w:before="0" w:after="200"/>
        <w:jc w:val="center"/>
      </w:pPr>
      <w:r>
        <w:rPr>
          <w:rtl/>
        </w:rPr>
        <w:t>إثبات توزيع العناوين التلقائي</w:t>
      </w:r>
      <w:r>
        <w:t xml:space="preserve"> (DHCP Client Verification)</w:t>
      </w:r>
    </w:p>
    <w:p w:rsidR="00362A4E" w:rsidRDefault="0018226B">
      <w:pPr>
        <w:pStyle w:val="BodyText"/>
        <w:numPr>
          <w:ilvl w:val="0"/>
          <w:numId w:val="11"/>
        </w:numPr>
        <w:tabs>
          <w:tab w:val="clear" w:pos="709"/>
          <w:tab w:val="left" w:pos="0"/>
        </w:tabs>
      </w:pPr>
      <w:r>
        <w:rPr>
          <w:bCs/>
          <w:rtl/>
        </w:rPr>
        <w:t xml:space="preserve">الوصف الفني </w:t>
      </w:r>
      <w:r>
        <w:rPr>
          <w:b/>
          <w:rtl/>
        </w:rPr>
        <w:t>(</w:t>
      </w:r>
      <w:r>
        <w:rPr>
          <w:bCs/>
          <w:rtl/>
        </w:rPr>
        <w:t>باللغة العربية</w:t>
      </w:r>
      <w:r>
        <w:rPr>
          <w:b/>
          <w:rtl/>
        </w:rPr>
        <w:t>):</w:t>
      </w:r>
      <w:r>
        <w:rPr>
          <w:rtl/>
        </w:rPr>
        <w:t xml:space="preserve"> "توثيق نجاح سحب عنوان</w:t>
      </w:r>
      <w:r>
        <w:t xml:space="preserve"> IP </w:t>
      </w:r>
      <w:r>
        <w:rPr>
          <w:rtl/>
        </w:rPr>
        <w:t>تلقائي لآلة اختبار الاختراق</w:t>
      </w:r>
      <w:r>
        <w:t xml:space="preserve"> (Kali Linux) </w:t>
      </w:r>
      <w:r>
        <w:rPr>
          <w:rtl/>
        </w:rPr>
        <w:t>من خادم الـ</w:t>
      </w:r>
      <w:r>
        <w:t xml:space="preserve"> DHCP </w:t>
      </w:r>
      <w:r>
        <w:rPr>
          <w:rtl/>
        </w:rPr>
        <w:t>التابع لجدار الحماية</w:t>
      </w:r>
      <w:r>
        <w:t xml:space="preserve"> </w:t>
      </w:r>
      <w:proofErr w:type="spellStart"/>
      <w:r>
        <w:t>pfSense</w:t>
      </w:r>
      <w:proofErr w:type="spellEnd"/>
      <w:r>
        <w:t xml:space="preserve">. </w:t>
      </w:r>
      <w:r>
        <w:rPr>
          <w:rtl/>
        </w:rPr>
        <w:t xml:space="preserve">يظهر في واجهة </w:t>
      </w:r>
      <w:proofErr w:type="spellStart"/>
      <w:r>
        <w:rPr>
          <w:rtl/>
        </w:rPr>
        <w:t>التيرمنال</w:t>
      </w:r>
      <w:proofErr w:type="spellEnd"/>
      <w:r>
        <w:rPr>
          <w:rtl/>
        </w:rPr>
        <w:t xml:space="preserve"> أن كرت الشبكة</w:t>
      </w:r>
      <w:r>
        <w:t xml:space="preserve"> </w:t>
      </w:r>
      <w:r>
        <w:rPr>
          <w:rStyle w:val="SourceText"/>
        </w:rPr>
        <w:t>eth0</w:t>
      </w:r>
      <w:r>
        <w:t xml:space="preserve"> </w:t>
      </w:r>
      <w:r>
        <w:rPr>
          <w:rtl/>
        </w:rPr>
        <w:t xml:space="preserve">قد حصل على العنوان </w:t>
      </w:r>
      <w:r>
        <w:rPr>
          <w:rStyle w:val="SourceText"/>
        </w:rPr>
        <w:t>192.168.20.12</w:t>
      </w:r>
      <w:r>
        <w:rPr>
          <w:rtl/>
        </w:rPr>
        <w:t xml:space="preserve"> ضمن النطاق المحدد، مما يؤكد تفعيل الخادم الديناميكي واستقرار الربط بالشبكة المعزولة بنجاح</w:t>
      </w:r>
      <w:r>
        <w:t>."</w:t>
      </w:r>
    </w:p>
    <w:p w:rsidR="00362A4E" w:rsidRDefault="0018226B">
      <w:pPr>
        <w:pStyle w:val="BodyText"/>
        <w:numPr>
          <w:ilvl w:val="0"/>
          <w:numId w:val="11"/>
        </w:numPr>
        <w:tabs>
          <w:tab w:val="clear" w:pos="709"/>
          <w:tab w:val="left" w:pos="0"/>
        </w:tabs>
      </w:pPr>
      <w:r>
        <w:rPr>
          <w:b/>
        </w:rPr>
        <w:t>Technical Description (English):</w:t>
      </w:r>
      <w:r>
        <w:t xml:space="preserve"> "Verifying the successful dynamic IP allocation for the Kali Linux penetration testing machine from the </w:t>
      </w:r>
      <w:proofErr w:type="spellStart"/>
      <w:r>
        <w:t>pfSense</w:t>
      </w:r>
      <w:proofErr w:type="spellEnd"/>
      <w:r>
        <w:t xml:space="preserve"> DHCP server. The terminal output demonstrates that the </w:t>
      </w:r>
      <w:r>
        <w:rPr>
          <w:rStyle w:val="SourceText"/>
        </w:rPr>
        <w:t>eth0</w:t>
      </w:r>
      <w:r>
        <w:t xml:space="preserve"> interface has securely leased the IP address </w:t>
      </w:r>
      <w:r>
        <w:rPr>
          <w:rStyle w:val="SourceText"/>
        </w:rPr>
        <w:t>192.168.20.12</w:t>
      </w:r>
      <w:r>
        <w:t xml:space="preserve"> within the pre-configured pool, validating the proper execution of DHCP services over the isolated internal network."</w:t>
      </w:r>
    </w:p>
    <w:p w:rsidR="00362A4E" w:rsidRDefault="0018226B">
      <w:pPr>
        <w:jc w:val="center"/>
      </w:pPr>
      <w:r>
        <w:rPr>
          <w:noProof/>
        </w:rPr>
        <w:lastRenderedPageBreak/>
        <w:drawing>
          <wp:anchor distT="0" distB="0" distL="0" distR="0" simplePos="0" relativeHeight="12" behindDoc="0" locked="0" layoutInCell="0" allowOverlap="1">
            <wp:simplePos x="0" y="0"/>
            <wp:positionH relativeFrom="column">
              <wp:align>center</wp:align>
            </wp:positionH>
            <wp:positionV relativeFrom="paragraph">
              <wp:posOffset>635</wp:posOffset>
            </wp:positionV>
            <wp:extent cx="5943600" cy="3068955"/>
            <wp:effectExtent l="0" t="0" r="0" b="0"/>
            <wp:wrapSquare wrapText="largest"/>
            <wp:docPr id="11"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pic:cNvPicPr>
                      <a:picLocks noChangeAspect="1" noChangeArrowheads="1"/>
                    </pic:cNvPicPr>
                  </pic:nvPicPr>
                  <pic:blipFill>
                    <a:blip r:embed="rId17"/>
                    <a:stretch>
                      <a:fillRect/>
                    </a:stretch>
                  </pic:blipFill>
                  <pic:spPr bwMode="auto">
                    <a:xfrm>
                      <a:off x="0" y="0"/>
                      <a:ext cx="5943600" cy="3068955"/>
                    </a:xfrm>
                    <a:prstGeom prst="rect">
                      <a:avLst/>
                    </a:prstGeom>
                  </pic:spPr>
                </pic:pic>
              </a:graphicData>
            </a:graphic>
          </wp:anchor>
        </w:drawing>
      </w:r>
      <w:r>
        <w:t>----------------------------------------------------------------------------</w:t>
      </w: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18226B">
      <w:pPr>
        <w:pStyle w:val="Heading3"/>
        <w:spacing w:before="0" w:after="200"/>
        <w:jc w:val="center"/>
      </w:pPr>
      <w:r>
        <w:rPr>
          <w:rtl/>
        </w:rPr>
        <w:lastRenderedPageBreak/>
        <w:t>فحص المنافذ والتحقق الأمني عبر</w:t>
      </w:r>
      <w:r>
        <w:t xml:space="preserve"> (Nmap Scan Baseline)</w:t>
      </w:r>
    </w:p>
    <w:p w:rsidR="00362A4E" w:rsidRDefault="0018226B">
      <w:pPr>
        <w:pStyle w:val="BodyText"/>
        <w:numPr>
          <w:ilvl w:val="0"/>
          <w:numId w:val="12"/>
        </w:numPr>
        <w:tabs>
          <w:tab w:val="clear" w:pos="709"/>
          <w:tab w:val="left" w:pos="0"/>
        </w:tabs>
      </w:pPr>
      <w:r>
        <w:rPr>
          <w:bCs/>
          <w:rtl/>
        </w:rPr>
        <w:t xml:space="preserve">الوصف الفني </w:t>
      </w:r>
      <w:r>
        <w:rPr>
          <w:b/>
          <w:rtl/>
        </w:rPr>
        <w:t>(</w:t>
      </w:r>
      <w:r>
        <w:rPr>
          <w:bCs/>
          <w:rtl/>
        </w:rPr>
        <w:t>باللغة العربية</w:t>
      </w:r>
      <w:r>
        <w:rPr>
          <w:b/>
          <w:rtl/>
        </w:rPr>
        <w:t>):</w:t>
      </w:r>
      <w:r>
        <w:rPr>
          <w:rtl/>
        </w:rPr>
        <w:t xml:space="preserve"> "توثيق إجراء فحص استطلاعي سريع باستخدام أداة</w:t>
      </w:r>
      <w:r>
        <w:t xml:space="preserve"> Nmap </w:t>
      </w:r>
      <w:r>
        <w:rPr>
          <w:rtl/>
        </w:rPr>
        <w:t xml:space="preserve">من داخل نظام كالي الموجه إلى جدار الحماية </w:t>
      </w:r>
      <w:r>
        <w:rPr>
          <w:rStyle w:val="SourceText"/>
        </w:rPr>
        <w:t>192.168.20.1</w:t>
      </w:r>
      <w:r>
        <w:rPr>
          <w:rtl/>
        </w:rPr>
        <w:t>. تظهر النتيجة أن منفذ الـ</w:t>
      </w:r>
      <w:r>
        <w:t xml:space="preserve"> DNS </w:t>
      </w:r>
      <w:r>
        <w:rPr>
          <w:rtl/>
        </w:rPr>
        <w:t xml:space="preserve">رقم </w:t>
      </w:r>
      <w:r>
        <w:rPr>
          <w:rStyle w:val="SourceText"/>
        </w:rPr>
        <w:t>53/</w:t>
      </w:r>
      <w:proofErr w:type="spellStart"/>
      <w:r>
        <w:rPr>
          <w:rStyle w:val="SourceText"/>
        </w:rPr>
        <w:t>tcp</w:t>
      </w:r>
      <w:proofErr w:type="spellEnd"/>
      <w:r>
        <w:t xml:space="preserve"> </w:t>
      </w:r>
      <w:r>
        <w:rPr>
          <w:rtl/>
        </w:rPr>
        <w:t>بحالة مفتوحة</w:t>
      </w:r>
      <w:r>
        <w:t xml:space="preserve"> (open)، </w:t>
      </w:r>
      <w:r>
        <w:rPr>
          <w:rtl/>
        </w:rPr>
        <w:t>وهو ما يمثل خط الأساس</w:t>
      </w:r>
      <w:r>
        <w:t xml:space="preserve"> (Baseline) </w:t>
      </w:r>
      <w:r>
        <w:rPr>
          <w:rtl/>
        </w:rPr>
        <w:t>للشبكة للتحقق من عمل الخدمات الافتراضية قبل البدء في تطبيق سياسات الحظر وقواعد جدار الحماية الصارمة</w:t>
      </w:r>
      <w:r>
        <w:t>."</w:t>
      </w:r>
    </w:p>
    <w:p w:rsidR="00362A4E" w:rsidRDefault="0018226B">
      <w:pPr>
        <w:pStyle w:val="BodyText"/>
        <w:numPr>
          <w:ilvl w:val="0"/>
          <w:numId w:val="12"/>
        </w:numPr>
        <w:tabs>
          <w:tab w:val="clear" w:pos="709"/>
          <w:tab w:val="left" w:pos="0"/>
        </w:tabs>
      </w:pPr>
      <w:r>
        <w:rPr>
          <w:b/>
        </w:rPr>
        <w:t>Technical Description (English):</w:t>
      </w:r>
      <w:r>
        <w:t xml:space="preserve"> "Documenting the baseline network reconnaissance using Nmap from Kali Linux targeting the </w:t>
      </w:r>
      <w:proofErr w:type="spellStart"/>
      <w:r>
        <w:t>pfSense</w:t>
      </w:r>
      <w:proofErr w:type="spellEnd"/>
      <w:r>
        <w:t xml:space="preserve"> gateway </w:t>
      </w:r>
      <w:r>
        <w:rPr>
          <w:rStyle w:val="SourceText"/>
        </w:rPr>
        <w:t>192.168.20.1</w:t>
      </w:r>
      <w:r>
        <w:t xml:space="preserve">. The scan confirms that DNS port </w:t>
      </w:r>
      <w:r>
        <w:rPr>
          <w:rStyle w:val="SourceText"/>
        </w:rPr>
        <w:t>53/</w:t>
      </w:r>
      <w:proofErr w:type="spellStart"/>
      <w:r>
        <w:rPr>
          <w:rStyle w:val="SourceText"/>
        </w:rPr>
        <w:t>tcp</w:t>
      </w:r>
      <w:proofErr w:type="spellEnd"/>
      <w:r>
        <w:t xml:space="preserve"> is currently 'open', establishing the initial network baseline required to verify active services prior to implementing restrictive firewall filtering rules and port blocking policies."</w:t>
      </w:r>
    </w:p>
    <w:p w:rsidR="00362A4E" w:rsidRDefault="0018226B">
      <w:pPr>
        <w:jc w:val="center"/>
      </w:pPr>
      <w:r>
        <w:rPr>
          <w:noProof/>
        </w:rPr>
        <w:drawing>
          <wp:anchor distT="0" distB="0" distL="0" distR="0" simplePos="0" relativeHeight="13" behindDoc="0" locked="0" layoutInCell="0" allowOverlap="1">
            <wp:simplePos x="0" y="0"/>
            <wp:positionH relativeFrom="column">
              <wp:align>center</wp:align>
            </wp:positionH>
            <wp:positionV relativeFrom="paragraph">
              <wp:posOffset>635</wp:posOffset>
            </wp:positionV>
            <wp:extent cx="5943600" cy="1816735"/>
            <wp:effectExtent l="0" t="0" r="0" b="0"/>
            <wp:wrapSquare wrapText="largest"/>
            <wp:docPr id="12"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pic:cNvPicPr>
                      <a:picLocks noChangeAspect="1" noChangeArrowheads="1"/>
                    </pic:cNvPicPr>
                  </pic:nvPicPr>
                  <pic:blipFill>
                    <a:blip r:embed="rId18"/>
                    <a:stretch>
                      <a:fillRect/>
                    </a:stretch>
                  </pic:blipFill>
                  <pic:spPr bwMode="auto">
                    <a:xfrm>
                      <a:off x="0" y="0"/>
                      <a:ext cx="5943600" cy="1816735"/>
                    </a:xfrm>
                    <a:prstGeom prst="rect">
                      <a:avLst/>
                    </a:prstGeom>
                  </pic:spPr>
                </pic:pic>
              </a:graphicData>
            </a:graphic>
          </wp:anchor>
        </w:drawing>
      </w:r>
      <w:r>
        <w:t>--------------------------------------------------------------</w:t>
      </w: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362A4E">
      <w:pPr>
        <w:jc w:val="center"/>
        <w:rPr>
          <w:b/>
        </w:rPr>
      </w:pPr>
    </w:p>
    <w:p w:rsidR="00362A4E" w:rsidRDefault="00362A4E">
      <w:pPr>
        <w:pStyle w:val="BodyText"/>
      </w:pPr>
    </w:p>
    <w:p w:rsidR="00362A4E" w:rsidRDefault="0018226B">
      <w:pPr>
        <w:pStyle w:val="Heading3"/>
        <w:spacing w:before="0" w:after="200"/>
        <w:jc w:val="center"/>
      </w:pPr>
      <w:r>
        <w:t xml:space="preserve">📌 </w:t>
      </w:r>
      <w:r>
        <w:rPr>
          <w:rtl/>
        </w:rPr>
        <w:t>الخطوة رقم (</w:t>
      </w:r>
      <w:r>
        <w:t>9</w:t>
      </w:r>
      <w:r>
        <w:rPr>
          <w:rtl/>
        </w:rPr>
        <w:t>): إنشاء قاعدة حظر حركة مرور الـ</w:t>
      </w:r>
      <w:r>
        <w:t xml:space="preserve"> DNS </w:t>
      </w:r>
      <w:r>
        <w:rPr>
          <w:rtl/>
        </w:rPr>
        <w:t>عبر واجهة الـ</w:t>
      </w:r>
      <w:r>
        <w:t xml:space="preserve"> </w:t>
      </w:r>
      <w:proofErr w:type="spellStart"/>
      <w:r>
        <w:t>WebGUI</w:t>
      </w:r>
      <w:proofErr w:type="spellEnd"/>
    </w:p>
    <w:p w:rsidR="00362A4E" w:rsidRDefault="0018226B">
      <w:pPr>
        <w:pStyle w:val="BodyText"/>
      </w:pPr>
      <w:r>
        <w:rPr>
          <w:i/>
        </w:rPr>
        <w:t xml:space="preserve">                         (</w:t>
      </w:r>
      <w:r>
        <w:rPr>
          <w:iCs/>
          <w:rtl/>
        </w:rPr>
        <w:t>هنا تضع الصورة التي أرسلتها لي باسم</w:t>
      </w:r>
      <w:r>
        <w:rPr>
          <w:iCs/>
        </w:rPr>
        <w:t xml:space="preserve"> </w:t>
      </w:r>
      <w:r>
        <w:rPr>
          <w:rStyle w:val="SourceText"/>
          <w:i/>
        </w:rPr>
        <w:t>block-dns-53.png</w:t>
      </w:r>
      <w:r>
        <w:rPr>
          <w:i/>
        </w:rPr>
        <w:t>)</w:t>
      </w:r>
    </w:p>
    <w:p w:rsidR="00362A4E" w:rsidRDefault="0018226B">
      <w:pPr>
        <w:pStyle w:val="BodyText"/>
        <w:numPr>
          <w:ilvl w:val="0"/>
          <w:numId w:val="13"/>
        </w:numPr>
        <w:tabs>
          <w:tab w:val="clear" w:pos="709"/>
          <w:tab w:val="left" w:pos="0"/>
        </w:tabs>
      </w:pPr>
      <w:r>
        <w:rPr>
          <w:bCs/>
          <w:rtl/>
        </w:rPr>
        <w:lastRenderedPageBreak/>
        <w:t xml:space="preserve">الوصف الفني </w:t>
      </w:r>
      <w:r>
        <w:rPr>
          <w:b/>
          <w:rtl/>
        </w:rPr>
        <w:t>(</w:t>
      </w:r>
      <w:r>
        <w:rPr>
          <w:bCs/>
          <w:rtl/>
        </w:rPr>
        <w:t>باللغة العربية</w:t>
      </w:r>
      <w:r>
        <w:rPr>
          <w:b/>
          <w:rtl/>
        </w:rPr>
        <w:t>):</w:t>
      </w:r>
      <w:r>
        <w:rPr>
          <w:rtl/>
        </w:rPr>
        <w:t xml:space="preserve"> "توثيق واجهة القواعد الأمنية</w:t>
      </w:r>
      <w:r>
        <w:t xml:space="preserve"> (Firewall Rules) </w:t>
      </w:r>
      <w:r>
        <w:rPr>
          <w:rtl/>
        </w:rPr>
        <w:t>لكرت الشبكة</w:t>
      </w:r>
      <w:r>
        <w:t xml:space="preserve"> LAN </w:t>
      </w:r>
      <w:r>
        <w:rPr>
          <w:rtl/>
        </w:rPr>
        <w:t>بعد إضافة قاعدة حظر</w:t>
      </w:r>
      <w:r>
        <w:t xml:space="preserve"> (Block Rule) </w:t>
      </w:r>
      <w:r>
        <w:rPr>
          <w:rtl/>
        </w:rPr>
        <w:t>صريحة لبروتوكولات</w:t>
      </w:r>
      <w:r>
        <w:t xml:space="preserve"> IPv4 TCP/UDP </w:t>
      </w:r>
      <w:r>
        <w:rPr>
          <w:rtl/>
        </w:rPr>
        <w:t>المتجهة إلى منفذ الـ</w:t>
      </w:r>
      <w:r>
        <w:t xml:space="preserve"> DNS (</w:t>
      </w:r>
      <w:r>
        <w:rPr>
          <w:rtl/>
        </w:rPr>
        <w:t xml:space="preserve">المنفذ </w:t>
      </w:r>
      <w:r>
        <w:t xml:space="preserve">53). </w:t>
      </w:r>
      <w:r>
        <w:rPr>
          <w:rtl/>
        </w:rPr>
        <w:t>تم ترتيب القاعدة لتكون في أعلى القائمة لضمان معالجتها وتطبيقها على الشبكة الداخلية فوراً</w:t>
      </w:r>
      <w:r>
        <w:t>."</w:t>
      </w:r>
    </w:p>
    <w:p w:rsidR="00362A4E" w:rsidRDefault="0018226B">
      <w:pPr>
        <w:pStyle w:val="BodyText"/>
        <w:numPr>
          <w:ilvl w:val="0"/>
          <w:numId w:val="13"/>
        </w:numPr>
        <w:tabs>
          <w:tab w:val="clear" w:pos="709"/>
          <w:tab w:val="left" w:pos="0"/>
        </w:tabs>
      </w:pPr>
      <w:r>
        <w:rPr>
          <w:b/>
        </w:rPr>
        <w:t>Technical Description (English):</w:t>
      </w:r>
      <w:r>
        <w:t xml:space="preserve"> "Documenting the Firewall Rules interface under the LAN tab after successfully adding an explicit Block Rule for IPv4 TCP/UDP traffic targeting the DNS service (Port 53). The rule is positioned at the top of the interface hierarchy to ensure immediate enforcement over the internal network."</w:t>
      </w:r>
    </w:p>
    <w:p w:rsidR="00362A4E" w:rsidRDefault="00362A4E">
      <w:pPr>
        <w:jc w:val="center"/>
      </w:pPr>
    </w:p>
    <w:p w:rsidR="00362A4E" w:rsidRDefault="0018226B">
      <w:pPr>
        <w:jc w:val="center"/>
      </w:pPr>
      <w:r>
        <w:rPr>
          <w:noProof/>
        </w:rPr>
        <w:drawing>
          <wp:anchor distT="0" distB="0" distL="0" distR="0" simplePos="0" relativeHeight="14" behindDoc="0" locked="0" layoutInCell="0" allowOverlap="1">
            <wp:simplePos x="0" y="0"/>
            <wp:positionH relativeFrom="column">
              <wp:align>center</wp:align>
            </wp:positionH>
            <wp:positionV relativeFrom="paragraph">
              <wp:posOffset>635</wp:posOffset>
            </wp:positionV>
            <wp:extent cx="5943600" cy="3822700"/>
            <wp:effectExtent l="0" t="0" r="0" b="0"/>
            <wp:wrapSquare wrapText="largest"/>
            <wp:docPr id="13"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pic:cNvPicPr>
                      <a:picLocks noChangeAspect="1" noChangeArrowheads="1"/>
                    </pic:cNvPicPr>
                  </pic:nvPicPr>
                  <pic:blipFill>
                    <a:blip r:embed="rId19"/>
                    <a:stretch>
                      <a:fillRect/>
                    </a:stretch>
                  </pic:blipFill>
                  <pic:spPr bwMode="auto">
                    <a:xfrm>
                      <a:off x="0" y="0"/>
                      <a:ext cx="5943600" cy="3822700"/>
                    </a:xfrm>
                    <a:prstGeom prst="rect">
                      <a:avLst/>
                    </a:prstGeom>
                  </pic:spPr>
                </pic:pic>
              </a:graphicData>
            </a:graphic>
          </wp:anchor>
        </w:drawing>
      </w:r>
      <w:r>
        <w:t>---------------------------------------------------------------</w:t>
      </w:r>
    </w:p>
    <w:p w:rsidR="00362A4E" w:rsidRDefault="00362A4E">
      <w:pPr>
        <w:jc w:val="center"/>
      </w:pPr>
    </w:p>
    <w:p w:rsidR="00362A4E" w:rsidRDefault="0018226B">
      <w:pPr>
        <w:pStyle w:val="Heading3"/>
        <w:spacing w:before="0" w:after="200"/>
        <w:jc w:val="center"/>
      </w:pPr>
      <w:r>
        <w:t xml:space="preserve">📌 </w:t>
      </w:r>
      <w:r>
        <w:rPr>
          <w:rtl/>
        </w:rPr>
        <w:t>الخطوة رقم (</w:t>
      </w:r>
      <w:r>
        <w:t>10</w:t>
      </w:r>
      <w:r>
        <w:rPr>
          <w:rtl/>
        </w:rPr>
        <w:t>): التحقق من فاعلية جدار الحماية بعد الحظر</w:t>
      </w:r>
      <w:r>
        <w:t xml:space="preserve"> (Firewall Enforcement Verification)</w:t>
      </w:r>
    </w:p>
    <w:p w:rsidR="00362A4E" w:rsidRDefault="0018226B">
      <w:pPr>
        <w:pStyle w:val="BodyText"/>
      </w:pPr>
      <w:r>
        <w:rPr>
          <w:i/>
        </w:rPr>
        <w:t>(</w:t>
      </w:r>
      <w:r>
        <w:rPr>
          <w:iCs/>
          <w:rtl/>
        </w:rPr>
        <w:t>هنا تضع الصورة الأخيرة التي أرسلتها لي باسم</w:t>
      </w:r>
      <w:r>
        <w:rPr>
          <w:iCs/>
        </w:rPr>
        <w:t xml:space="preserve"> </w:t>
      </w:r>
      <w:r>
        <w:rPr>
          <w:rStyle w:val="SourceText"/>
          <w:i/>
        </w:rPr>
        <w:t>nmap-block-dns-53.png</w:t>
      </w:r>
      <w:r>
        <w:rPr>
          <w:i/>
        </w:rPr>
        <w:t>)</w:t>
      </w:r>
    </w:p>
    <w:p w:rsidR="00362A4E" w:rsidRDefault="0018226B">
      <w:pPr>
        <w:pStyle w:val="BodyText"/>
        <w:numPr>
          <w:ilvl w:val="0"/>
          <w:numId w:val="14"/>
        </w:numPr>
        <w:tabs>
          <w:tab w:val="clear" w:pos="709"/>
          <w:tab w:val="left" w:pos="0"/>
        </w:tabs>
      </w:pPr>
      <w:r>
        <w:rPr>
          <w:bCs/>
          <w:rtl/>
        </w:rPr>
        <w:t xml:space="preserve">الوصف الفني </w:t>
      </w:r>
      <w:r>
        <w:rPr>
          <w:b/>
          <w:rtl/>
        </w:rPr>
        <w:t>(</w:t>
      </w:r>
      <w:r>
        <w:rPr>
          <w:bCs/>
          <w:rtl/>
        </w:rPr>
        <w:t>باللغة العربية</w:t>
      </w:r>
      <w:r>
        <w:rPr>
          <w:b/>
          <w:rtl/>
        </w:rPr>
        <w:t>):</w:t>
      </w:r>
      <w:r>
        <w:rPr>
          <w:rtl/>
        </w:rPr>
        <w:t xml:space="preserve"> "توثيق الفحص الأمني النهائي باستخدام أداة</w:t>
      </w:r>
      <w:r>
        <w:t xml:space="preserve"> Nmap </w:t>
      </w:r>
      <w:r>
        <w:rPr>
          <w:rtl/>
        </w:rPr>
        <w:t>بعد تفعيل سياسة الحظر. تظهر النتيجة الحاسمة تحول حالة منفذ الـ</w:t>
      </w:r>
      <w:r>
        <w:t xml:space="preserve"> DNS </w:t>
      </w:r>
      <w:r>
        <w:rPr>
          <w:rtl/>
        </w:rPr>
        <w:t xml:space="preserve">رقم </w:t>
      </w:r>
      <w:r>
        <w:rPr>
          <w:rStyle w:val="SourceText"/>
        </w:rPr>
        <w:t>53/</w:t>
      </w:r>
      <w:proofErr w:type="spellStart"/>
      <w:r>
        <w:rPr>
          <w:rStyle w:val="SourceText"/>
        </w:rPr>
        <w:t>tcp</w:t>
      </w:r>
      <w:proofErr w:type="spellEnd"/>
      <w:r>
        <w:t xml:space="preserve"> </w:t>
      </w:r>
      <w:r>
        <w:rPr>
          <w:rtl/>
        </w:rPr>
        <w:t>من حالة المفتوح إلى حالة مفلتر/محجوب</w:t>
      </w:r>
      <w:r>
        <w:t xml:space="preserve"> (</w:t>
      </w:r>
      <w:r>
        <w:rPr>
          <w:rStyle w:val="SourceText"/>
        </w:rPr>
        <w:t>filtered</w:t>
      </w:r>
      <w:r>
        <w:t xml:space="preserve">)، </w:t>
      </w:r>
      <w:r>
        <w:rPr>
          <w:rtl/>
        </w:rPr>
        <w:t>مما يثبت هندسياً نجاح جدار الحماية</w:t>
      </w:r>
      <w:r>
        <w:t xml:space="preserve"> </w:t>
      </w:r>
      <w:proofErr w:type="spellStart"/>
      <w:r>
        <w:t>pfSense</w:t>
      </w:r>
      <w:proofErr w:type="spellEnd"/>
      <w:r>
        <w:t xml:space="preserve"> </w:t>
      </w:r>
      <w:r>
        <w:rPr>
          <w:rtl/>
        </w:rPr>
        <w:t>في اعتراض الحزم الموجهة إليه وحظرها تماماً</w:t>
      </w:r>
      <w:r>
        <w:t>."</w:t>
      </w:r>
    </w:p>
    <w:p w:rsidR="00362A4E" w:rsidRDefault="0018226B">
      <w:pPr>
        <w:pStyle w:val="BodyText"/>
        <w:numPr>
          <w:ilvl w:val="0"/>
          <w:numId w:val="14"/>
        </w:numPr>
        <w:tabs>
          <w:tab w:val="clear" w:pos="709"/>
          <w:tab w:val="left" w:pos="0"/>
        </w:tabs>
      </w:pPr>
      <w:r>
        <w:rPr>
          <w:b/>
        </w:rPr>
        <w:t>Technical Description (English):</w:t>
      </w:r>
      <w:r>
        <w:t xml:space="preserve"> "Documenting the final security validation scan using Nmap after activating the firewall ruleset. The conclusive output demonstrates that the DNS port </w:t>
      </w:r>
      <w:r>
        <w:rPr>
          <w:rStyle w:val="SourceText"/>
        </w:rPr>
        <w:t>53/</w:t>
      </w:r>
      <w:proofErr w:type="spellStart"/>
      <w:r>
        <w:rPr>
          <w:rStyle w:val="SourceText"/>
        </w:rPr>
        <w:t>tcp</w:t>
      </w:r>
      <w:proofErr w:type="spellEnd"/>
      <w:r>
        <w:t xml:space="preserve"> status has successfully transitioned to </w:t>
      </w:r>
      <w:r>
        <w:rPr>
          <w:rStyle w:val="SourceText"/>
        </w:rPr>
        <w:t>filtered</w:t>
      </w:r>
      <w:r>
        <w:t xml:space="preserve">, providing technical </w:t>
      </w:r>
      <w:r>
        <w:lastRenderedPageBreak/>
        <w:t xml:space="preserve">confirmation that the </w:t>
      </w:r>
      <w:proofErr w:type="spellStart"/>
      <w:r>
        <w:t>pfSense</w:t>
      </w:r>
      <w:proofErr w:type="spellEnd"/>
      <w:r>
        <w:t xml:space="preserve"> firewall is actively intercepting and blocking unauthorized traffic."</w:t>
      </w:r>
    </w:p>
    <w:p w:rsidR="00362A4E" w:rsidRDefault="0018226B">
      <w:pPr>
        <w:jc w:val="center"/>
      </w:pPr>
      <w:r>
        <w:rPr>
          <w:noProof/>
        </w:rPr>
        <w:drawing>
          <wp:anchor distT="0" distB="0" distL="0" distR="0" simplePos="0" relativeHeight="15" behindDoc="0" locked="0" layoutInCell="0" allowOverlap="1">
            <wp:simplePos x="0" y="0"/>
            <wp:positionH relativeFrom="column">
              <wp:align>center</wp:align>
            </wp:positionH>
            <wp:positionV relativeFrom="paragraph">
              <wp:posOffset>635</wp:posOffset>
            </wp:positionV>
            <wp:extent cx="5943600" cy="2345690"/>
            <wp:effectExtent l="0" t="0" r="0" b="0"/>
            <wp:wrapSquare wrapText="largest"/>
            <wp:docPr id="14"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pic:cNvPicPr>
                      <a:picLocks noChangeAspect="1" noChangeArrowheads="1"/>
                    </pic:cNvPicPr>
                  </pic:nvPicPr>
                  <pic:blipFill>
                    <a:blip r:embed="rId20"/>
                    <a:stretch>
                      <a:fillRect/>
                    </a:stretch>
                  </pic:blipFill>
                  <pic:spPr bwMode="auto">
                    <a:xfrm>
                      <a:off x="0" y="0"/>
                      <a:ext cx="5943600" cy="2345690"/>
                    </a:xfrm>
                    <a:prstGeom prst="rect">
                      <a:avLst/>
                    </a:prstGeom>
                  </pic:spPr>
                </pic:pic>
              </a:graphicData>
            </a:graphic>
          </wp:anchor>
        </w:drawing>
      </w:r>
      <w:r>
        <w:t>-------------------------------------------------------------</w:t>
      </w:r>
    </w:p>
    <w:p w:rsidR="00362A4E" w:rsidRDefault="00362A4E">
      <w:pPr>
        <w:jc w:val="center"/>
      </w:pPr>
    </w:p>
    <w:p w:rsidR="00362A4E" w:rsidRDefault="00362A4E">
      <w:pPr>
        <w:jc w:val="center"/>
      </w:pPr>
    </w:p>
    <w:p w:rsidR="00362A4E" w:rsidRDefault="00362A4E">
      <w:pPr>
        <w:jc w:val="center"/>
      </w:pPr>
    </w:p>
    <w:p w:rsidR="00362A4E" w:rsidRDefault="00362A4E">
      <w:pPr>
        <w:jc w:val="center"/>
      </w:pPr>
    </w:p>
    <w:p w:rsidR="00362A4E" w:rsidRDefault="0018226B">
      <w:pPr>
        <w:pStyle w:val="BodyText"/>
        <w:spacing w:after="200"/>
        <w:jc w:val="center"/>
        <w:rPr>
          <w:b/>
          <w:bCs/>
          <w:color w:val="3465A4"/>
        </w:rPr>
      </w:pPr>
      <w:r>
        <w:rPr>
          <w:b/>
          <w:bCs/>
          <w:color w:val="3465A4"/>
        </w:rPr>
        <w:t>: "</w:t>
      </w:r>
      <w:r>
        <w:rPr>
          <w:b/>
          <w:bCs/>
          <w:color w:val="3465A4"/>
          <w:rtl/>
        </w:rPr>
        <w:t>منهجية الإدارة الآمنة والمركزية لجدار الحماية</w:t>
      </w:r>
      <w:r>
        <w:rPr>
          <w:b/>
          <w:bCs/>
          <w:color w:val="3465A4"/>
        </w:rPr>
        <w:t xml:space="preserve"> </w:t>
      </w:r>
    </w:p>
    <w:p w:rsidR="00362A4E" w:rsidRDefault="0018226B">
      <w:pPr>
        <w:pStyle w:val="BodyText"/>
        <w:spacing w:after="200"/>
        <w:jc w:val="center"/>
        <w:rPr>
          <w:b/>
          <w:bCs/>
          <w:color w:val="3465A4"/>
        </w:rPr>
      </w:pPr>
      <w:r>
        <w:rPr>
          <w:b/>
          <w:bCs/>
          <w:color w:val="3465A4"/>
        </w:rPr>
        <w:t>(Centralized Security Management)"</w:t>
      </w:r>
    </w:p>
    <w:p w:rsidR="00362A4E" w:rsidRDefault="0018226B">
      <w:pPr>
        <w:pStyle w:val="BodyText"/>
        <w:numPr>
          <w:ilvl w:val="0"/>
          <w:numId w:val="15"/>
        </w:numPr>
        <w:tabs>
          <w:tab w:val="clear" w:pos="720"/>
          <w:tab w:val="left" w:pos="0"/>
        </w:tabs>
      </w:pPr>
      <w:r>
        <w:rPr>
          <w:bCs/>
          <w:rtl/>
        </w:rPr>
        <w:t>الشرح</w:t>
      </w:r>
      <w:r>
        <w:rPr>
          <w:b/>
          <w:rtl/>
        </w:rPr>
        <w:t>:</w:t>
      </w:r>
      <w:r>
        <w:rPr>
          <w:rtl/>
        </w:rPr>
        <w:t xml:space="preserve"> "لتطبيق معايير الأمن </w:t>
      </w:r>
      <w:proofErr w:type="spellStart"/>
      <w:r>
        <w:rPr>
          <w:rtl/>
        </w:rPr>
        <w:t>السيبراني</w:t>
      </w:r>
      <w:proofErr w:type="spellEnd"/>
      <w:r>
        <w:rPr>
          <w:rtl/>
        </w:rPr>
        <w:t xml:space="preserve"> للمنشآت وتقليل استهلاك موارد الأجهزة، تم اعتماد طريقة الإدارة المركزية الآمنة. حيث يتم تشغيل واجهة جدار الحماية</w:t>
      </w:r>
      <w:r>
        <w:t xml:space="preserve"> </w:t>
      </w:r>
      <w:proofErr w:type="spellStart"/>
      <w:r>
        <w:t>pfSense</w:t>
      </w:r>
      <w:proofErr w:type="spellEnd"/>
      <w:r>
        <w:t xml:space="preserve"> </w:t>
      </w:r>
      <w:r>
        <w:rPr>
          <w:rtl/>
        </w:rPr>
        <w:t>بشكل صامت في الخلفية</w:t>
      </w:r>
      <w:r>
        <w:t xml:space="preserve"> (Headless Mode)، </w:t>
      </w:r>
      <w:r>
        <w:rPr>
          <w:rtl/>
        </w:rPr>
        <w:t>ويتم الدخول إلى لوحة التحكم الرسومية</w:t>
      </w:r>
      <w:r>
        <w:t xml:space="preserve"> (</w:t>
      </w:r>
      <w:proofErr w:type="spellStart"/>
      <w:r>
        <w:t>WebGUI</w:t>
      </w:r>
      <w:proofErr w:type="spellEnd"/>
      <w:r>
        <w:t xml:space="preserve">) </w:t>
      </w:r>
      <w:r>
        <w:rPr>
          <w:rtl/>
        </w:rPr>
        <w:t>حصرياً من داخل خادم البيئة الداخلية المؤمنة</w:t>
      </w:r>
      <w:r>
        <w:t xml:space="preserve"> </w:t>
      </w:r>
      <w:r>
        <w:rPr>
          <w:b/>
        </w:rPr>
        <w:t>Windows Server</w:t>
      </w:r>
      <w:r>
        <w:t xml:space="preserve"> </w:t>
      </w:r>
      <w:r>
        <w:rPr>
          <w:rtl/>
        </w:rPr>
        <w:t xml:space="preserve">عبر النطاق المحلي </w:t>
      </w:r>
      <w:r>
        <w:rPr>
          <w:rStyle w:val="SourceText"/>
        </w:rPr>
        <w:t>192.168.20.1</w:t>
      </w:r>
      <w:r>
        <w:rPr>
          <w:rtl/>
        </w:rPr>
        <w:t>. هذا يضمن منع أي اتصالات خارجية غير مصرح بها بصفحة الإدارة الحساسة</w:t>
      </w:r>
      <w:r>
        <w:t>."</w:t>
      </w:r>
    </w:p>
    <w:p w:rsidR="00362A4E" w:rsidRDefault="00362A4E">
      <w:pPr>
        <w:pStyle w:val="BodyText"/>
      </w:pPr>
    </w:p>
    <w:p w:rsidR="00362A4E" w:rsidRDefault="0018226B">
      <w:pPr>
        <w:pStyle w:val="BodyText"/>
      </w:pPr>
      <w:r>
        <w:rPr>
          <w:noProof/>
        </w:rPr>
        <w:drawing>
          <wp:anchor distT="0" distB="0" distL="0" distR="0" simplePos="0" relativeHeight="16" behindDoc="0" locked="0" layoutInCell="0" allowOverlap="1">
            <wp:simplePos x="0" y="0"/>
            <wp:positionH relativeFrom="column">
              <wp:align>center</wp:align>
            </wp:positionH>
            <wp:positionV relativeFrom="paragraph">
              <wp:posOffset>635</wp:posOffset>
            </wp:positionV>
            <wp:extent cx="4895850" cy="838200"/>
            <wp:effectExtent l="0" t="0" r="0" b="0"/>
            <wp:wrapSquare wrapText="largest"/>
            <wp:docPr id="15"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pic:cNvPicPr>
                      <a:picLocks noChangeAspect="1" noChangeArrowheads="1"/>
                    </pic:cNvPicPr>
                  </pic:nvPicPr>
                  <pic:blipFill>
                    <a:blip r:embed="rId21"/>
                    <a:stretch>
                      <a:fillRect/>
                    </a:stretch>
                  </pic:blipFill>
                  <pic:spPr bwMode="auto">
                    <a:xfrm>
                      <a:off x="0" y="0"/>
                      <a:ext cx="4895850" cy="838200"/>
                    </a:xfrm>
                    <a:prstGeom prst="rect">
                      <a:avLst/>
                    </a:prstGeom>
                  </pic:spPr>
                </pic:pic>
              </a:graphicData>
            </a:graphic>
          </wp:anchor>
        </w:drawing>
      </w:r>
    </w:p>
    <w:p w:rsidR="00362A4E" w:rsidRDefault="00362A4E">
      <w:pPr>
        <w:pStyle w:val="BodyText"/>
      </w:pPr>
    </w:p>
    <w:p w:rsidR="00362A4E" w:rsidRDefault="00362A4E">
      <w:pPr>
        <w:pStyle w:val="BodyText"/>
      </w:pPr>
    </w:p>
    <w:p w:rsidR="00362A4E" w:rsidRDefault="00362A4E">
      <w:pPr>
        <w:pStyle w:val="BodyText"/>
      </w:pPr>
    </w:p>
    <w:p w:rsidR="00362A4E" w:rsidRDefault="0018226B">
      <w:pPr>
        <w:pStyle w:val="BodyText"/>
      </w:pPr>
      <w:r>
        <w:t xml:space="preserve">                              ------------------------------------------------------------------------------------------------</w:t>
      </w: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18226B">
      <w:pPr>
        <w:pStyle w:val="Heading3"/>
        <w:spacing w:before="0" w:after="120"/>
      </w:pPr>
      <w:r>
        <w:t xml:space="preserve">📌 </w:t>
      </w:r>
      <w:r>
        <w:rPr>
          <w:rtl/>
        </w:rPr>
        <w:t>الخطوة رقم (</w:t>
      </w:r>
      <w:r>
        <w:t>11</w:t>
      </w:r>
      <w:r>
        <w:rPr>
          <w:rtl/>
        </w:rPr>
        <w:t>): تثبيت خدمات نطاق الدليل النشط</w:t>
      </w:r>
      <w:r>
        <w:t xml:space="preserve"> </w:t>
      </w:r>
    </w:p>
    <w:p w:rsidR="00362A4E" w:rsidRDefault="0018226B">
      <w:pPr>
        <w:pStyle w:val="Heading3"/>
        <w:spacing w:before="0" w:after="120"/>
      </w:pPr>
      <w:r>
        <w:t>(Active Directory Domain Services)</w:t>
      </w:r>
    </w:p>
    <w:p w:rsidR="00362A4E" w:rsidRDefault="0018226B">
      <w:pPr>
        <w:pStyle w:val="BodyText"/>
      </w:pPr>
      <w:r>
        <w:rPr>
          <w:bCs/>
          <w:rtl/>
        </w:rPr>
        <w:t xml:space="preserve">الوصف الفني </w:t>
      </w:r>
      <w:r>
        <w:rPr>
          <w:b/>
          <w:rtl/>
        </w:rPr>
        <w:t>(</w:t>
      </w:r>
      <w:r>
        <w:rPr>
          <w:bCs/>
          <w:rtl/>
        </w:rPr>
        <w:t>بالعربية</w:t>
      </w:r>
      <w:r>
        <w:rPr>
          <w:b/>
          <w:rtl/>
        </w:rPr>
        <w:t>):</w:t>
      </w:r>
      <w:r>
        <w:rPr>
          <w:rtl/>
        </w:rPr>
        <w:t xml:space="preserve"> "توثيق مرحلة التثبيت الناجح لخدمات نطاق الدليل النشط</w:t>
      </w:r>
      <w:r>
        <w:t xml:space="preserve"> (AD DS) </w:t>
      </w:r>
      <w:r>
        <w:rPr>
          <w:rtl/>
        </w:rPr>
        <w:t>على نظام</w:t>
      </w:r>
      <w:r>
        <w:t xml:space="preserve"> Windows Server 2022. </w:t>
      </w:r>
      <w:r>
        <w:rPr>
          <w:rtl/>
        </w:rPr>
        <w:t>تم استخدام واجهة الـ</w:t>
      </w:r>
      <w:r>
        <w:t xml:space="preserve"> PowerShell </w:t>
      </w:r>
      <w:r>
        <w:rPr>
          <w:rtl/>
        </w:rPr>
        <w:t xml:space="preserve">لتنفيذ أمر التثبيت مباشرة، حيث تأكد النظام من سلامة حزم التثبيت ونجح في تفعيل الميزة بنسبة </w:t>
      </w:r>
      <w:r>
        <w:t xml:space="preserve">100% (Success: True). </w:t>
      </w:r>
      <w:r>
        <w:rPr>
          <w:rtl/>
        </w:rPr>
        <w:t>هذه الخطوة تعد الركيزة الأساسية لإدارة الهوية والوصول داخل الشبكة المعزولة</w:t>
      </w:r>
      <w:r>
        <w:t>."</w:t>
      </w:r>
    </w:p>
    <w:p w:rsidR="00362A4E" w:rsidRDefault="0018226B">
      <w:pPr>
        <w:pStyle w:val="BodyText"/>
      </w:pPr>
      <w:r>
        <w:rPr>
          <w:b/>
        </w:rPr>
        <w:t>Technical Description (English):</w:t>
      </w:r>
      <w:r>
        <w:t xml:space="preserve"> "Documenting the successful installation of Active Directory Domain Services (AD DS) on the Windows Server 2022 instance. By utilizing the PowerShell interface, the installation command was executed flawlessly, confirming system package integrity and achieving a 100% success rate (Success: True). This milestone establishes the fundamental backbone for centralized identity and access management within the isolated lab network environment."</w:t>
      </w:r>
    </w:p>
    <w:p w:rsidR="00362A4E" w:rsidRDefault="00362A4E">
      <w:pPr>
        <w:pStyle w:val="BodyText"/>
        <w:rPr>
          <w:b/>
        </w:rPr>
      </w:pPr>
    </w:p>
    <w:p w:rsidR="00362A4E" w:rsidRDefault="00362A4E">
      <w:pPr>
        <w:pStyle w:val="BodyText"/>
      </w:pPr>
    </w:p>
    <w:p w:rsidR="00362A4E" w:rsidRDefault="0018226B">
      <w:pPr>
        <w:pStyle w:val="BodyText"/>
      </w:pPr>
      <w:r>
        <w:rPr>
          <w:noProof/>
        </w:rPr>
        <w:lastRenderedPageBreak/>
        <w:drawing>
          <wp:anchor distT="0" distB="0" distL="0" distR="0" simplePos="0" relativeHeight="17" behindDoc="0" locked="0" layoutInCell="0" allowOverlap="1">
            <wp:simplePos x="0" y="0"/>
            <wp:positionH relativeFrom="column">
              <wp:align>center</wp:align>
            </wp:positionH>
            <wp:positionV relativeFrom="paragraph">
              <wp:posOffset>635</wp:posOffset>
            </wp:positionV>
            <wp:extent cx="5943600" cy="4378325"/>
            <wp:effectExtent l="0" t="0" r="0" b="0"/>
            <wp:wrapSquare wrapText="largest"/>
            <wp:docPr id="16"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pic:cNvPicPr>
                      <a:picLocks noChangeAspect="1" noChangeArrowheads="1"/>
                    </pic:cNvPicPr>
                  </pic:nvPicPr>
                  <pic:blipFill>
                    <a:blip r:embed="rId22"/>
                    <a:stretch>
                      <a:fillRect/>
                    </a:stretch>
                  </pic:blipFill>
                  <pic:spPr bwMode="auto">
                    <a:xfrm>
                      <a:off x="0" y="0"/>
                      <a:ext cx="5943600" cy="4378325"/>
                    </a:xfrm>
                    <a:prstGeom prst="rect">
                      <a:avLst/>
                    </a:prstGeom>
                  </pic:spPr>
                </pic:pic>
              </a:graphicData>
            </a:graphic>
          </wp:anchor>
        </w:drawing>
      </w:r>
    </w:p>
    <w:p w:rsidR="00362A4E" w:rsidRDefault="00362A4E">
      <w:pPr>
        <w:pStyle w:val="BodyText"/>
      </w:pPr>
    </w:p>
    <w:p w:rsidR="00362A4E" w:rsidRDefault="0018226B">
      <w:pPr>
        <w:pStyle w:val="BodyText"/>
      </w:pPr>
      <w:r>
        <w:t xml:space="preserve">                                 ---------------------------------------------------------------------------------</w:t>
      </w:r>
    </w:p>
    <w:p w:rsidR="00362A4E" w:rsidRDefault="00362A4E">
      <w:pPr>
        <w:pStyle w:val="BodyText"/>
      </w:pPr>
    </w:p>
    <w:p w:rsidR="00362A4E" w:rsidRDefault="0018226B">
      <w:pPr>
        <w:pStyle w:val="Heading3"/>
        <w:spacing w:before="0" w:after="120"/>
      </w:pPr>
      <w:r>
        <w:t xml:space="preserve">📌 </w:t>
      </w:r>
      <w:r>
        <w:rPr>
          <w:rtl/>
        </w:rPr>
        <w:t>الخطوة رقم (</w:t>
      </w:r>
      <w:r>
        <w:t>12</w:t>
      </w:r>
      <w:r>
        <w:rPr>
          <w:rtl/>
        </w:rPr>
        <w:t>): ترقية الخادم ليصبح متحكم نطاق</w:t>
      </w:r>
      <w:r>
        <w:t xml:space="preserve"> </w:t>
      </w:r>
    </w:p>
    <w:p w:rsidR="00362A4E" w:rsidRDefault="0018226B">
      <w:pPr>
        <w:pStyle w:val="Heading3"/>
        <w:spacing w:before="0" w:after="120"/>
      </w:pPr>
      <w:r>
        <w:t>(Domain Controller Promotion)</w:t>
      </w:r>
    </w:p>
    <w:p w:rsidR="00362A4E" w:rsidRDefault="0018226B">
      <w:pPr>
        <w:pStyle w:val="BodyText"/>
      </w:pPr>
      <w:r>
        <w:rPr>
          <w:bCs/>
          <w:rtl/>
        </w:rPr>
        <w:t xml:space="preserve">الوصف الفني </w:t>
      </w:r>
      <w:r>
        <w:rPr>
          <w:b/>
          <w:rtl/>
        </w:rPr>
        <w:t>(</w:t>
      </w:r>
      <w:r>
        <w:rPr>
          <w:bCs/>
          <w:rtl/>
        </w:rPr>
        <w:t>بالعربية</w:t>
      </w:r>
      <w:r>
        <w:rPr>
          <w:b/>
          <w:rtl/>
        </w:rPr>
        <w:t>):</w:t>
      </w:r>
      <w:r>
        <w:rPr>
          <w:rtl/>
        </w:rPr>
        <w:t xml:space="preserve"> "توثيق بدء عملية الترقية</w:t>
      </w:r>
      <w:r>
        <w:t xml:space="preserve"> (Promotion) </w:t>
      </w:r>
      <w:r>
        <w:rPr>
          <w:rtl/>
        </w:rPr>
        <w:t>لتحويل الخادم من سيرفر عادي إلى</w:t>
      </w:r>
      <w:r>
        <w:t xml:space="preserve"> Domain Controller </w:t>
      </w:r>
      <w:r>
        <w:rPr>
          <w:rtl/>
        </w:rPr>
        <w:t>يقوم بإدارة الـ</w:t>
      </w:r>
      <w:r>
        <w:t xml:space="preserve"> DNS </w:t>
      </w:r>
      <w:r>
        <w:rPr>
          <w:rtl/>
        </w:rPr>
        <w:t>وخدمات النطاق. تم إدخال كلمة مرور وضع الإصلاح</w:t>
      </w:r>
      <w:r>
        <w:t xml:space="preserve"> (</w:t>
      </w:r>
      <w:proofErr w:type="spellStart"/>
      <w:r>
        <w:t>SafeMode</w:t>
      </w:r>
      <w:proofErr w:type="spellEnd"/>
      <w:r>
        <w:t xml:space="preserve">) </w:t>
      </w:r>
      <w:r>
        <w:rPr>
          <w:rtl/>
        </w:rPr>
        <w:t>وتأكيد إعدادات الغابة</w:t>
      </w:r>
      <w:r>
        <w:t xml:space="preserve"> (Forest)، </w:t>
      </w:r>
      <w:r>
        <w:rPr>
          <w:rtl/>
        </w:rPr>
        <w:t>مما يمهد الطريق لجعل هذا الخادم المرجع الأمني الأول لجميع الأجهزة داخل الشبكة</w:t>
      </w:r>
      <w:r>
        <w:t>."</w:t>
      </w:r>
    </w:p>
    <w:p w:rsidR="00362A4E" w:rsidRDefault="0018226B">
      <w:pPr>
        <w:pStyle w:val="BodyText"/>
      </w:pPr>
      <w:r>
        <w:rPr>
          <w:b/>
        </w:rPr>
        <w:t>Technical Description (English):</w:t>
      </w:r>
      <w:r>
        <w:t xml:space="preserve"> "Documenting the initiation of the promotion process to elevate the server to a Domain Controller responsible for DNS and domain services. The </w:t>
      </w:r>
      <w:proofErr w:type="spellStart"/>
      <w:r>
        <w:t>SafeMode</w:t>
      </w:r>
      <w:proofErr w:type="spellEnd"/>
      <w:r>
        <w:t xml:space="preserve"> Administrator password was defined, and the forest configuration was validated, setting the stage for this server to become the primary security authority for all devices within the network</w:t>
      </w:r>
    </w:p>
    <w:p w:rsidR="00362A4E" w:rsidRDefault="00362A4E">
      <w:pPr>
        <w:pStyle w:val="BodyText"/>
      </w:pPr>
    </w:p>
    <w:p w:rsidR="00362A4E" w:rsidRDefault="00362A4E">
      <w:pPr>
        <w:pStyle w:val="BodyText"/>
      </w:pPr>
    </w:p>
    <w:p w:rsidR="00362A4E" w:rsidRDefault="0018226B">
      <w:pPr>
        <w:pStyle w:val="BodyText"/>
      </w:pPr>
      <w:r>
        <w:rPr>
          <w:noProof/>
        </w:rPr>
        <w:lastRenderedPageBreak/>
        <w:drawing>
          <wp:anchor distT="0" distB="0" distL="0" distR="0" simplePos="0" relativeHeight="18" behindDoc="0" locked="0" layoutInCell="0" allowOverlap="1">
            <wp:simplePos x="0" y="0"/>
            <wp:positionH relativeFrom="column">
              <wp:align>center</wp:align>
            </wp:positionH>
            <wp:positionV relativeFrom="paragraph">
              <wp:posOffset>635</wp:posOffset>
            </wp:positionV>
            <wp:extent cx="5943600" cy="3843655"/>
            <wp:effectExtent l="0" t="0" r="0" b="0"/>
            <wp:wrapSquare wrapText="largest"/>
            <wp:docPr id="17"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pic:cNvPicPr>
                      <a:picLocks noChangeAspect="1" noChangeArrowheads="1"/>
                    </pic:cNvPicPr>
                  </pic:nvPicPr>
                  <pic:blipFill>
                    <a:blip r:embed="rId23"/>
                    <a:stretch>
                      <a:fillRect/>
                    </a:stretch>
                  </pic:blipFill>
                  <pic:spPr bwMode="auto">
                    <a:xfrm>
                      <a:off x="0" y="0"/>
                      <a:ext cx="5943600" cy="3843655"/>
                    </a:xfrm>
                    <a:prstGeom prst="rect">
                      <a:avLst/>
                    </a:prstGeom>
                  </pic:spPr>
                </pic:pic>
              </a:graphicData>
            </a:graphic>
          </wp:anchor>
        </w:drawing>
      </w:r>
    </w:p>
    <w:p w:rsidR="00362A4E" w:rsidRDefault="0018226B" w:rsidP="001A4CF5">
      <w:pPr>
        <w:pStyle w:val="BodyText"/>
      </w:pPr>
      <w:r>
        <w:t xml:space="preserve">                                                                       </w:t>
      </w:r>
    </w:p>
    <w:p w:rsidR="00362A4E" w:rsidRDefault="0018226B">
      <w:pPr>
        <w:pStyle w:val="BodyText"/>
      </w:pPr>
      <w:r>
        <w:t xml:space="preserve">                                           ------------------------------------------------------------------------</w:t>
      </w:r>
    </w:p>
    <w:p w:rsidR="00362A4E" w:rsidRDefault="00362A4E">
      <w:pPr>
        <w:pStyle w:val="BodyText"/>
      </w:pPr>
    </w:p>
    <w:p w:rsidR="00362A4E" w:rsidRDefault="00362A4E">
      <w:pPr>
        <w:pStyle w:val="BodyText"/>
      </w:pPr>
    </w:p>
    <w:p w:rsidR="00362A4E" w:rsidRDefault="00362A4E">
      <w:pPr>
        <w:pStyle w:val="BodyText"/>
      </w:pPr>
    </w:p>
    <w:p w:rsidR="00B9110E" w:rsidRPr="00B9110E" w:rsidRDefault="00B9110E" w:rsidP="00B9110E">
      <w:pPr>
        <w:pStyle w:val="BodyText"/>
        <w:jc w:val="center"/>
      </w:pPr>
      <w:r w:rsidRPr="00B9110E">
        <w:rPr>
          <w:rFonts w:ascii="Segoe UI Emoji" w:hAnsi="Segoe UI Emoji" w:cs="Segoe UI Emoji"/>
        </w:rPr>
        <w:t>🎯</w:t>
      </w:r>
      <w:r w:rsidRPr="00B9110E">
        <w:t xml:space="preserve"> </w:t>
      </w:r>
      <w:r w:rsidRPr="00B9110E">
        <w:rPr>
          <w:rFonts w:ascii="Times New Roman" w:hAnsi="Times New Roman" w:cs="Times New Roman" w:hint="cs"/>
          <w:rtl/>
        </w:rPr>
        <w:t>الخطوة</w:t>
      </w:r>
      <w:r w:rsidRPr="00B9110E">
        <w:rPr>
          <w:rtl/>
        </w:rPr>
        <w:t xml:space="preserve"> </w:t>
      </w:r>
      <w:r w:rsidRPr="00B9110E">
        <w:rPr>
          <w:rFonts w:ascii="Times New Roman" w:hAnsi="Times New Roman" w:cs="Times New Roman" w:hint="cs"/>
          <w:rtl/>
        </w:rPr>
        <w:t>الأولى</w:t>
      </w:r>
      <w:r w:rsidRPr="00B9110E">
        <w:rPr>
          <w:rtl/>
        </w:rPr>
        <w:t xml:space="preserve">: </w:t>
      </w:r>
      <w:r w:rsidRPr="00B9110E">
        <w:rPr>
          <w:rFonts w:ascii="Times New Roman" w:hAnsi="Times New Roman" w:cs="Times New Roman" w:hint="cs"/>
          <w:rtl/>
        </w:rPr>
        <w:t>إضافة</w:t>
      </w:r>
      <w:r w:rsidRPr="00B9110E">
        <w:rPr>
          <w:rtl/>
        </w:rPr>
        <w:t xml:space="preserve"> </w:t>
      </w:r>
      <w:r w:rsidRPr="00B9110E">
        <w:rPr>
          <w:rFonts w:ascii="Times New Roman" w:hAnsi="Times New Roman" w:cs="Times New Roman" w:hint="cs"/>
          <w:rtl/>
        </w:rPr>
        <w:t>المستخدمين</w:t>
      </w:r>
      <w:r w:rsidRPr="00B9110E">
        <w:rPr>
          <w:rtl/>
        </w:rPr>
        <w:t xml:space="preserve"> </w:t>
      </w:r>
      <w:r w:rsidRPr="00B9110E">
        <w:rPr>
          <w:rFonts w:ascii="Times New Roman" w:hAnsi="Times New Roman" w:cs="Times New Roman" w:hint="cs"/>
          <w:rtl/>
        </w:rPr>
        <w:t>في</w:t>
      </w:r>
      <w:r w:rsidRPr="00B9110E">
        <w:t xml:space="preserve"> Active Directory</w:t>
      </w:r>
    </w:p>
    <w:p w:rsidR="00362A4E" w:rsidRPr="00B9110E" w:rsidRDefault="00362A4E">
      <w:pPr>
        <w:pStyle w:val="BodyText"/>
        <w:rPr>
          <w:rFonts w:cs="Times New Roman"/>
          <w:rtl/>
        </w:rPr>
      </w:pPr>
    </w:p>
    <w:p w:rsidR="00362A4E" w:rsidRDefault="00362A4E">
      <w:pPr>
        <w:pStyle w:val="BodyText"/>
      </w:pPr>
    </w:p>
    <w:p w:rsidR="00362A4E" w:rsidRDefault="00B9110E">
      <w:pPr>
        <w:pStyle w:val="BodyText"/>
        <w:rPr>
          <w:rtl/>
        </w:rPr>
      </w:pPr>
      <w:r>
        <w:rPr>
          <w:noProof/>
        </w:rPr>
        <w:lastRenderedPageBreak/>
        <w:drawing>
          <wp:inline distT="0" distB="0" distL="0" distR="0">
            <wp:extent cx="5943600" cy="235521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اضافة المستخدمين على باور شيل.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2355215"/>
                    </a:xfrm>
                    <a:prstGeom prst="rect">
                      <a:avLst/>
                    </a:prstGeom>
                  </pic:spPr>
                </pic:pic>
              </a:graphicData>
            </a:graphic>
          </wp:inline>
        </w:drawing>
      </w:r>
    </w:p>
    <w:p w:rsidR="00B9110E" w:rsidRDefault="00B9110E">
      <w:pPr>
        <w:pStyle w:val="BodyText"/>
        <w:rPr>
          <w:rtl/>
        </w:rPr>
      </w:pPr>
    </w:p>
    <w:p w:rsidR="00B9110E" w:rsidRDefault="00B9110E">
      <w:pPr>
        <w:pStyle w:val="BodyText"/>
        <w:rPr>
          <w:rFonts w:cs="Times New Roman"/>
          <w:rtl/>
        </w:rPr>
      </w:pPr>
      <w:r>
        <w:rPr>
          <w:rFonts w:hint="cs"/>
          <w:rtl/>
        </w:rPr>
        <w:t xml:space="preserve">   </w:t>
      </w:r>
      <w:r>
        <w:rPr>
          <w:rFonts w:cs="Times New Roman" w:hint="cs"/>
          <w:rtl/>
        </w:rPr>
        <w:t xml:space="preserve">التأكد من إضافة </w:t>
      </w:r>
      <w:proofErr w:type="spellStart"/>
      <w:r>
        <w:rPr>
          <w:rFonts w:cs="Times New Roman" w:hint="cs"/>
          <w:rtl/>
        </w:rPr>
        <w:t>المسنخدمين</w:t>
      </w:r>
      <w:proofErr w:type="spellEnd"/>
      <w:r>
        <w:rPr>
          <w:rFonts w:cs="Times New Roman" w:hint="cs"/>
          <w:rtl/>
        </w:rPr>
        <w:t xml:space="preserve">                                                                  </w:t>
      </w:r>
    </w:p>
    <w:p w:rsidR="00B9110E" w:rsidRDefault="00B9110E">
      <w:pPr>
        <w:pStyle w:val="BodyText"/>
        <w:rPr>
          <w:rFonts w:cs="Times New Roman"/>
          <w:rtl/>
        </w:rPr>
      </w:pPr>
    </w:p>
    <w:p w:rsidR="00B9110E" w:rsidRPr="00B9110E" w:rsidRDefault="00B9110E">
      <w:pPr>
        <w:pStyle w:val="BodyText"/>
        <w:rPr>
          <w:rFonts w:cs="Times New Roman"/>
        </w:rPr>
      </w:pPr>
      <w:r>
        <w:rPr>
          <w:rFonts w:cs="Times New Roman"/>
          <w:noProof/>
        </w:rPr>
        <w:drawing>
          <wp:inline distT="0" distB="0" distL="0" distR="0">
            <wp:extent cx="5943600" cy="19310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التأكد من اضافة المستخدمين على باور شيل.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1931035"/>
                    </a:xfrm>
                    <a:prstGeom prst="rect">
                      <a:avLst/>
                    </a:prstGeom>
                  </pic:spPr>
                </pic:pic>
              </a:graphicData>
            </a:graphic>
          </wp:inline>
        </w:drawing>
      </w:r>
    </w:p>
    <w:p w:rsidR="00362A4E" w:rsidRDefault="00362A4E">
      <w:pPr>
        <w:pStyle w:val="BodyText"/>
      </w:pPr>
    </w:p>
    <w:p w:rsidR="008F0581" w:rsidRDefault="008F0581" w:rsidP="008F0581">
      <w:pPr>
        <w:pStyle w:val="svelte-4sys19"/>
        <w:pBdr>
          <w:top w:val="single" w:sz="2" w:space="0" w:color="0D0D0D"/>
          <w:left w:val="single" w:sz="2" w:space="0" w:color="0D0D0D"/>
          <w:bottom w:val="single" w:sz="2" w:space="0" w:color="0D0D0D"/>
          <w:right w:val="single" w:sz="2" w:space="0" w:color="0D0D0D"/>
        </w:pBdr>
        <w:shd w:val="clear" w:color="auto" w:fill="F8F8F8"/>
        <w:spacing w:before="0" w:beforeAutospacing="0" w:after="0" w:afterAutospacing="0"/>
        <w:rPr>
          <w:rFonts w:ascii="Segoe UI" w:hAnsi="Segoe UI" w:cs="Segoe UI"/>
          <w:color w:val="0D0D0D"/>
        </w:rPr>
      </w:pPr>
      <w:r>
        <w:rPr>
          <w:rStyle w:val="Strong"/>
          <w:rFonts w:ascii="Segoe UI" w:eastAsiaTheme="majorEastAsia" w:hAnsi="Segoe UI" w:cs="Segoe UI"/>
          <w:b w:val="0"/>
          <w:bCs w:val="0"/>
          <w:color w:val="000000"/>
          <w:bdr w:val="single" w:sz="2" w:space="0" w:color="000000" w:frame="1"/>
          <w:rtl/>
        </w:rPr>
        <w:t>النتيجة</w:t>
      </w:r>
      <w:r>
        <w:rPr>
          <w:rStyle w:val="Strong"/>
          <w:rFonts w:ascii="Segoe UI" w:eastAsiaTheme="majorEastAsia" w:hAnsi="Segoe UI" w:cs="Segoe UI"/>
          <w:b w:val="0"/>
          <w:bCs w:val="0"/>
          <w:color w:val="000000"/>
          <w:bdr w:val="single" w:sz="2" w:space="0" w:color="000000" w:frame="1"/>
        </w:rPr>
        <w:t>:</w:t>
      </w:r>
    </w:p>
    <w:p w:rsidR="008F0581" w:rsidRDefault="008F0581" w:rsidP="008F0581">
      <w:pPr>
        <w:pStyle w:val="text-start"/>
        <w:numPr>
          <w:ilvl w:val="0"/>
          <w:numId w:val="18"/>
        </w:numPr>
        <w:pBdr>
          <w:top w:val="single" w:sz="2" w:space="0" w:color="0D0D0D"/>
          <w:left w:val="single" w:sz="2" w:space="0" w:color="0D0D0D"/>
          <w:bottom w:val="single" w:sz="2" w:space="0" w:color="0D0D0D"/>
          <w:right w:val="single" w:sz="2" w:space="0" w:color="0D0D0D"/>
        </w:pBdr>
        <w:shd w:val="clear" w:color="auto" w:fill="F8F8F8"/>
        <w:spacing w:before="120" w:beforeAutospacing="0" w:after="120" w:afterAutospacing="0"/>
        <w:ind w:left="0"/>
        <w:rPr>
          <w:rFonts w:ascii="Segoe UI" w:hAnsi="Segoe UI" w:cs="Segoe UI"/>
          <w:color w:val="0D0D0D"/>
        </w:rPr>
      </w:pPr>
      <w:r>
        <w:rPr>
          <w:rFonts w:ascii="Segoe UI" w:hAnsi="Segoe UI" w:cs="Segoe UI"/>
          <w:color w:val="0D0D0D"/>
        </w:rPr>
        <w:t xml:space="preserve">3 </w:t>
      </w:r>
      <w:r>
        <w:rPr>
          <w:rFonts w:ascii="Segoe UI" w:hAnsi="Segoe UI" w:cs="Segoe UI"/>
          <w:color w:val="0D0D0D"/>
          <w:rtl/>
        </w:rPr>
        <w:t>وحدات تنظيمية</w:t>
      </w:r>
      <w:r>
        <w:rPr>
          <w:rFonts w:ascii="Segoe UI" w:hAnsi="Segoe UI" w:cs="Segoe UI"/>
          <w:color w:val="0D0D0D"/>
        </w:rPr>
        <w:t xml:space="preserve"> (IT, HR, Sales)</w:t>
      </w:r>
    </w:p>
    <w:p w:rsidR="008F0581" w:rsidRDefault="008F0581" w:rsidP="008F0581">
      <w:pPr>
        <w:pStyle w:val="text-start"/>
        <w:numPr>
          <w:ilvl w:val="0"/>
          <w:numId w:val="18"/>
        </w:numPr>
        <w:pBdr>
          <w:top w:val="single" w:sz="2" w:space="0" w:color="0D0D0D"/>
          <w:left w:val="single" w:sz="2" w:space="0" w:color="0D0D0D"/>
          <w:bottom w:val="single" w:sz="2" w:space="0" w:color="0D0D0D"/>
          <w:right w:val="single" w:sz="2" w:space="0" w:color="0D0D0D"/>
        </w:pBdr>
        <w:shd w:val="clear" w:color="auto" w:fill="F8F8F8"/>
        <w:spacing w:before="120" w:beforeAutospacing="0" w:after="120" w:afterAutospacing="0"/>
        <w:ind w:left="0"/>
        <w:rPr>
          <w:rFonts w:ascii="Segoe UI" w:hAnsi="Segoe UI" w:cs="Segoe UI"/>
          <w:color w:val="0D0D0D"/>
        </w:rPr>
      </w:pPr>
      <w:r>
        <w:rPr>
          <w:rFonts w:ascii="Segoe UI" w:hAnsi="Segoe UI" w:cs="Segoe UI"/>
          <w:color w:val="0D0D0D"/>
        </w:rPr>
        <w:t xml:space="preserve">5 </w:t>
      </w:r>
      <w:r>
        <w:rPr>
          <w:rFonts w:ascii="Segoe UI" w:hAnsi="Segoe UI" w:cs="Segoe UI"/>
          <w:color w:val="0D0D0D"/>
          <w:rtl/>
        </w:rPr>
        <w:t>مستخدمين موزّعين عليها</w:t>
      </w:r>
    </w:p>
    <w:p w:rsidR="008F0581" w:rsidRDefault="008F0581" w:rsidP="008F0581">
      <w:pPr>
        <w:pStyle w:val="text-start"/>
        <w:numPr>
          <w:ilvl w:val="0"/>
          <w:numId w:val="18"/>
        </w:numPr>
        <w:pBdr>
          <w:top w:val="single" w:sz="2" w:space="0" w:color="0D0D0D"/>
          <w:left w:val="single" w:sz="2" w:space="0" w:color="0D0D0D"/>
          <w:bottom w:val="single" w:sz="2" w:space="0" w:color="0D0D0D"/>
          <w:right w:val="single" w:sz="2" w:space="0" w:color="0D0D0D"/>
        </w:pBdr>
        <w:shd w:val="clear" w:color="auto" w:fill="F8F8F8"/>
        <w:spacing w:before="0" w:beforeAutospacing="0" w:after="0" w:afterAutospacing="0"/>
        <w:ind w:left="0"/>
        <w:rPr>
          <w:rFonts w:ascii="Segoe UI" w:hAnsi="Segoe UI" w:cs="Segoe UI"/>
          <w:color w:val="0D0D0D"/>
        </w:rPr>
      </w:pPr>
      <w:r>
        <w:rPr>
          <w:rFonts w:ascii="Segoe UI" w:hAnsi="Segoe UI" w:cs="Segoe UI"/>
          <w:color w:val="0D0D0D"/>
          <w:rtl/>
        </w:rPr>
        <w:t>كلمة المرور الافتراضية</w:t>
      </w:r>
      <w:r>
        <w:rPr>
          <w:rFonts w:ascii="Segoe UI" w:hAnsi="Segoe UI" w:cs="Segoe UI"/>
          <w:color w:val="0D0D0D"/>
        </w:rPr>
        <w:t xml:space="preserve">: </w:t>
      </w:r>
      <w:r>
        <w:rPr>
          <w:rStyle w:val="HTMLCode"/>
          <w:rFonts w:ascii="Consolas" w:eastAsiaTheme="majorEastAsia" w:hAnsi="Consolas"/>
          <w:b/>
          <w:bCs/>
          <w:color w:val="0D0D0D"/>
          <w:sz w:val="19"/>
          <w:szCs w:val="19"/>
          <w:bdr w:val="single" w:sz="2" w:space="4" w:color="0D0D0D" w:frame="1"/>
          <w:shd w:val="clear" w:color="auto" w:fill="ECECEC"/>
        </w:rPr>
        <w:t>User@</w:t>
      </w:r>
      <w:proofErr w:type="gramStart"/>
      <w:r>
        <w:rPr>
          <w:rStyle w:val="HTMLCode"/>
          <w:rFonts w:ascii="Consolas" w:eastAsiaTheme="majorEastAsia" w:hAnsi="Consolas"/>
          <w:b/>
          <w:bCs/>
          <w:color w:val="0D0D0D"/>
          <w:sz w:val="19"/>
          <w:szCs w:val="19"/>
          <w:bdr w:val="single" w:sz="2" w:space="4" w:color="0D0D0D" w:frame="1"/>
          <w:shd w:val="clear" w:color="auto" w:fill="ECECEC"/>
        </w:rPr>
        <w:t>2025!Lab</w:t>
      </w:r>
      <w:proofErr w:type="gramEnd"/>
    </w:p>
    <w:p w:rsidR="008F0581" w:rsidRDefault="008F0581" w:rsidP="008F0581">
      <w:pPr>
        <w:pStyle w:val="text-start"/>
        <w:numPr>
          <w:ilvl w:val="0"/>
          <w:numId w:val="18"/>
        </w:numPr>
        <w:pBdr>
          <w:top w:val="single" w:sz="2" w:space="0" w:color="0D0D0D"/>
          <w:left w:val="single" w:sz="2" w:space="0" w:color="0D0D0D"/>
          <w:bottom w:val="single" w:sz="2" w:space="0" w:color="0D0D0D"/>
          <w:right w:val="single" w:sz="2" w:space="0" w:color="0D0D0D"/>
        </w:pBdr>
        <w:shd w:val="clear" w:color="auto" w:fill="F8F8F8"/>
        <w:spacing w:before="120" w:beforeAutospacing="0" w:after="120" w:afterAutospacing="0"/>
        <w:ind w:left="0"/>
        <w:rPr>
          <w:rFonts w:ascii="Segoe UI" w:hAnsi="Segoe UI" w:cs="Segoe UI"/>
          <w:color w:val="0D0D0D"/>
        </w:rPr>
      </w:pPr>
      <w:r>
        <w:rPr>
          <w:rFonts w:ascii="Segoe UI" w:hAnsi="Segoe UI" w:cs="Segoe UI"/>
          <w:color w:val="0D0D0D"/>
          <w:rtl/>
        </w:rPr>
        <w:t>المستخدم يغيّر كلمته عند أول دخول</w:t>
      </w:r>
    </w:p>
    <w:p w:rsidR="00362A4E" w:rsidRDefault="00362A4E">
      <w:pPr>
        <w:pStyle w:val="BodyText"/>
        <w:rPr>
          <w:rtl/>
        </w:rPr>
      </w:pPr>
    </w:p>
    <w:p w:rsidR="00922DB0" w:rsidRDefault="00922DB0">
      <w:pPr>
        <w:pStyle w:val="BodyText"/>
        <w:pBdr>
          <w:top w:val="single" w:sz="6" w:space="1" w:color="auto"/>
          <w:bottom w:val="single" w:sz="6" w:space="1" w:color="auto"/>
        </w:pBdr>
        <w:rPr>
          <w:rtl/>
        </w:rPr>
      </w:pPr>
    </w:p>
    <w:p w:rsidR="00423B45" w:rsidRDefault="00423B45">
      <w:pPr>
        <w:pStyle w:val="BodyText"/>
        <w:pBdr>
          <w:bottom w:val="single" w:sz="6" w:space="1" w:color="auto"/>
        </w:pBdr>
        <w:rPr>
          <w:rtl/>
        </w:rPr>
      </w:pPr>
    </w:p>
    <w:p w:rsidR="00423B45" w:rsidRDefault="00423B45">
      <w:pPr>
        <w:pStyle w:val="BodyText"/>
        <w:pBdr>
          <w:bottom w:val="single" w:sz="6" w:space="1" w:color="auto"/>
        </w:pBdr>
        <w:rPr>
          <w:rtl/>
        </w:rPr>
      </w:pPr>
    </w:p>
    <w:p w:rsidR="00423B45" w:rsidRDefault="00423B45">
      <w:pPr>
        <w:pStyle w:val="BodyText"/>
        <w:pBdr>
          <w:bottom w:val="single" w:sz="6" w:space="1" w:color="auto"/>
        </w:pBdr>
        <w:rPr>
          <w:rtl/>
        </w:rPr>
      </w:pPr>
    </w:p>
    <w:p w:rsidR="00423B45" w:rsidRDefault="00423B45">
      <w:pPr>
        <w:pStyle w:val="BodyText"/>
        <w:pBdr>
          <w:bottom w:val="single" w:sz="6" w:space="1" w:color="auto"/>
        </w:pBdr>
        <w:rPr>
          <w:rtl/>
        </w:rPr>
      </w:pPr>
    </w:p>
    <w:p w:rsidR="00423B45" w:rsidRDefault="00423B45">
      <w:pPr>
        <w:pStyle w:val="BodyText"/>
        <w:pBdr>
          <w:bottom w:val="single" w:sz="6" w:space="1" w:color="auto"/>
        </w:pBdr>
        <w:rPr>
          <w:rtl/>
        </w:rPr>
      </w:pPr>
    </w:p>
    <w:p w:rsidR="00423B45" w:rsidRDefault="00386939" w:rsidP="00423B45">
      <w:pPr>
        <w:pBdr>
          <w:top w:val="single" w:sz="2" w:space="0" w:color="000000"/>
          <w:left w:val="single" w:sz="2" w:space="0" w:color="000000"/>
          <w:bottom w:val="single" w:sz="2" w:space="0" w:color="000000"/>
          <w:right w:val="single" w:sz="2" w:space="0" w:color="000000"/>
        </w:pBdr>
        <w:shd w:val="clear" w:color="auto" w:fill="F8F8F8"/>
        <w:suppressAutoHyphens w:val="0"/>
        <w:spacing w:before="480" w:after="240" w:line="240" w:lineRule="auto"/>
        <w:outlineLvl w:val="1"/>
        <w:rPr>
          <w:rFonts w:ascii="Segoe UI" w:eastAsia="Times New Roman" w:hAnsi="Segoe UI" w:cs="Segoe UI"/>
          <w:color w:val="000000"/>
          <w:sz w:val="29"/>
          <w:szCs w:val="29"/>
          <w:rtl/>
        </w:rPr>
      </w:pPr>
      <w:r w:rsidRPr="00386939">
        <w:rPr>
          <w:rFonts w:ascii="Segoe UI Emoji" w:eastAsia="Times New Roman" w:hAnsi="Segoe UI Emoji" w:cs="Segoe UI Emoji"/>
          <w:color w:val="000000"/>
          <w:sz w:val="29"/>
          <w:szCs w:val="29"/>
        </w:rPr>
        <w:t>✅</w:t>
      </w:r>
      <w:r w:rsidRPr="00386939">
        <w:rPr>
          <w:rFonts w:ascii="Segoe UI" w:eastAsia="Times New Roman" w:hAnsi="Segoe UI" w:cs="Segoe UI"/>
          <w:color w:val="000000"/>
          <w:sz w:val="29"/>
          <w:szCs w:val="29"/>
        </w:rPr>
        <w:t xml:space="preserve"> </w:t>
      </w:r>
      <w:r w:rsidRPr="00386939">
        <w:rPr>
          <w:rFonts w:ascii="Segoe UI" w:eastAsia="Times New Roman" w:hAnsi="Segoe UI" w:cs="Segoe UI"/>
          <w:color w:val="000000"/>
          <w:sz w:val="29"/>
          <w:szCs w:val="29"/>
          <w:rtl/>
        </w:rPr>
        <w:t>الخطوة التالية: ضم</w:t>
      </w:r>
      <w:r w:rsidRPr="00386939">
        <w:rPr>
          <w:rFonts w:ascii="Segoe UI" w:eastAsia="Times New Roman" w:hAnsi="Segoe UI" w:cs="Segoe UI"/>
          <w:color w:val="000000"/>
          <w:sz w:val="29"/>
          <w:szCs w:val="29"/>
        </w:rPr>
        <w:t xml:space="preserve"> </w:t>
      </w:r>
    </w:p>
    <w:p w:rsidR="00386939" w:rsidRPr="00386939" w:rsidRDefault="00386939" w:rsidP="00386939">
      <w:pPr>
        <w:pBdr>
          <w:top w:val="single" w:sz="2" w:space="0" w:color="000000"/>
          <w:left w:val="single" w:sz="2" w:space="0" w:color="000000"/>
          <w:bottom w:val="single" w:sz="2" w:space="0" w:color="000000"/>
          <w:right w:val="single" w:sz="2" w:space="0" w:color="000000"/>
        </w:pBdr>
        <w:shd w:val="clear" w:color="auto" w:fill="F8F8F8"/>
        <w:suppressAutoHyphens w:val="0"/>
        <w:spacing w:before="480" w:after="240" w:line="240" w:lineRule="auto"/>
        <w:outlineLvl w:val="1"/>
        <w:rPr>
          <w:rFonts w:ascii="Segoe UI" w:eastAsia="Times New Roman" w:hAnsi="Segoe UI" w:cs="Segoe UI"/>
          <w:color w:val="000000"/>
          <w:sz w:val="29"/>
          <w:szCs w:val="29"/>
        </w:rPr>
      </w:pPr>
      <w:r w:rsidRPr="00386939">
        <w:rPr>
          <w:rFonts w:ascii="Segoe UI" w:eastAsia="Times New Roman" w:hAnsi="Segoe UI" w:cs="Segoe UI"/>
          <w:color w:val="000000"/>
          <w:sz w:val="29"/>
          <w:szCs w:val="29"/>
        </w:rPr>
        <w:t xml:space="preserve">Windows 10 </w:t>
      </w:r>
      <w:r w:rsidRPr="00386939">
        <w:rPr>
          <w:rFonts w:ascii="Segoe UI" w:eastAsia="Times New Roman" w:hAnsi="Segoe UI" w:cs="Segoe UI"/>
          <w:color w:val="000000"/>
          <w:sz w:val="29"/>
          <w:szCs w:val="29"/>
          <w:rtl/>
        </w:rPr>
        <w:t>للنطاق</w:t>
      </w:r>
      <w:r w:rsidRPr="00386939">
        <w:rPr>
          <w:rFonts w:ascii="Segoe UI" w:eastAsia="Times New Roman" w:hAnsi="Segoe UI" w:cs="Segoe UI"/>
          <w:color w:val="000000"/>
          <w:sz w:val="29"/>
          <w:szCs w:val="29"/>
        </w:rPr>
        <w:t xml:space="preserve"> (Domain Join)</w:t>
      </w:r>
    </w:p>
    <w:p w:rsidR="00386939" w:rsidRPr="00386939" w:rsidRDefault="00386939" w:rsidP="00386939">
      <w:pPr>
        <w:pBdr>
          <w:top w:val="single" w:sz="2" w:space="0" w:color="000000"/>
          <w:left w:val="single" w:sz="2" w:space="0" w:color="000000"/>
          <w:bottom w:val="single" w:sz="2" w:space="0" w:color="000000"/>
          <w:right w:val="single" w:sz="2" w:space="0" w:color="000000"/>
        </w:pBdr>
        <w:shd w:val="clear" w:color="auto" w:fill="F8F8F8"/>
        <w:suppressAutoHyphens w:val="0"/>
        <w:spacing w:after="240" w:line="240" w:lineRule="auto"/>
        <w:outlineLvl w:val="2"/>
        <w:rPr>
          <w:rFonts w:ascii="Segoe UI" w:eastAsia="Times New Roman" w:hAnsi="Segoe UI" w:cs="Segoe UI"/>
          <w:color w:val="000000"/>
          <w:sz w:val="27"/>
          <w:szCs w:val="27"/>
        </w:rPr>
      </w:pPr>
      <w:r w:rsidRPr="00386939">
        <w:rPr>
          <w:rFonts w:ascii="Segoe UI Emoji" w:eastAsia="Times New Roman" w:hAnsi="Segoe UI Emoji" w:cs="Segoe UI Emoji"/>
          <w:color w:val="000000"/>
          <w:sz w:val="27"/>
          <w:szCs w:val="27"/>
        </w:rPr>
        <w:t>🔹</w:t>
      </w:r>
      <w:r w:rsidRPr="00386939">
        <w:rPr>
          <w:rFonts w:ascii="Segoe UI" w:eastAsia="Times New Roman" w:hAnsi="Segoe UI" w:cs="Segoe UI"/>
          <w:color w:val="000000"/>
          <w:sz w:val="27"/>
          <w:szCs w:val="27"/>
        </w:rPr>
        <w:t xml:space="preserve"> </w:t>
      </w:r>
      <w:r w:rsidRPr="00386939">
        <w:rPr>
          <w:rFonts w:ascii="Segoe UI" w:eastAsia="Times New Roman" w:hAnsi="Segoe UI" w:cs="Segoe UI"/>
          <w:color w:val="000000"/>
          <w:sz w:val="27"/>
          <w:szCs w:val="27"/>
          <w:rtl/>
        </w:rPr>
        <w:t>التحضير قبل الضم</w:t>
      </w:r>
      <w:r w:rsidRPr="00386939">
        <w:rPr>
          <w:rFonts w:ascii="Segoe UI" w:eastAsia="Times New Roman" w:hAnsi="Segoe UI" w:cs="Segoe UI"/>
          <w:color w:val="000000"/>
          <w:sz w:val="27"/>
          <w:szCs w:val="27"/>
        </w:rPr>
        <w:t>:</w:t>
      </w:r>
    </w:p>
    <w:p w:rsidR="00386939" w:rsidRPr="00386939" w:rsidRDefault="00386939" w:rsidP="00386939">
      <w:pPr>
        <w:numPr>
          <w:ilvl w:val="0"/>
          <w:numId w:val="19"/>
        </w:numPr>
        <w:pBdr>
          <w:top w:val="single" w:sz="2" w:space="0" w:color="0D0D0D"/>
          <w:left w:val="single" w:sz="2" w:space="0" w:color="0D0D0D"/>
          <w:bottom w:val="single" w:sz="2" w:space="0" w:color="0D0D0D"/>
          <w:right w:val="single" w:sz="2" w:space="0" w:color="0D0D0D"/>
        </w:pBdr>
        <w:shd w:val="clear" w:color="auto" w:fill="F8F8F8"/>
        <w:suppressAutoHyphens w:val="0"/>
        <w:spacing w:after="0" w:line="240" w:lineRule="auto"/>
        <w:ind w:left="0"/>
        <w:rPr>
          <w:rFonts w:ascii="Segoe UI" w:eastAsia="Times New Roman" w:hAnsi="Segoe UI" w:cs="Segoe UI"/>
          <w:color w:val="0D0D0D"/>
          <w:sz w:val="24"/>
          <w:szCs w:val="24"/>
        </w:rPr>
      </w:pPr>
      <w:r w:rsidRPr="00386939">
        <w:rPr>
          <w:rFonts w:ascii="Segoe UI" w:eastAsia="Times New Roman" w:hAnsi="Segoe UI" w:cs="Segoe UI"/>
          <w:color w:val="000000"/>
          <w:sz w:val="24"/>
          <w:szCs w:val="24"/>
          <w:bdr w:val="single" w:sz="2" w:space="0" w:color="000000" w:frame="1"/>
          <w:rtl/>
        </w:rPr>
        <w:t>تأكد أن</w:t>
      </w:r>
      <w:r w:rsidRPr="00386939">
        <w:rPr>
          <w:rFonts w:ascii="Segoe UI" w:eastAsia="Times New Roman" w:hAnsi="Segoe UI" w:cs="Segoe UI"/>
          <w:color w:val="000000"/>
          <w:sz w:val="24"/>
          <w:szCs w:val="24"/>
          <w:bdr w:val="single" w:sz="2" w:space="0" w:color="000000" w:frame="1"/>
        </w:rPr>
        <w:t xml:space="preserve"> Windows 10 </w:t>
      </w:r>
      <w:r w:rsidRPr="00386939">
        <w:rPr>
          <w:rFonts w:ascii="Segoe UI" w:eastAsia="Times New Roman" w:hAnsi="Segoe UI" w:cs="Segoe UI"/>
          <w:color w:val="000000"/>
          <w:sz w:val="24"/>
          <w:szCs w:val="24"/>
          <w:bdr w:val="single" w:sz="2" w:space="0" w:color="000000" w:frame="1"/>
          <w:rtl/>
        </w:rPr>
        <w:t>على نفس شبكة</w:t>
      </w:r>
      <w:r w:rsidRPr="00386939">
        <w:rPr>
          <w:rFonts w:ascii="Segoe UI" w:eastAsia="Times New Roman" w:hAnsi="Segoe UI" w:cs="Segoe UI"/>
          <w:color w:val="000000"/>
          <w:sz w:val="24"/>
          <w:szCs w:val="24"/>
          <w:bdr w:val="single" w:sz="2" w:space="0" w:color="000000" w:frame="1"/>
        </w:rPr>
        <w:t xml:space="preserve"> </w:t>
      </w:r>
      <w:proofErr w:type="spellStart"/>
      <w:r w:rsidRPr="00386939">
        <w:rPr>
          <w:rFonts w:ascii="Segoe UI" w:eastAsia="Times New Roman" w:hAnsi="Segoe UI" w:cs="Segoe UI"/>
          <w:color w:val="000000"/>
          <w:sz w:val="24"/>
          <w:szCs w:val="24"/>
          <w:bdr w:val="single" w:sz="2" w:space="0" w:color="000000" w:frame="1"/>
        </w:rPr>
        <w:t>pfSense</w:t>
      </w:r>
      <w:proofErr w:type="spellEnd"/>
    </w:p>
    <w:p w:rsidR="00386939" w:rsidRPr="00386939" w:rsidRDefault="00386939" w:rsidP="00386939">
      <w:pPr>
        <w:numPr>
          <w:ilvl w:val="1"/>
          <w:numId w:val="19"/>
        </w:numPr>
        <w:pBdr>
          <w:top w:val="single" w:sz="2" w:space="0" w:color="0D0D0D"/>
          <w:left w:val="single" w:sz="2" w:space="0" w:color="0D0D0D"/>
          <w:bottom w:val="single" w:sz="2" w:space="0" w:color="0D0D0D"/>
          <w:right w:val="single" w:sz="2" w:space="0" w:color="0D0D0D"/>
        </w:pBdr>
        <w:shd w:val="clear" w:color="auto" w:fill="F8F8F8"/>
        <w:suppressAutoHyphens w:val="0"/>
        <w:spacing w:after="0" w:line="240" w:lineRule="auto"/>
        <w:ind w:left="0"/>
        <w:rPr>
          <w:rFonts w:ascii="Segoe UI" w:eastAsia="Times New Roman" w:hAnsi="Segoe UI" w:cs="Segoe UI"/>
          <w:color w:val="0D0D0D"/>
          <w:sz w:val="24"/>
          <w:szCs w:val="24"/>
        </w:rPr>
      </w:pPr>
      <w:r w:rsidRPr="00386939">
        <w:rPr>
          <w:rFonts w:ascii="Segoe UI" w:eastAsia="Times New Roman" w:hAnsi="Segoe UI" w:cs="Segoe UI"/>
          <w:color w:val="0D0D0D"/>
          <w:sz w:val="24"/>
          <w:szCs w:val="24"/>
          <w:rtl/>
        </w:rPr>
        <w:t>يعني يأخذ</w:t>
      </w:r>
      <w:r w:rsidRPr="00386939">
        <w:rPr>
          <w:rFonts w:ascii="Segoe UI" w:eastAsia="Times New Roman" w:hAnsi="Segoe UI" w:cs="Segoe UI"/>
          <w:color w:val="0D0D0D"/>
          <w:sz w:val="24"/>
          <w:szCs w:val="24"/>
        </w:rPr>
        <w:t xml:space="preserve"> IP </w:t>
      </w:r>
      <w:r w:rsidRPr="00386939">
        <w:rPr>
          <w:rFonts w:ascii="Segoe UI" w:eastAsia="Times New Roman" w:hAnsi="Segoe UI" w:cs="Segoe UI"/>
          <w:color w:val="0D0D0D"/>
          <w:sz w:val="24"/>
          <w:szCs w:val="24"/>
          <w:rtl/>
        </w:rPr>
        <w:t xml:space="preserve">من نطاق </w:t>
      </w:r>
      <w:r w:rsidRPr="00386939">
        <w:rPr>
          <w:rFonts w:ascii="Consolas" w:eastAsia="Times New Roman" w:hAnsi="Consolas" w:cs="Courier New"/>
          <w:b/>
          <w:bCs/>
          <w:color w:val="0D0D0D"/>
          <w:sz w:val="19"/>
          <w:szCs w:val="19"/>
          <w:bdr w:val="single" w:sz="2" w:space="4" w:color="0D0D0D" w:frame="1"/>
          <w:shd w:val="clear" w:color="auto" w:fill="ECECEC"/>
        </w:rPr>
        <w:t>192.168.20.x</w:t>
      </w:r>
    </w:p>
    <w:p w:rsidR="00386939" w:rsidRPr="00386939" w:rsidRDefault="00386939" w:rsidP="00386939">
      <w:pPr>
        <w:numPr>
          <w:ilvl w:val="1"/>
          <w:numId w:val="19"/>
        </w:numPr>
        <w:pBdr>
          <w:top w:val="single" w:sz="2" w:space="0" w:color="0D0D0D"/>
          <w:left w:val="single" w:sz="2" w:space="0" w:color="0D0D0D"/>
          <w:bottom w:val="single" w:sz="2" w:space="0" w:color="0D0D0D"/>
          <w:right w:val="single" w:sz="2" w:space="0" w:color="0D0D0D"/>
        </w:pBdr>
        <w:shd w:val="clear" w:color="auto" w:fill="F8F8F8"/>
        <w:suppressAutoHyphens w:val="0"/>
        <w:spacing w:before="120" w:after="120" w:line="240" w:lineRule="auto"/>
        <w:ind w:left="0"/>
        <w:rPr>
          <w:rFonts w:ascii="Segoe UI" w:eastAsia="Times New Roman" w:hAnsi="Segoe UI" w:cs="Segoe UI"/>
          <w:color w:val="0D0D0D"/>
          <w:sz w:val="24"/>
          <w:szCs w:val="24"/>
        </w:rPr>
      </w:pPr>
      <w:r w:rsidRPr="00386939">
        <w:rPr>
          <w:rFonts w:ascii="Segoe UI" w:eastAsia="Times New Roman" w:hAnsi="Segoe UI" w:cs="Segoe UI"/>
          <w:color w:val="0D0D0D"/>
          <w:sz w:val="24"/>
          <w:szCs w:val="24"/>
          <w:rtl/>
        </w:rPr>
        <w:t>أو عيّن</w:t>
      </w:r>
      <w:r w:rsidRPr="00386939">
        <w:rPr>
          <w:rFonts w:ascii="Segoe UI" w:eastAsia="Times New Roman" w:hAnsi="Segoe UI" w:cs="Segoe UI"/>
          <w:color w:val="0D0D0D"/>
          <w:sz w:val="24"/>
          <w:szCs w:val="24"/>
        </w:rPr>
        <w:t xml:space="preserve"> IP </w:t>
      </w:r>
      <w:r w:rsidRPr="00386939">
        <w:rPr>
          <w:rFonts w:ascii="Segoe UI" w:eastAsia="Times New Roman" w:hAnsi="Segoe UI" w:cs="Segoe UI"/>
          <w:color w:val="0D0D0D"/>
          <w:sz w:val="24"/>
          <w:szCs w:val="24"/>
          <w:rtl/>
        </w:rPr>
        <w:t>ثابت في نفس النطاق</w:t>
      </w:r>
    </w:p>
    <w:p w:rsidR="00386939" w:rsidRPr="00386939" w:rsidRDefault="00386939" w:rsidP="00386939">
      <w:pPr>
        <w:numPr>
          <w:ilvl w:val="0"/>
          <w:numId w:val="19"/>
        </w:numPr>
        <w:pBdr>
          <w:top w:val="single" w:sz="2" w:space="0" w:color="0D0D0D"/>
          <w:left w:val="single" w:sz="2" w:space="0" w:color="0D0D0D"/>
          <w:bottom w:val="single" w:sz="2" w:space="0" w:color="0D0D0D"/>
          <w:right w:val="single" w:sz="2" w:space="0" w:color="0D0D0D"/>
        </w:pBdr>
        <w:shd w:val="clear" w:color="auto" w:fill="F8F8F8"/>
        <w:suppressAutoHyphens w:val="0"/>
        <w:spacing w:after="0" w:line="240" w:lineRule="auto"/>
        <w:ind w:left="0"/>
        <w:rPr>
          <w:rFonts w:ascii="Segoe UI" w:eastAsia="Times New Roman" w:hAnsi="Segoe UI" w:cs="Segoe UI"/>
          <w:color w:val="0D0D0D"/>
          <w:sz w:val="24"/>
          <w:szCs w:val="24"/>
        </w:rPr>
      </w:pPr>
      <w:r w:rsidRPr="00386939">
        <w:rPr>
          <w:rFonts w:ascii="Segoe UI" w:eastAsia="Times New Roman" w:hAnsi="Segoe UI" w:cs="Segoe UI"/>
          <w:color w:val="000000"/>
          <w:sz w:val="24"/>
          <w:szCs w:val="24"/>
          <w:bdr w:val="single" w:sz="2" w:space="0" w:color="000000" w:frame="1"/>
          <w:rtl/>
        </w:rPr>
        <w:t>ضروري جداً</w:t>
      </w:r>
      <w:r w:rsidRPr="00386939">
        <w:rPr>
          <w:rFonts w:ascii="Segoe UI" w:eastAsia="Times New Roman" w:hAnsi="Segoe UI" w:cs="Segoe UI"/>
          <w:color w:val="000000"/>
          <w:sz w:val="24"/>
          <w:szCs w:val="24"/>
          <w:bdr w:val="single" w:sz="2" w:space="0" w:color="000000" w:frame="1"/>
        </w:rPr>
        <w:t xml:space="preserve">: DNS </w:t>
      </w:r>
      <w:r w:rsidRPr="00386939">
        <w:rPr>
          <w:rFonts w:ascii="Segoe UI" w:eastAsia="Times New Roman" w:hAnsi="Segoe UI" w:cs="Segoe UI"/>
          <w:color w:val="000000"/>
          <w:sz w:val="24"/>
          <w:szCs w:val="24"/>
          <w:bdr w:val="single" w:sz="2" w:space="0" w:color="000000" w:frame="1"/>
          <w:rtl/>
        </w:rPr>
        <w:t>على</w:t>
      </w:r>
      <w:r w:rsidRPr="00386939">
        <w:rPr>
          <w:rFonts w:ascii="Segoe UI" w:eastAsia="Times New Roman" w:hAnsi="Segoe UI" w:cs="Segoe UI"/>
          <w:color w:val="000000"/>
          <w:sz w:val="24"/>
          <w:szCs w:val="24"/>
          <w:bdr w:val="single" w:sz="2" w:space="0" w:color="000000" w:frame="1"/>
        </w:rPr>
        <w:t xml:space="preserve"> Windows 10 </w:t>
      </w:r>
      <w:r w:rsidRPr="00386939">
        <w:rPr>
          <w:rFonts w:ascii="Segoe UI" w:eastAsia="Times New Roman" w:hAnsi="Segoe UI" w:cs="Segoe UI"/>
          <w:color w:val="000000"/>
          <w:sz w:val="24"/>
          <w:szCs w:val="24"/>
          <w:bdr w:val="single" w:sz="2" w:space="0" w:color="000000" w:frame="1"/>
          <w:rtl/>
        </w:rPr>
        <w:t>يجب أن يشير للسيرفر</w:t>
      </w:r>
    </w:p>
    <w:p w:rsidR="00386939" w:rsidRPr="00386939" w:rsidRDefault="00386939" w:rsidP="00386939">
      <w:pPr>
        <w:numPr>
          <w:ilvl w:val="1"/>
          <w:numId w:val="19"/>
        </w:numPr>
        <w:pBdr>
          <w:top w:val="single" w:sz="2" w:space="0" w:color="0D0D0D"/>
          <w:left w:val="single" w:sz="2" w:space="0" w:color="0D0D0D"/>
          <w:bottom w:val="single" w:sz="2" w:space="0" w:color="0D0D0D"/>
          <w:right w:val="single" w:sz="2" w:space="0" w:color="0D0D0D"/>
        </w:pBdr>
        <w:shd w:val="clear" w:color="auto" w:fill="F8F8F8"/>
        <w:suppressAutoHyphens w:val="0"/>
        <w:spacing w:after="0" w:line="240" w:lineRule="auto"/>
        <w:ind w:left="0"/>
        <w:rPr>
          <w:rFonts w:ascii="Segoe UI" w:eastAsia="Times New Roman" w:hAnsi="Segoe UI" w:cs="Segoe UI"/>
          <w:color w:val="0D0D0D"/>
          <w:sz w:val="24"/>
          <w:szCs w:val="24"/>
        </w:rPr>
      </w:pPr>
      <w:r w:rsidRPr="00386939">
        <w:rPr>
          <w:rFonts w:ascii="Segoe UI" w:eastAsia="Times New Roman" w:hAnsi="Segoe UI" w:cs="Segoe UI"/>
          <w:color w:val="0D0D0D"/>
          <w:sz w:val="24"/>
          <w:szCs w:val="24"/>
        </w:rPr>
        <w:t xml:space="preserve">DNS = </w:t>
      </w:r>
      <w:r w:rsidRPr="00386939">
        <w:rPr>
          <w:rFonts w:ascii="Consolas" w:eastAsia="Times New Roman" w:hAnsi="Consolas" w:cs="Courier New"/>
          <w:b/>
          <w:bCs/>
          <w:color w:val="0D0D0D"/>
          <w:sz w:val="19"/>
          <w:szCs w:val="19"/>
          <w:bdr w:val="single" w:sz="2" w:space="4" w:color="0D0D0D" w:frame="1"/>
          <w:shd w:val="clear" w:color="auto" w:fill="ECECEC"/>
        </w:rPr>
        <w:t>192.168.20.x</w:t>
      </w:r>
      <w:r w:rsidRPr="00386939">
        <w:rPr>
          <w:rFonts w:ascii="Segoe UI" w:eastAsia="Times New Roman" w:hAnsi="Segoe UI" w:cs="Segoe UI"/>
          <w:color w:val="0D0D0D"/>
          <w:sz w:val="24"/>
          <w:szCs w:val="24"/>
        </w:rPr>
        <w:t xml:space="preserve"> (IP </w:t>
      </w:r>
      <w:r w:rsidRPr="00386939">
        <w:rPr>
          <w:rFonts w:ascii="Segoe UI" w:eastAsia="Times New Roman" w:hAnsi="Segoe UI" w:cs="Segoe UI"/>
          <w:color w:val="0D0D0D"/>
          <w:sz w:val="24"/>
          <w:szCs w:val="24"/>
          <w:rtl/>
        </w:rPr>
        <w:t xml:space="preserve">السيرفر، </w:t>
      </w:r>
      <w:proofErr w:type="spellStart"/>
      <w:r w:rsidRPr="00386939">
        <w:rPr>
          <w:rFonts w:ascii="Segoe UI" w:eastAsia="Times New Roman" w:hAnsi="Segoe UI" w:cs="Segoe UI"/>
          <w:color w:val="0D0D0D"/>
          <w:sz w:val="24"/>
          <w:szCs w:val="24"/>
          <w:rtl/>
        </w:rPr>
        <w:t>مو</w:t>
      </w:r>
      <w:proofErr w:type="spellEnd"/>
      <w:r w:rsidRPr="00386939">
        <w:rPr>
          <w:rFonts w:ascii="Segoe UI" w:eastAsia="Times New Roman" w:hAnsi="Segoe UI" w:cs="Segoe UI"/>
          <w:color w:val="0D0D0D"/>
          <w:sz w:val="24"/>
          <w:szCs w:val="24"/>
        </w:rPr>
        <w:t xml:space="preserve"> </w:t>
      </w:r>
      <w:proofErr w:type="spellStart"/>
      <w:r w:rsidRPr="00386939">
        <w:rPr>
          <w:rFonts w:ascii="Segoe UI" w:eastAsia="Times New Roman" w:hAnsi="Segoe UI" w:cs="Segoe UI"/>
          <w:color w:val="0D0D0D"/>
          <w:sz w:val="24"/>
          <w:szCs w:val="24"/>
        </w:rPr>
        <w:t>pfSense</w:t>
      </w:r>
      <w:proofErr w:type="spellEnd"/>
      <w:r w:rsidRPr="00386939">
        <w:rPr>
          <w:rFonts w:ascii="Segoe UI" w:eastAsia="Times New Roman" w:hAnsi="Segoe UI" w:cs="Segoe UI"/>
          <w:color w:val="0D0D0D"/>
          <w:sz w:val="24"/>
          <w:szCs w:val="24"/>
        </w:rPr>
        <w:t>)</w:t>
      </w:r>
    </w:p>
    <w:p w:rsidR="00386939" w:rsidRPr="00386939" w:rsidRDefault="00386939" w:rsidP="00386939">
      <w:pPr>
        <w:numPr>
          <w:ilvl w:val="1"/>
          <w:numId w:val="19"/>
        </w:numPr>
        <w:pBdr>
          <w:top w:val="single" w:sz="2" w:space="0" w:color="0D0D0D"/>
          <w:left w:val="single" w:sz="2" w:space="0" w:color="0D0D0D"/>
          <w:bottom w:val="single" w:sz="2" w:space="0" w:color="0D0D0D"/>
          <w:right w:val="single" w:sz="2" w:space="0" w:color="0D0D0D"/>
        </w:pBdr>
        <w:shd w:val="clear" w:color="auto" w:fill="F8F8F8"/>
        <w:suppressAutoHyphens w:val="0"/>
        <w:spacing w:before="120" w:after="120" w:line="240" w:lineRule="auto"/>
        <w:ind w:left="0"/>
        <w:rPr>
          <w:rFonts w:ascii="Segoe UI" w:eastAsia="Times New Roman" w:hAnsi="Segoe UI" w:cs="Segoe UI"/>
          <w:color w:val="0D0D0D"/>
          <w:sz w:val="24"/>
          <w:szCs w:val="24"/>
        </w:rPr>
      </w:pPr>
      <w:r w:rsidRPr="00386939">
        <w:rPr>
          <w:rFonts w:ascii="Segoe UI" w:eastAsia="Times New Roman" w:hAnsi="Segoe UI" w:cs="Segoe UI"/>
          <w:color w:val="0D0D0D"/>
          <w:sz w:val="24"/>
          <w:szCs w:val="24"/>
          <w:rtl/>
        </w:rPr>
        <w:t>بدون هذا، ما راح يلقى النطاق</w:t>
      </w:r>
    </w:p>
    <w:p w:rsidR="00343CF5" w:rsidRDefault="00423B45">
      <w:pPr>
        <w:pStyle w:val="BodyText"/>
        <w:rPr>
          <w:rtl/>
        </w:rPr>
      </w:pPr>
      <w:r>
        <w:rPr>
          <w:noProof/>
        </w:rPr>
        <w:drawing>
          <wp:inline distT="0" distB="0" distL="0" distR="0">
            <wp:extent cx="5397777" cy="55247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ضم اللنطاق2.png"/>
                    <pic:cNvPicPr/>
                  </pic:nvPicPr>
                  <pic:blipFill>
                    <a:blip r:embed="rId26">
                      <a:extLst>
                        <a:ext uri="{28A0092B-C50C-407E-A947-70E740481C1C}">
                          <a14:useLocalDpi xmlns:a14="http://schemas.microsoft.com/office/drawing/2010/main" val="0"/>
                        </a:ext>
                      </a:extLst>
                    </a:blip>
                    <a:stretch>
                      <a:fillRect/>
                    </a:stretch>
                  </pic:blipFill>
                  <pic:spPr>
                    <a:xfrm>
                      <a:off x="0" y="0"/>
                      <a:ext cx="5397777" cy="552478"/>
                    </a:xfrm>
                    <a:prstGeom prst="rect">
                      <a:avLst/>
                    </a:prstGeom>
                  </pic:spPr>
                </pic:pic>
              </a:graphicData>
            </a:graphic>
          </wp:inline>
        </w:drawing>
      </w:r>
    </w:p>
    <w:p w:rsidR="00423B45" w:rsidRDefault="00423B45">
      <w:pPr>
        <w:pStyle w:val="BodyText"/>
        <w:pBdr>
          <w:bottom w:val="single" w:sz="6" w:space="1" w:color="auto"/>
        </w:pBdr>
        <w:rPr>
          <w:rtl/>
        </w:rPr>
      </w:pPr>
    </w:p>
    <w:p w:rsidR="0018226B" w:rsidRDefault="0018226B">
      <w:pPr>
        <w:pStyle w:val="BodyText"/>
        <w:rPr>
          <w:rtl/>
        </w:rPr>
      </w:pPr>
    </w:p>
    <w:p w:rsidR="0018226B" w:rsidRDefault="0018226B">
      <w:pPr>
        <w:pStyle w:val="BodyText"/>
        <w:rPr>
          <w:rtl/>
        </w:rPr>
      </w:pPr>
    </w:p>
    <w:p w:rsidR="0018226B" w:rsidRDefault="0018226B">
      <w:pPr>
        <w:pStyle w:val="BodyText"/>
        <w:rPr>
          <w:rtl/>
        </w:rPr>
      </w:pPr>
    </w:p>
    <w:p w:rsidR="0018226B" w:rsidRDefault="0018226B">
      <w:pPr>
        <w:pStyle w:val="BodyText"/>
        <w:rPr>
          <w:rtl/>
        </w:rPr>
      </w:pPr>
      <w:r>
        <w:rPr>
          <w:noProof/>
        </w:rPr>
        <w:drawing>
          <wp:inline distT="0" distB="0" distL="0" distR="0">
            <wp:extent cx="5943600" cy="11480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idows-server1.png"/>
                    <pic:cNvPicPr/>
                  </pic:nvPicPr>
                  <pic:blipFill>
                    <a:blip r:embed="rId27">
                      <a:extLst>
                        <a:ext uri="{28A0092B-C50C-407E-A947-70E740481C1C}">
                          <a14:useLocalDpi xmlns:a14="http://schemas.microsoft.com/office/drawing/2010/main" val="0"/>
                        </a:ext>
                      </a:extLst>
                    </a:blip>
                    <a:stretch>
                      <a:fillRect/>
                    </a:stretch>
                  </pic:blipFill>
                  <pic:spPr>
                    <a:xfrm>
                      <a:off x="0" y="0"/>
                      <a:ext cx="5943600" cy="1148080"/>
                    </a:xfrm>
                    <a:prstGeom prst="rect">
                      <a:avLst/>
                    </a:prstGeom>
                  </pic:spPr>
                </pic:pic>
              </a:graphicData>
            </a:graphic>
          </wp:inline>
        </w:drawing>
      </w:r>
    </w:p>
    <w:p w:rsidR="0018226B" w:rsidRDefault="0018226B">
      <w:pPr>
        <w:pStyle w:val="BodyText"/>
        <w:rPr>
          <w:rtl/>
        </w:rPr>
      </w:pPr>
      <w:r>
        <w:rPr>
          <w:noProof/>
        </w:rPr>
        <w:drawing>
          <wp:inline distT="0" distB="0" distL="0" distR="0">
            <wp:extent cx="5493032" cy="92079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idows-server2.png"/>
                    <pic:cNvPicPr/>
                  </pic:nvPicPr>
                  <pic:blipFill>
                    <a:blip r:embed="rId28">
                      <a:extLst>
                        <a:ext uri="{28A0092B-C50C-407E-A947-70E740481C1C}">
                          <a14:useLocalDpi xmlns:a14="http://schemas.microsoft.com/office/drawing/2010/main" val="0"/>
                        </a:ext>
                      </a:extLst>
                    </a:blip>
                    <a:stretch>
                      <a:fillRect/>
                    </a:stretch>
                  </pic:blipFill>
                  <pic:spPr>
                    <a:xfrm>
                      <a:off x="0" y="0"/>
                      <a:ext cx="5493032" cy="920797"/>
                    </a:xfrm>
                    <a:prstGeom prst="rect">
                      <a:avLst/>
                    </a:prstGeom>
                  </pic:spPr>
                </pic:pic>
              </a:graphicData>
            </a:graphic>
          </wp:inline>
        </w:drawing>
      </w:r>
    </w:p>
    <w:p w:rsidR="0018226B" w:rsidRDefault="0018226B">
      <w:pPr>
        <w:pStyle w:val="BodyText"/>
        <w:rPr>
          <w:rtl/>
        </w:rPr>
      </w:pPr>
      <w:r>
        <w:rPr>
          <w:noProof/>
        </w:rPr>
        <w:lastRenderedPageBreak/>
        <w:drawing>
          <wp:inline distT="0" distB="0" distL="0" distR="0">
            <wp:extent cx="5943600" cy="30422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idows-server3.png"/>
                    <pic:cNvPicPr/>
                  </pic:nvPicPr>
                  <pic:blipFill>
                    <a:blip r:embed="rId29">
                      <a:extLst>
                        <a:ext uri="{28A0092B-C50C-407E-A947-70E740481C1C}">
                          <a14:useLocalDpi xmlns:a14="http://schemas.microsoft.com/office/drawing/2010/main" val="0"/>
                        </a:ext>
                      </a:extLst>
                    </a:blip>
                    <a:stretch>
                      <a:fillRect/>
                    </a:stretch>
                  </pic:blipFill>
                  <pic:spPr>
                    <a:xfrm>
                      <a:off x="0" y="0"/>
                      <a:ext cx="5943600" cy="3042285"/>
                    </a:xfrm>
                    <a:prstGeom prst="rect">
                      <a:avLst/>
                    </a:prstGeom>
                  </pic:spPr>
                </pic:pic>
              </a:graphicData>
            </a:graphic>
          </wp:inline>
        </w:drawing>
      </w:r>
      <w:r>
        <w:rPr>
          <w:noProof/>
        </w:rPr>
        <w:drawing>
          <wp:inline distT="0" distB="0" distL="0" distR="0">
            <wp:extent cx="5943600" cy="234124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idows-server4.png"/>
                    <pic:cNvPicPr/>
                  </pic:nvPicPr>
                  <pic:blipFill>
                    <a:blip r:embed="rId30">
                      <a:extLst>
                        <a:ext uri="{28A0092B-C50C-407E-A947-70E740481C1C}">
                          <a14:useLocalDpi xmlns:a14="http://schemas.microsoft.com/office/drawing/2010/main" val="0"/>
                        </a:ext>
                      </a:extLst>
                    </a:blip>
                    <a:stretch>
                      <a:fillRect/>
                    </a:stretch>
                  </pic:blipFill>
                  <pic:spPr>
                    <a:xfrm>
                      <a:off x="0" y="0"/>
                      <a:ext cx="5943600" cy="2341245"/>
                    </a:xfrm>
                    <a:prstGeom prst="rect">
                      <a:avLst/>
                    </a:prstGeom>
                  </pic:spPr>
                </pic:pic>
              </a:graphicData>
            </a:graphic>
          </wp:inline>
        </w:drawing>
      </w:r>
    </w:p>
    <w:p w:rsidR="0018226B" w:rsidRDefault="0018226B">
      <w:pPr>
        <w:pStyle w:val="BodyText"/>
      </w:pPr>
    </w:p>
    <w:p w:rsidR="00362A4E" w:rsidRDefault="0018226B">
      <w:pPr>
        <w:pStyle w:val="BodyText"/>
        <w:rPr>
          <w:rtl/>
        </w:rPr>
      </w:pPr>
      <w:r>
        <w:rPr>
          <w:noProof/>
        </w:rPr>
        <w:drawing>
          <wp:inline distT="0" distB="0" distL="0" distR="0" wp14:anchorId="792C771D" wp14:editId="39E2996F">
            <wp:extent cx="5397777" cy="55247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ضم اللنطاق2.png"/>
                    <pic:cNvPicPr/>
                  </pic:nvPicPr>
                  <pic:blipFill>
                    <a:blip r:embed="rId26">
                      <a:extLst>
                        <a:ext uri="{28A0092B-C50C-407E-A947-70E740481C1C}">
                          <a14:useLocalDpi xmlns:a14="http://schemas.microsoft.com/office/drawing/2010/main" val="0"/>
                        </a:ext>
                      </a:extLst>
                    </a:blip>
                    <a:stretch>
                      <a:fillRect/>
                    </a:stretch>
                  </pic:blipFill>
                  <pic:spPr>
                    <a:xfrm>
                      <a:off x="0" y="0"/>
                      <a:ext cx="5397777" cy="552478"/>
                    </a:xfrm>
                    <a:prstGeom prst="rect">
                      <a:avLst/>
                    </a:prstGeom>
                  </pic:spPr>
                </pic:pic>
              </a:graphicData>
            </a:graphic>
          </wp:inline>
        </w:drawing>
      </w:r>
    </w:p>
    <w:p w:rsidR="0018226B" w:rsidRDefault="0018226B">
      <w:pPr>
        <w:pStyle w:val="BodyText"/>
      </w:pPr>
    </w:p>
    <w:p w:rsidR="00362A4E" w:rsidRDefault="0018226B">
      <w:pPr>
        <w:pStyle w:val="BodyText"/>
      </w:pPr>
      <w:r>
        <w:rPr>
          <w:noProof/>
        </w:rPr>
        <w:lastRenderedPageBreak/>
        <w:drawing>
          <wp:inline distT="0" distB="0" distL="0" distR="0" wp14:anchorId="30C586DE" wp14:editId="24D3CF7D">
            <wp:extent cx="5092962" cy="169553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ضم النظاق.png"/>
                    <pic:cNvPicPr/>
                  </pic:nvPicPr>
                  <pic:blipFill>
                    <a:blip r:embed="rId31">
                      <a:extLst>
                        <a:ext uri="{28A0092B-C50C-407E-A947-70E740481C1C}">
                          <a14:useLocalDpi xmlns:a14="http://schemas.microsoft.com/office/drawing/2010/main" val="0"/>
                        </a:ext>
                      </a:extLst>
                    </a:blip>
                    <a:stretch>
                      <a:fillRect/>
                    </a:stretch>
                  </pic:blipFill>
                  <pic:spPr>
                    <a:xfrm>
                      <a:off x="0" y="0"/>
                      <a:ext cx="5092962" cy="1695537"/>
                    </a:xfrm>
                    <a:prstGeom prst="rect">
                      <a:avLst/>
                    </a:prstGeom>
                  </pic:spPr>
                </pic:pic>
              </a:graphicData>
            </a:graphic>
          </wp:inline>
        </w:drawing>
      </w: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E015D9">
      <w:pPr>
        <w:pStyle w:val="BodyText"/>
      </w:pPr>
      <w:r>
        <w:rPr>
          <w:noProof/>
        </w:rPr>
        <w:drawing>
          <wp:inline distT="0" distB="0" distL="0" distR="0">
            <wp:extent cx="5943600" cy="28479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oami-ahmed.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2847975"/>
                    </a:xfrm>
                    <a:prstGeom prst="rect">
                      <a:avLst/>
                    </a:prstGeom>
                  </pic:spPr>
                </pic:pic>
              </a:graphicData>
            </a:graphic>
          </wp:inline>
        </w:drawing>
      </w:r>
    </w:p>
    <w:p w:rsidR="00E015D9" w:rsidRDefault="00E015D9">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362A4E" w:rsidRDefault="00362A4E">
      <w:pPr>
        <w:pStyle w:val="BodyText"/>
      </w:pPr>
    </w:p>
    <w:p w:rsidR="006C49F8" w:rsidRDefault="00E015D9">
      <w:pPr>
        <w:jc w:val="center"/>
      </w:pPr>
      <w:r>
        <w:rPr>
          <w:sz w:val="20"/>
        </w:rPr>
        <w:t>================================================================</w:t>
      </w:r>
    </w:p>
    <w:p w:rsidR="006C49F8" w:rsidRDefault="00E015D9">
      <w:pPr>
        <w:jc w:val="center"/>
      </w:pPr>
      <w:r>
        <w:rPr>
          <w:b/>
          <w:sz w:val="28"/>
        </w:rPr>
        <w:t>المرحلة الثانية: إدارة الهوية وضم الأجهزة للنطاق</w:t>
      </w:r>
      <w:r>
        <w:rPr>
          <w:b/>
          <w:sz w:val="28"/>
        </w:rPr>
        <w:br/>
        <w:t>Phase Two: Identity Management &amp; Domain Join</w:t>
      </w:r>
    </w:p>
    <w:p w:rsidR="006C49F8" w:rsidRDefault="00E015D9">
      <w:pPr>
        <w:jc w:val="center"/>
      </w:pPr>
      <w:r>
        <w:rPr>
          <w:sz w:val="20"/>
        </w:rPr>
        <w:t>================================================================</w:t>
      </w:r>
    </w:p>
    <w:p w:rsidR="006C49F8" w:rsidRDefault="006C49F8"/>
    <w:p w:rsidR="006C49F8" w:rsidRDefault="00E015D9">
      <w:pPr>
        <w:pStyle w:val="Heading3"/>
        <w:bidi/>
      </w:pPr>
      <w:r>
        <w:t>الخطوة رقم (13): إنشاء الوحدات التنظيمية في Active Directory</w:t>
      </w:r>
    </w:p>
    <w:p w:rsidR="006C49F8" w:rsidRDefault="00E015D9">
      <w:pPr>
        <w:pStyle w:val="Heading3"/>
      </w:pPr>
      <w:r>
        <w:rPr>
          <w:i/>
        </w:rPr>
        <w:t>(Creating Organizational Units in Active Directory)</w:t>
      </w:r>
    </w:p>
    <w:p w:rsidR="006C49F8" w:rsidRDefault="00E015D9">
      <w:pPr>
        <w:pStyle w:val="BodyText"/>
        <w:bidi/>
      </w:pPr>
      <w:r>
        <w:rPr>
          <w:b/>
          <w:rtl/>
        </w:rPr>
        <w:t xml:space="preserve">الوصف الفني (بالعربية): </w:t>
      </w:r>
      <w:r>
        <w:rPr>
          <w:rtl/>
        </w:rPr>
        <w:t>"توثيق مرحلة إنشاء الوحدات التنظيمية (Organizational Units) داخل شجرة الدليل النشط (Active Directory) لتسهيل الإدارة المركزية وتطبيق سياسات المجموعة (Group Policies) على الأقسام المختلفة. تم إنشاء ثلاث وحدات تنظيمية رئيسية تمثل هيكل المنشأة: قسم تقنية المعلومات (IT)، قسم الموارد البشرية (HR)، وقسم المبيعات (Sales)، مع ضبط مسار LDAP الصحيح تحت الجذر DC=lab,DC=local."</w:t>
      </w:r>
    </w:p>
    <w:p w:rsidR="006C49F8" w:rsidRDefault="00E015D9">
      <w:pPr>
        <w:pStyle w:val="BodyText"/>
      </w:pPr>
      <w:r>
        <w:rPr>
          <w:b/>
        </w:rPr>
        <w:t xml:space="preserve">Technical Description (English): </w:t>
      </w:r>
      <w:r>
        <w:rPr>
          <w:i/>
        </w:rPr>
        <w:t>"Documenting the creation of Organizational Units (OUs) within the Active Directory tree to facilitate centralized administration and targeted Group Policy Object (GPO) application across different departments. Three primary OUs were established reflecting the organizational structure: Information Technology (IT), Human Resources (HR), and Sales, all properly anchored under the LDAP path DC=lab,DC=local."</w:t>
      </w:r>
    </w:p>
    <w:p w:rsidR="006C49F8" w:rsidRDefault="00E015D9">
      <w:pPr>
        <w:pStyle w:val="BodyText"/>
        <w:bidi/>
      </w:pPr>
      <w:r>
        <w:rPr>
          <w:b/>
          <w:rtl/>
        </w:rPr>
        <w:t xml:space="preserve">ملاحظة فنية: </w:t>
      </w:r>
      <w:r>
        <w:rPr>
          <w:rtl/>
        </w:rPr>
        <w:t>تم تنفيذ الإنشاء باستخدام PowerShell عبر الأمر New-ADOrganizationalUnit مع تحديد المسار (Path) بشكل صريح لضمان ترتيب هرمي سليم للوحدات.</w:t>
      </w:r>
    </w:p>
    <w:p w:rsidR="006C49F8" w:rsidRDefault="00E015D9">
      <w:pPr>
        <w:jc w:val="center"/>
      </w:pPr>
      <w:r>
        <w:rPr>
          <w:sz w:val="20"/>
        </w:rPr>
        <w:t>------------------------------------------------------------------------------------------------</w:t>
      </w:r>
    </w:p>
    <w:p w:rsidR="006C49F8" w:rsidRDefault="00E015D9">
      <w:pPr>
        <w:pStyle w:val="Heading3"/>
        <w:bidi/>
      </w:pPr>
      <w:r>
        <w:t>الخطوة رقم (14): إنشاء حسابات مستخدمي النطاق (Domain Users)</w:t>
      </w:r>
    </w:p>
    <w:p w:rsidR="006C49F8" w:rsidRDefault="00E015D9">
      <w:pPr>
        <w:pStyle w:val="Heading3"/>
      </w:pPr>
      <w:r>
        <w:rPr>
          <w:i/>
        </w:rPr>
        <w:t>(Creating Domain User Accounts)</w:t>
      </w:r>
    </w:p>
    <w:p w:rsidR="006C49F8" w:rsidRDefault="00E015D9">
      <w:pPr>
        <w:pStyle w:val="BodyText"/>
        <w:bidi/>
      </w:pPr>
      <w:r>
        <w:rPr>
          <w:b/>
          <w:rtl/>
        </w:rPr>
        <w:t xml:space="preserve">الوصف الفني (بالعربية): </w:t>
      </w:r>
      <w:r>
        <w:rPr>
          <w:rtl/>
        </w:rPr>
        <w:t>"توثيق مرحلة إنشاء حسابات المستخدمين داخل الوحدات التنظيمية المنشأة مسبقاً، حيث تم توزيع خمسة مستخدمين على الأقسام الثلاثة (IT, HR, Sales) مع ضبط كلمات المرور الأولية وتفعيل خيار (Change Password at Next Logon) لضمان الالتزام بسياسات الأمان. تم تعيين كل مستخدم في الوحدة التنظيمية المناسبة لقسمه مع إضافة سمات إضافية مثل المسمى الوظيفي (Title) ورقم القسم (Department) لتسهيل عمليات البحث والإدارة لاحقاً."</w:t>
      </w:r>
    </w:p>
    <w:p w:rsidR="006C49F8" w:rsidRDefault="00E015D9">
      <w:pPr>
        <w:pStyle w:val="BodyText"/>
      </w:pPr>
      <w:r>
        <w:rPr>
          <w:b/>
        </w:rPr>
        <w:t xml:space="preserve">Technical Description (English): </w:t>
      </w:r>
      <w:r>
        <w:rPr>
          <w:i/>
        </w:rPr>
        <w:t>"Documenting the creation of domain user accounts within the previously established Organizational Units. Five users were distributed across three departments (IT, HR, and Sales) with initial passwords set and the (Change Password at Next Logon) flag enabled to enforce security policies. Each user was assigned to the appropriate departmental OU with additional attributes such as Job Title and Department for streamlined administration and future LDAP queries."</w:t>
      </w:r>
    </w:p>
    <w:p w:rsidR="006C49F8" w:rsidRDefault="006C49F8"/>
    <w:p w:rsidR="006C49F8" w:rsidRDefault="00E015D9">
      <w:pPr>
        <w:jc w:val="center"/>
      </w:pPr>
      <w:r>
        <w:rPr>
          <w:b/>
        </w:rPr>
        <w:lastRenderedPageBreak/>
        <w:t>جدول (1): قائمة المستخدمين المنشئين في النطاق</w:t>
      </w:r>
    </w:p>
    <w:tbl>
      <w:tblPr>
        <w:tblStyle w:val="LightGrid-Accent1"/>
        <w:tblW w:w="0" w:type="auto"/>
        <w:tblLook w:val="04A0" w:firstRow="1" w:lastRow="0" w:firstColumn="1" w:lastColumn="0" w:noHBand="0" w:noVBand="1"/>
      </w:tblPr>
      <w:tblGrid>
        <w:gridCol w:w="2202"/>
        <w:gridCol w:w="2958"/>
        <w:gridCol w:w="2222"/>
        <w:gridCol w:w="2194"/>
      </w:tblGrid>
      <w:tr w:rsidR="006C49F8" w:rsidTr="006C49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rsidR="006C49F8" w:rsidRDefault="00E015D9">
            <w:r>
              <w:t>الاسم الكامل / Full Name</w:t>
            </w:r>
          </w:p>
        </w:tc>
        <w:tc>
          <w:tcPr>
            <w:tcW w:w="2340" w:type="dxa"/>
          </w:tcPr>
          <w:p w:rsidR="006C49F8" w:rsidRDefault="00E015D9">
            <w:pPr>
              <w:cnfStyle w:val="100000000000" w:firstRow="1" w:lastRow="0" w:firstColumn="0" w:lastColumn="0" w:oddVBand="0" w:evenVBand="0" w:oddHBand="0" w:evenHBand="0" w:firstRowFirstColumn="0" w:firstRowLastColumn="0" w:lastRowFirstColumn="0" w:lastRowLastColumn="0"/>
            </w:pPr>
            <w:r>
              <w:t>اسم الدخول / SamAccountName</w:t>
            </w:r>
          </w:p>
        </w:tc>
        <w:tc>
          <w:tcPr>
            <w:tcW w:w="2340" w:type="dxa"/>
          </w:tcPr>
          <w:p w:rsidR="006C49F8" w:rsidRDefault="00E015D9">
            <w:pPr>
              <w:cnfStyle w:val="100000000000" w:firstRow="1" w:lastRow="0" w:firstColumn="0" w:lastColumn="0" w:oddVBand="0" w:evenVBand="0" w:oddHBand="0" w:evenHBand="0" w:firstRowFirstColumn="0" w:firstRowLastColumn="0" w:lastRowFirstColumn="0" w:lastRowLastColumn="0"/>
            </w:pPr>
            <w:r>
              <w:t>القسم / Department</w:t>
            </w:r>
          </w:p>
        </w:tc>
        <w:tc>
          <w:tcPr>
            <w:tcW w:w="2340" w:type="dxa"/>
          </w:tcPr>
          <w:p w:rsidR="006C49F8" w:rsidRDefault="00E015D9">
            <w:pPr>
              <w:cnfStyle w:val="100000000000" w:firstRow="1" w:lastRow="0" w:firstColumn="0" w:lastColumn="0" w:oddVBand="0" w:evenVBand="0" w:oddHBand="0" w:evenHBand="0" w:firstRowFirstColumn="0" w:firstRowLastColumn="0" w:lastRowFirstColumn="0" w:lastRowLastColumn="0"/>
            </w:pPr>
            <w:r>
              <w:t>المسمى الوظيفي / Title</w:t>
            </w:r>
          </w:p>
        </w:tc>
      </w:tr>
      <w:tr w:rsidR="006C49F8" w:rsidTr="006C4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rsidR="006C49F8" w:rsidRDefault="00E015D9">
            <w:r>
              <w:t>Ahmed Ali</w:t>
            </w:r>
          </w:p>
        </w:tc>
        <w:tc>
          <w:tcPr>
            <w:tcW w:w="2340" w:type="dxa"/>
          </w:tcPr>
          <w:p w:rsidR="006C49F8" w:rsidRDefault="00E015D9">
            <w:pPr>
              <w:cnfStyle w:val="000000100000" w:firstRow="0" w:lastRow="0" w:firstColumn="0" w:lastColumn="0" w:oddVBand="0" w:evenVBand="0" w:oddHBand="1" w:evenHBand="0" w:firstRowFirstColumn="0" w:firstRowLastColumn="0" w:lastRowFirstColumn="0" w:lastRowLastColumn="0"/>
            </w:pPr>
            <w:proofErr w:type="spellStart"/>
            <w:r>
              <w:t>ahmed.ali</w:t>
            </w:r>
            <w:proofErr w:type="spellEnd"/>
          </w:p>
          <w:p w:rsidR="001D5714" w:rsidRDefault="001D5714">
            <w:pPr>
              <w:cnfStyle w:val="000000100000" w:firstRow="0" w:lastRow="0" w:firstColumn="0" w:lastColumn="0" w:oddVBand="0" w:evenVBand="0" w:oddHBand="1" w:evenHBand="0" w:firstRowFirstColumn="0" w:firstRowLastColumn="0" w:lastRowFirstColumn="0" w:lastRowLastColumn="0"/>
            </w:pPr>
            <w:proofErr w:type="gramStart"/>
            <w:r>
              <w:t>Password:Ahmed</w:t>
            </w:r>
            <w:proofErr w:type="gramEnd"/>
            <w:r>
              <w:t>@2025!Lab</w:t>
            </w:r>
          </w:p>
        </w:tc>
        <w:tc>
          <w:tcPr>
            <w:tcW w:w="2340" w:type="dxa"/>
          </w:tcPr>
          <w:p w:rsidR="006C49F8" w:rsidRDefault="00E015D9">
            <w:pPr>
              <w:cnfStyle w:val="000000100000" w:firstRow="0" w:lastRow="0" w:firstColumn="0" w:lastColumn="0" w:oddVBand="0" w:evenVBand="0" w:oddHBand="1" w:evenHBand="0" w:firstRowFirstColumn="0" w:firstRowLastColumn="0" w:lastRowFirstColumn="0" w:lastRowLastColumn="0"/>
            </w:pPr>
            <w:r>
              <w:t>IT</w:t>
            </w:r>
          </w:p>
        </w:tc>
        <w:tc>
          <w:tcPr>
            <w:tcW w:w="2340" w:type="dxa"/>
          </w:tcPr>
          <w:p w:rsidR="006C49F8" w:rsidRDefault="00E015D9">
            <w:pPr>
              <w:cnfStyle w:val="000000100000" w:firstRow="0" w:lastRow="0" w:firstColumn="0" w:lastColumn="0" w:oddVBand="0" w:evenVBand="0" w:oddHBand="1" w:evenHBand="0" w:firstRowFirstColumn="0" w:firstRowLastColumn="0" w:lastRowFirstColumn="0" w:lastRowLastColumn="0"/>
            </w:pPr>
            <w:r>
              <w:t>System Admin</w:t>
            </w:r>
          </w:p>
        </w:tc>
      </w:tr>
      <w:tr w:rsidR="006C49F8" w:rsidTr="006C49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rsidR="006C49F8" w:rsidRDefault="00E015D9">
            <w:r>
              <w:t>Sara Mohamed</w:t>
            </w:r>
          </w:p>
        </w:tc>
        <w:tc>
          <w:tcPr>
            <w:tcW w:w="2340" w:type="dxa"/>
          </w:tcPr>
          <w:p w:rsidR="006C49F8" w:rsidRDefault="00E015D9">
            <w:pPr>
              <w:cnfStyle w:val="000000010000" w:firstRow="0" w:lastRow="0" w:firstColumn="0" w:lastColumn="0" w:oddVBand="0" w:evenVBand="0" w:oddHBand="0" w:evenHBand="1" w:firstRowFirstColumn="0" w:firstRowLastColumn="0" w:lastRowFirstColumn="0" w:lastRowLastColumn="0"/>
            </w:pPr>
            <w:r>
              <w:t>sara.mohamed</w:t>
            </w:r>
          </w:p>
        </w:tc>
        <w:tc>
          <w:tcPr>
            <w:tcW w:w="2340" w:type="dxa"/>
          </w:tcPr>
          <w:p w:rsidR="006C49F8" w:rsidRDefault="00E015D9">
            <w:pPr>
              <w:cnfStyle w:val="000000010000" w:firstRow="0" w:lastRow="0" w:firstColumn="0" w:lastColumn="0" w:oddVBand="0" w:evenVBand="0" w:oddHBand="0" w:evenHBand="1" w:firstRowFirstColumn="0" w:firstRowLastColumn="0" w:lastRowFirstColumn="0" w:lastRowLastColumn="0"/>
            </w:pPr>
            <w:r>
              <w:t>HR</w:t>
            </w:r>
          </w:p>
        </w:tc>
        <w:tc>
          <w:tcPr>
            <w:tcW w:w="2340" w:type="dxa"/>
          </w:tcPr>
          <w:p w:rsidR="006C49F8" w:rsidRDefault="00E015D9">
            <w:pPr>
              <w:cnfStyle w:val="000000010000" w:firstRow="0" w:lastRow="0" w:firstColumn="0" w:lastColumn="0" w:oddVBand="0" w:evenVBand="0" w:oddHBand="0" w:evenHBand="1" w:firstRowFirstColumn="0" w:firstRowLastColumn="0" w:lastRowFirstColumn="0" w:lastRowLastColumn="0"/>
            </w:pPr>
            <w:r>
              <w:t>HR Manager</w:t>
            </w:r>
          </w:p>
        </w:tc>
      </w:tr>
      <w:tr w:rsidR="006C49F8" w:rsidTr="006C4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rsidR="006C49F8" w:rsidRDefault="00E015D9">
            <w:r>
              <w:t>Khalid Saleh</w:t>
            </w:r>
          </w:p>
        </w:tc>
        <w:tc>
          <w:tcPr>
            <w:tcW w:w="2340" w:type="dxa"/>
          </w:tcPr>
          <w:p w:rsidR="006C49F8" w:rsidRDefault="00E015D9">
            <w:pPr>
              <w:cnfStyle w:val="000000100000" w:firstRow="0" w:lastRow="0" w:firstColumn="0" w:lastColumn="0" w:oddVBand="0" w:evenVBand="0" w:oddHBand="1" w:evenHBand="0" w:firstRowFirstColumn="0" w:firstRowLastColumn="0" w:lastRowFirstColumn="0" w:lastRowLastColumn="0"/>
            </w:pPr>
            <w:r>
              <w:t>khalid.saleh</w:t>
            </w:r>
          </w:p>
        </w:tc>
        <w:tc>
          <w:tcPr>
            <w:tcW w:w="2340" w:type="dxa"/>
          </w:tcPr>
          <w:p w:rsidR="006C49F8" w:rsidRDefault="00E015D9">
            <w:pPr>
              <w:cnfStyle w:val="000000100000" w:firstRow="0" w:lastRow="0" w:firstColumn="0" w:lastColumn="0" w:oddVBand="0" w:evenVBand="0" w:oddHBand="1" w:evenHBand="0" w:firstRowFirstColumn="0" w:firstRowLastColumn="0" w:lastRowFirstColumn="0" w:lastRowLastColumn="0"/>
            </w:pPr>
            <w:r>
              <w:t>Sales</w:t>
            </w:r>
          </w:p>
        </w:tc>
        <w:tc>
          <w:tcPr>
            <w:tcW w:w="2340" w:type="dxa"/>
          </w:tcPr>
          <w:p w:rsidR="006C49F8" w:rsidRDefault="00E015D9">
            <w:pPr>
              <w:cnfStyle w:val="000000100000" w:firstRow="0" w:lastRow="0" w:firstColumn="0" w:lastColumn="0" w:oddVBand="0" w:evenVBand="0" w:oddHBand="1" w:evenHBand="0" w:firstRowFirstColumn="0" w:firstRowLastColumn="0" w:lastRowFirstColumn="0" w:lastRowLastColumn="0"/>
            </w:pPr>
            <w:r>
              <w:t>Sales Rep</w:t>
            </w:r>
          </w:p>
        </w:tc>
      </w:tr>
      <w:tr w:rsidR="006C49F8" w:rsidTr="006C49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rsidR="006C49F8" w:rsidRDefault="00E015D9">
            <w:r>
              <w:t>Nora Abdullah</w:t>
            </w:r>
          </w:p>
        </w:tc>
        <w:tc>
          <w:tcPr>
            <w:tcW w:w="2340" w:type="dxa"/>
          </w:tcPr>
          <w:p w:rsidR="006C49F8" w:rsidRDefault="00E015D9">
            <w:pPr>
              <w:cnfStyle w:val="000000010000" w:firstRow="0" w:lastRow="0" w:firstColumn="0" w:lastColumn="0" w:oddVBand="0" w:evenVBand="0" w:oddHBand="0" w:evenHBand="1" w:firstRowFirstColumn="0" w:firstRowLastColumn="0" w:lastRowFirstColumn="0" w:lastRowLastColumn="0"/>
            </w:pPr>
            <w:r>
              <w:t>nora.abdullah</w:t>
            </w:r>
          </w:p>
        </w:tc>
        <w:tc>
          <w:tcPr>
            <w:tcW w:w="2340" w:type="dxa"/>
          </w:tcPr>
          <w:p w:rsidR="006C49F8" w:rsidRDefault="00E015D9">
            <w:pPr>
              <w:cnfStyle w:val="000000010000" w:firstRow="0" w:lastRow="0" w:firstColumn="0" w:lastColumn="0" w:oddVBand="0" w:evenVBand="0" w:oddHBand="0" w:evenHBand="1" w:firstRowFirstColumn="0" w:firstRowLastColumn="0" w:lastRowFirstColumn="0" w:lastRowLastColumn="0"/>
            </w:pPr>
            <w:r>
              <w:t>IT</w:t>
            </w:r>
          </w:p>
        </w:tc>
        <w:tc>
          <w:tcPr>
            <w:tcW w:w="2340" w:type="dxa"/>
          </w:tcPr>
          <w:p w:rsidR="006C49F8" w:rsidRDefault="00E015D9">
            <w:pPr>
              <w:cnfStyle w:val="000000010000" w:firstRow="0" w:lastRow="0" w:firstColumn="0" w:lastColumn="0" w:oddVBand="0" w:evenVBand="0" w:oddHBand="0" w:evenHBand="1" w:firstRowFirstColumn="0" w:firstRowLastColumn="0" w:lastRowFirstColumn="0" w:lastRowLastColumn="0"/>
            </w:pPr>
            <w:r>
              <w:t>Helpdesk</w:t>
            </w:r>
          </w:p>
        </w:tc>
      </w:tr>
      <w:tr w:rsidR="006C49F8" w:rsidTr="006C4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rsidR="006C49F8" w:rsidRDefault="00E015D9">
            <w:r>
              <w:t>Fahad Nasser</w:t>
            </w:r>
          </w:p>
        </w:tc>
        <w:tc>
          <w:tcPr>
            <w:tcW w:w="2340" w:type="dxa"/>
          </w:tcPr>
          <w:p w:rsidR="006C49F8" w:rsidRDefault="00E015D9">
            <w:pPr>
              <w:cnfStyle w:val="000000100000" w:firstRow="0" w:lastRow="0" w:firstColumn="0" w:lastColumn="0" w:oddVBand="0" w:evenVBand="0" w:oddHBand="1" w:evenHBand="0" w:firstRowFirstColumn="0" w:firstRowLastColumn="0" w:lastRowFirstColumn="0" w:lastRowLastColumn="0"/>
            </w:pPr>
            <w:r>
              <w:t>fahad.nasser</w:t>
            </w:r>
          </w:p>
        </w:tc>
        <w:tc>
          <w:tcPr>
            <w:tcW w:w="2340" w:type="dxa"/>
          </w:tcPr>
          <w:p w:rsidR="006C49F8" w:rsidRDefault="00E015D9">
            <w:pPr>
              <w:cnfStyle w:val="000000100000" w:firstRow="0" w:lastRow="0" w:firstColumn="0" w:lastColumn="0" w:oddVBand="0" w:evenVBand="0" w:oddHBand="1" w:evenHBand="0" w:firstRowFirstColumn="0" w:firstRowLastColumn="0" w:lastRowFirstColumn="0" w:lastRowLastColumn="0"/>
            </w:pPr>
            <w:r>
              <w:t>Sales</w:t>
            </w:r>
          </w:p>
        </w:tc>
        <w:tc>
          <w:tcPr>
            <w:tcW w:w="2340" w:type="dxa"/>
          </w:tcPr>
          <w:p w:rsidR="006C49F8" w:rsidRDefault="00E015D9">
            <w:pPr>
              <w:cnfStyle w:val="000000100000" w:firstRow="0" w:lastRow="0" w:firstColumn="0" w:lastColumn="0" w:oddVBand="0" w:evenVBand="0" w:oddHBand="1" w:evenHBand="0" w:firstRowFirstColumn="0" w:firstRowLastColumn="0" w:lastRowFirstColumn="0" w:lastRowLastColumn="0"/>
            </w:pPr>
            <w:r>
              <w:t>Sales Rep</w:t>
            </w:r>
          </w:p>
        </w:tc>
      </w:tr>
    </w:tbl>
    <w:p w:rsidR="006C49F8" w:rsidRDefault="006C49F8"/>
    <w:p w:rsidR="006C49F8" w:rsidRDefault="00E015D9">
      <w:pPr>
        <w:pStyle w:val="BodyText"/>
        <w:bidi/>
      </w:pPr>
      <w:r>
        <w:rPr>
          <w:b/>
          <w:rtl/>
        </w:rPr>
        <w:t xml:space="preserve">إعدادات الأمان: </w:t>
      </w:r>
      <w:r>
        <w:rPr>
          <w:rtl/>
        </w:rPr>
        <w:t>كلمة المرور الافتراضية: User@2025!Lab — جميع الحسابات مفعّلة (Enabled = True) — تم إجبار المستخدم على تغيير كلمة المرور عند أول تسجيل دخول لتحقيق متطلبات سياسة التعقيد.</w:t>
      </w:r>
    </w:p>
    <w:p w:rsidR="006C49F8" w:rsidRDefault="00E015D9">
      <w:pPr>
        <w:jc w:val="center"/>
      </w:pPr>
      <w:r>
        <w:rPr>
          <w:sz w:val="20"/>
        </w:rPr>
        <w:t>------------------------------------------------------------------------------------------------</w:t>
      </w:r>
    </w:p>
    <w:p w:rsidR="006C49F8" w:rsidRDefault="00E015D9">
      <w:pPr>
        <w:pStyle w:val="Heading3"/>
        <w:bidi/>
      </w:pPr>
      <w:r>
        <w:t>الخطوة رقم (15): ضم جهاز Windows 10 إلى النطاق (Domain Join)</w:t>
      </w:r>
    </w:p>
    <w:p w:rsidR="006C49F8" w:rsidRDefault="00E015D9">
      <w:pPr>
        <w:pStyle w:val="Heading3"/>
      </w:pPr>
      <w:r>
        <w:rPr>
          <w:i/>
        </w:rPr>
        <w:t>(Joining Windows 10 Client to the Domain)</w:t>
      </w:r>
    </w:p>
    <w:p w:rsidR="006C49F8" w:rsidRDefault="00E015D9" w:rsidP="00243548">
      <w:pPr>
        <w:pStyle w:val="BodyText"/>
        <w:bidi/>
      </w:pPr>
      <w:r>
        <w:rPr>
          <w:b/>
          <w:rtl/>
        </w:rPr>
        <w:t xml:space="preserve">الوصف الفني (بالعربية): </w:t>
      </w:r>
      <w:r>
        <w:rPr>
          <w:rtl/>
        </w:rPr>
        <w:t xml:space="preserve">"توثيق مرحلة ضم محطة عمل </w:t>
      </w:r>
      <w:proofErr w:type="spellStart"/>
      <w:r>
        <w:rPr>
          <w:rtl/>
        </w:rPr>
        <w:t>Windows</w:t>
      </w:r>
      <w:proofErr w:type="spellEnd"/>
      <w:r>
        <w:rPr>
          <w:rtl/>
        </w:rPr>
        <w:t xml:space="preserve"> 10 إلى النطاق </w:t>
      </w:r>
      <w:proofErr w:type="spellStart"/>
      <w:proofErr w:type="gramStart"/>
      <w:r>
        <w:rPr>
          <w:rtl/>
        </w:rPr>
        <w:t>lab.local</w:t>
      </w:r>
      <w:proofErr w:type="spellEnd"/>
      <w:proofErr w:type="gramEnd"/>
      <w:r>
        <w:rPr>
          <w:rtl/>
        </w:rPr>
        <w:t xml:space="preserve"> بعد ضبط إعدادات كرت الشبكة لتوجيه حركة DNS إلى خادم الدليل النشط (</w:t>
      </w:r>
      <w:r w:rsidR="00243548" w:rsidRPr="00243548">
        <w:rPr>
          <w:b/>
          <w:bCs/>
        </w:rPr>
        <w:t>192.168.20.101</w:t>
      </w:r>
      <w:r>
        <w:rPr>
          <w:rtl/>
        </w:rPr>
        <w:t>). تم تنفيذ عملية الضم باستخدام الأمر Add-Computer في PowerShell مع تقديم بيانات اعتماد حساب Administrator، وبعد إعادة التشغيل نجح الجهاز في الانضمام إلى الوحدة التنظيمية الافتراضية (Computers) في Active Directory، مما يتيح للمستخدمين المصرح لهم بتسجيل الدخول من خلال حسابات النطاق."</w:t>
      </w:r>
    </w:p>
    <w:p w:rsidR="006C49F8" w:rsidRDefault="00E015D9">
      <w:pPr>
        <w:pStyle w:val="BodyText"/>
      </w:pPr>
      <w:r>
        <w:rPr>
          <w:b/>
        </w:rPr>
        <w:t xml:space="preserve">Technical Description (English): </w:t>
      </w:r>
      <w:r>
        <w:rPr>
          <w:i/>
        </w:rPr>
        <w:t xml:space="preserve">"Documenting the process of joining a Windows 10 client workstation to the </w:t>
      </w:r>
      <w:proofErr w:type="gramStart"/>
      <w:r>
        <w:rPr>
          <w:i/>
        </w:rPr>
        <w:t>lab.local</w:t>
      </w:r>
      <w:proofErr w:type="gramEnd"/>
      <w:r>
        <w:rPr>
          <w:i/>
        </w:rPr>
        <w:t xml:space="preserve"> domain after configuring the network adapter to forward DNS queries to the Active Directory server (</w:t>
      </w:r>
      <w:r w:rsidR="00E0632C">
        <w:rPr>
          <w:i/>
        </w:rPr>
        <w:t>192.168.20.101</w:t>
      </w:r>
      <w:r>
        <w:rPr>
          <w:i/>
        </w:rPr>
        <w:t>). The join operation was performed using the Add-Computer PowerShell cmdlet with Administrator credentials. Following the system reboot, the workstation successfully joined the default Computers container in Active Directory, enabling authorized users to log in using their domain accounts."</w:t>
      </w:r>
    </w:p>
    <w:p w:rsidR="006C49F8" w:rsidRDefault="00E015D9">
      <w:pPr>
        <w:pStyle w:val="BodyText"/>
        <w:bidi/>
      </w:pPr>
      <w:r>
        <w:rPr>
          <w:b/>
          <w:rtl/>
        </w:rPr>
        <w:t xml:space="preserve">متطلبات ما قبل الضم: </w:t>
      </w:r>
      <w:r>
        <w:rPr>
          <w:rtl/>
        </w:rPr>
        <w:t>(1) اتصال شبكي ناجح بين Windows 10 والسيرفر — (2) ضبط DNS على Windows 10 ليشير إلى IP السيرفر (</w:t>
      </w:r>
      <w:r w:rsidR="00E0632C">
        <w:rPr>
          <w:rFonts w:cs="Times New Roman"/>
          <w:rtl/>
        </w:rPr>
        <w:t>192.168.20.101</w:t>
      </w:r>
      <w:r>
        <w:rPr>
          <w:rtl/>
        </w:rPr>
        <w:t>) — (3) قدرة Windows 10 على حل اسم النطاق (</w:t>
      </w:r>
      <w:proofErr w:type="gramStart"/>
      <w:r>
        <w:rPr>
          <w:rtl/>
        </w:rPr>
        <w:t>lab.local</w:t>
      </w:r>
      <w:proofErr w:type="gramEnd"/>
      <w:r>
        <w:rPr>
          <w:rtl/>
        </w:rPr>
        <w:t>) عبر DNS — (4) بيانات اعتماد حساب Domain Admin صالحة.</w:t>
      </w:r>
    </w:p>
    <w:p w:rsidR="006C49F8" w:rsidRDefault="00E015D9">
      <w:pPr>
        <w:jc w:val="center"/>
      </w:pPr>
      <w:r>
        <w:rPr>
          <w:sz w:val="20"/>
        </w:rPr>
        <w:t>------------------------------------------------------------------------------------------------</w:t>
      </w:r>
    </w:p>
    <w:p w:rsidR="006C49F8" w:rsidRDefault="00E015D9">
      <w:pPr>
        <w:pStyle w:val="Heading3"/>
        <w:bidi/>
      </w:pPr>
      <w:r>
        <w:lastRenderedPageBreak/>
        <w:t>الخطوة رقم (16): التحقق من نجاح الانضمام للنطاق (Domain Join Verification)</w:t>
      </w:r>
    </w:p>
    <w:p w:rsidR="006C49F8" w:rsidRDefault="00E015D9">
      <w:pPr>
        <w:pStyle w:val="Heading3"/>
      </w:pPr>
      <w:r>
        <w:rPr>
          <w:i/>
        </w:rPr>
        <w:t>(Verifying Successful Domain Join)</w:t>
      </w:r>
    </w:p>
    <w:p w:rsidR="006C49F8" w:rsidRDefault="00E015D9">
      <w:pPr>
        <w:pStyle w:val="BodyText"/>
        <w:bidi/>
      </w:pPr>
      <w:r>
        <w:rPr>
          <w:b/>
          <w:rtl/>
        </w:rPr>
        <w:t xml:space="preserve">الوصف الفني (بالعربية): </w:t>
      </w:r>
      <w:r>
        <w:rPr>
          <w:rtl/>
        </w:rPr>
        <w:t>"توثيق التحقق النهائي من نجاح عملية ضم جهاز Windows 10 للنطاق، حيث تم تسجيل الدخول باستخدام حساب أحد المستخدمين المنشئين مسبقاً (ahmed.ali) وتنفيذ الأمر whoami في PowerShell للتأكد من ظهور معرّف النطاق (lab\ahmed.ali) بدلاً من معرّف الجهاز المحلي. كما تم التحقق من جانب السيرفر بعرض قائمة الأجهزة المنضمة للنطاق باستخدام الأمر Get-ADComputer، حيث ظهر اسم الجهاز (DESKTOP-GMVL0U9) ضمن قائمة الأجهزة المعتمدة في Active Directory."</w:t>
      </w:r>
    </w:p>
    <w:p w:rsidR="006C49F8" w:rsidRDefault="00E015D9">
      <w:pPr>
        <w:pStyle w:val="BodyText"/>
      </w:pPr>
      <w:r>
        <w:rPr>
          <w:b/>
        </w:rPr>
        <w:t xml:space="preserve">Technical Description (English): </w:t>
      </w:r>
      <w:r>
        <w:rPr>
          <w:i/>
        </w:rPr>
        <w:t>"Documenting the final verification of the successful Windows 10 domain join operation. A test login was performed using one of the previously created user accounts (ahmed.ali), followed by executing the whoami command in PowerShell to confirm that the domain identifier (lab\ahmed.ali) was displayed instead of the local machine identifier. Server-side verification was also conducted by listing all domain-joined computers using the Get-ADComputer cmdlet, which confirmed the presence of the workstation (DESKTOP-GMVL0U9) in the Active Directory computer registry."</w:t>
      </w:r>
    </w:p>
    <w:p w:rsidR="006C49F8" w:rsidRDefault="00E015D9">
      <w:pPr>
        <w:pStyle w:val="BodyText"/>
        <w:bidi/>
      </w:pPr>
      <w:r>
        <w:rPr>
          <w:b/>
          <w:rtl/>
        </w:rPr>
        <w:t xml:space="preserve">نتائج التحقق: </w:t>
      </w:r>
      <w:r>
        <w:rPr>
          <w:rtl/>
        </w:rPr>
        <w:t>الأمر whoami أرجع: lab\ahmed.ali — تم تأكيد دخول المستخدم عبر النطاق بدلاً من الحساب المحلي — الجهاز DESKTOP-GMVL0U9 ظاهر في قائمة Active Directory Computers.</w:t>
      </w:r>
    </w:p>
    <w:p w:rsidR="006C49F8" w:rsidRDefault="00E015D9">
      <w:pPr>
        <w:jc w:val="center"/>
      </w:pPr>
      <w:r>
        <w:rPr>
          <w:sz w:val="20"/>
        </w:rPr>
        <w:t>------------------------------------------------------------------------------------------------</w:t>
      </w:r>
    </w:p>
    <w:p w:rsidR="006C49F8" w:rsidRDefault="00E015D9">
      <w:pPr>
        <w:jc w:val="center"/>
      </w:pPr>
      <w:r>
        <w:rPr>
          <w:sz w:val="20"/>
        </w:rPr>
        <w:t>================================================================</w:t>
      </w:r>
    </w:p>
    <w:p w:rsidR="006C49F8" w:rsidRDefault="00E015D9">
      <w:pPr>
        <w:jc w:val="center"/>
      </w:pPr>
      <w:r>
        <w:rPr>
          <w:b/>
          <w:sz w:val="28"/>
        </w:rPr>
        <w:t>ملخص المرحلة الثانية</w:t>
      </w:r>
      <w:r>
        <w:rPr>
          <w:b/>
          <w:sz w:val="28"/>
        </w:rPr>
        <w:br/>
        <w:t>Phase Two Summary</w:t>
      </w:r>
    </w:p>
    <w:tbl>
      <w:tblPr>
        <w:tblStyle w:val="LightGrid-Accent1"/>
        <w:tblW w:w="0" w:type="auto"/>
        <w:tblLook w:val="04A0" w:firstRow="1" w:lastRow="0" w:firstColumn="1" w:lastColumn="0" w:noHBand="0" w:noVBand="1"/>
      </w:tblPr>
      <w:tblGrid>
        <w:gridCol w:w="3120"/>
        <w:gridCol w:w="3120"/>
        <w:gridCol w:w="3120"/>
      </w:tblGrid>
      <w:tr w:rsidR="006C49F8" w:rsidTr="006C49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6C49F8" w:rsidRDefault="00E015D9">
            <w:r>
              <w:t>المهمة / Task</w:t>
            </w:r>
          </w:p>
        </w:tc>
        <w:tc>
          <w:tcPr>
            <w:tcW w:w="3120" w:type="dxa"/>
          </w:tcPr>
          <w:p w:rsidR="006C49F8" w:rsidRDefault="00E015D9">
            <w:pPr>
              <w:cnfStyle w:val="100000000000" w:firstRow="1" w:lastRow="0" w:firstColumn="0" w:lastColumn="0" w:oddVBand="0" w:evenVBand="0" w:oddHBand="0" w:evenHBand="0" w:firstRowFirstColumn="0" w:firstRowLastColumn="0" w:lastRowFirstColumn="0" w:lastRowLastColumn="0"/>
            </w:pPr>
            <w:r>
              <w:t>الحالة / Status</w:t>
            </w:r>
          </w:p>
        </w:tc>
        <w:tc>
          <w:tcPr>
            <w:tcW w:w="3120" w:type="dxa"/>
          </w:tcPr>
          <w:p w:rsidR="006C49F8" w:rsidRDefault="00E015D9">
            <w:pPr>
              <w:cnfStyle w:val="100000000000" w:firstRow="1" w:lastRow="0" w:firstColumn="0" w:lastColumn="0" w:oddVBand="0" w:evenVBand="0" w:oddHBand="0" w:evenHBand="0" w:firstRowFirstColumn="0" w:firstRowLastColumn="0" w:lastRowFirstColumn="0" w:lastRowLastColumn="0"/>
            </w:pPr>
            <w:r>
              <w:t>ملاحظات / Notes</w:t>
            </w:r>
          </w:p>
        </w:tc>
      </w:tr>
      <w:tr w:rsidR="006C49F8" w:rsidTr="006C4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6C49F8" w:rsidRDefault="00E015D9">
            <w:r>
              <w:t>تثبيت Active Directory Domain Services</w:t>
            </w:r>
          </w:p>
        </w:tc>
        <w:tc>
          <w:tcPr>
            <w:tcW w:w="3120" w:type="dxa"/>
          </w:tcPr>
          <w:p w:rsidR="006C49F8" w:rsidRDefault="00E015D9">
            <w:pPr>
              <w:cnfStyle w:val="000000100000" w:firstRow="0" w:lastRow="0" w:firstColumn="0" w:lastColumn="0" w:oddVBand="0" w:evenVBand="0" w:oddHBand="1" w:evenHBand="0" w:firstRowFirstColumn="0" w:firstRowLastColumn="0" w:lastRowFirstColumn="0" w:lastRowLastColumn="0"/>
            </w:pPr>
            <w:r>
              <w:t>مكتملة / Completed</w:t>
            </w:r>
          </w:p>
        </w:tc>
        <w:tc>
          <w:tcPr>
            <w:tcW w:w="3120" w:type="dxa"/>
          </w:tcPr>
          <w:p w:rsidR="006C49F8" w:rsidRDefault="00E015D9">
            <w:pPr>
              <w:cnfStyle w:val="000000100000" w:firstRow="0" w:lastRow="0" w:firstColumn="0" w:lastColumn="0" w:oddVBand="0" w:evenVBand="0" w:oddHBand="1" w:evenHBand="0" w:firstRowFirstColumn="0" w:firstRowLastColumn="0" w:lastRowFirstColumn="0" w:lastRowLastColumn="0"/>
            </w:pPr>
            <w:r>
              <w:t>AD DS role installed</w:t>
            </w:r>
          </w:p>
        </w:tc>
      </w:tr>
      <w:tr w:rsidR="006C49F8" w:rsidTr="006C49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6C49F8" w:rsidRDefault="00E015D9">
            <w:r>
              <w:t>ترقية السيرفر لـ Domain Controller</w:t>
            </w:r>
          </w:p>
        </w:tc>
        <w:tc>
          <w:tcPr>
            <w:tcW w:w="3120" w:type="dxa"/>
          </w:tcPr>
          <w:p w:rsidR="006C49F8" w:rsidRDefault="00E015D9">
            <w:pPr>
              <w:cnfStyle w:val="000000010000" w:firstRow="0" w:lastRow="0" w:firstColumn="0" w:lastColumn="0" w:oddVBand="0" w:evenVBand="0" w:oddHBand="0" w:evenHBand="1" w:firstRowFirstColumn="0" w:firstRowLastColumn="0" w:lastRowFirstColumn="0" w:lastRowLastColumn="0"/>
            </w:pPr>
            <w:r>
              <w:t>مكتملة / Completed</w:t>
            </w:r>
          </w:p>
        </w:tc>
        <w:tc>
          <w:tcPr>
            <w:tcW w:w="3120" w:type="dxa"/>
          </w:tcPr>
          <w:p w:rsidR="006C49F8" w:rsidRDefault="00E015D9">
            <w:pPr>
              <w:cnfStyle w:val="000000010000" w:firstRow="0" w:lastRow="0" w:firstColumn="0" w:lastColumn="0" w:oddVBand="0" w:evenVBand="0" w:oddHBand="0" w:evenHBand="1" w:firstRowFirstColumn="0" w:firstRowLastColumn="0" w:lastRowFirstColumn="0" w:lastRowLastColumn="0"/>
            </w:pPr>
            <w:r>
              <w:t>Forest: lab.local</w:t>
            </w:r>
          </w:p>
        </w:tc>
      </w:tr>
      <w:tr w:rsidR="006C49F8" w:rsidTr="006C4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6C49F8" w:rsidRDefault="00E015D9">
            <w:r>
              <w:t>إنشاء الوحدات التنظيمية (OUs)</w:t>
            </w:r>
          </w:p>
        </w:tc>
        <w:tc>
          <w:tcPr>
            <w:tcW w:w="3120" w:type="dxa"/>
          </w:tcPr>
          <w:p w:rsidR="006C49F8" w:rsidRDefault="00E015D9">
            <w:pPr>
              <w:cnfStyle w:val="000000100000" w:firstRow="0" w:lastRow="0" w:firstColumn="0" w:lastColumn="0" w:oddVBand="0" w:evenVBand="0" w:oddHBand="1" w:evenHBand="0" w:firstRowFirstColumn="0" w:firstRowLastColumn="0" w:lastRowFirstColumn="0" w:lastRowLastColumn="0"/>
            </w:pPr>
            <w:r>
              <w:t>مكتملة / Completed</w:t>
            </w:r>
          </w:p>
        </w:tc>
        <w:tc>
          <w:tcPr>
            <w:tcW w:w="3120" w:type="dxa"/>
          </w:tcPr>
          <w:p w:rsidR="006C49F8" w:rsidRDefault="00E015D9">
            <w:pPr>
              <w:cnfStyle w:val="000000100000" w:firstRow="0" w:lastRow="0" w:firstColumn="0" w:lastColumn="0" w:oddVBand="0" w:evenVBand="0" w:oddHBand="1" w:evenHBand="0" w:firstRowFirstColumn="0" w:firstRowLastColumn="0" w:lastRowFirstColumn="0" w:lastRowLastColumn="0"/>
            </w:pPr>
            <w:r>
              <w:t>3 OUs: IT, HR, Sales</w:t>
            </w:r>
          </w:p>
        </w:tc>
      </w:tr>
      <w:tr w:rsidR="006C49F8" w:rsidTr="006C49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6C49F8" w:rsidRDefault="00E015D9">
            <w:r>
              <w:t>إنشاء حسابات المستخدمين</w:t>
            </w:r>
          </w:p>
        </w:tc>
        <w:tc>
          <w:tcPr>
            <w:tcW w:w="3120" w:type="dxa"/>
          </w:tcPr>
          <w:p w:rsidR="006C49F8" w:rsidRDefault="00E015D9">
            <w:pPr>
              <w:cnfStyle w:val="000000010000" w:firstRow="0" w:lastRow="0" w:firstColumn="0" w:lastColumn="0" w:oddVBand="0" w:evenVBand="0" w:oddHBand="0" w:evenHBand="1" w:firstRowFirstColumn="0" w:firstRowLastColumn="0" w:lastRowFirstColumn="0" w:lastRowLastColumn="0"/>
            </w:pPr>
            <w:r>
              <w:t>مكتملة / Completed</w:t>
            </w:r>
          </w:p>
        </w:tc>
        <w:tc>
          <w:tcPr>
            <w:tcW w:w="3120" w:type="dxa"/>
          </w:tcPr>
          <w:p w:rsidR="006C49F8" w:rsidRDefault="00E015D9">
            <w:pPr>
              <w:cnfStyle w:val="000000010000" w:firstRow="0" w:lastRow="0" w:firstColumn="0" w:lastColumn="0" w:oddVBand="0" w:evenVBand="0" w:oddHBand="0" w:evenHBand="1" w:firstRowFirstColumn="0" w:firstRowLastColumn="0" w:lastRowFirstColumn="0" w:lastRowLastColumn="0"/>
            </w:pPr>
            <w:r>
              <w:t>5 users distributed</w:t>
            </w:r>
          </w:p>
        </w:tc>
      </w:tr>
      <w:tr w:rsidR="006C49F8" w:rsidTr="006C4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6C49F8" w:rsidRDefault="00E015D9">
            <w:r>
              <w:t>ضبط DNS على Windows 10</w:t>
            </w:r>
          </w:p>
        </w:tc>
        <w:tc>
          <w:tcPr>
            <w:tcW w:w="3120" w:type="dxa"/>
          </w:tcPr>
          <w:p w:rsidR="006C49F8" w:rsidRDefault="00E015D9">
            <w:pPr>
              <w:cnfStyle w:val="000000100000" w:firstRow="0" w:lastRow="0" w:firstColumn="0" w:lastColumn="0" w:oddVBand="0" w:evenVBand="0" w:oddHBand="1" w:evenHBand="0" w:firstRowFirstColumn="0" w:firstRowLastColumn="0" w:lastRowFirstColumn="0" w:lastRowLastColumn="0"/>
            </w:pPr>
            <w:r>
              <w:t>مكتملة / Completed</w:t>
            </w:r>
          </w:p>
        </w:tc>
        <w:tc>
          <w:tcPr>
            <w:tcW w:w="3120" w:type="dxa"/>
          </w:tcPr>
          <w:p w:rsidR="006C49F8" w:rsidRDefault="00E015D9">
            <w:pPr>
              <w:cnfStyle w:val="000000100000" w:firstRow="0" w:lastRow="0" w:firstColumn="0" w:lastColumn="0" w:oddVBand="0" w:evenVBand="0" w:oddHBand="1" w:evenHBand="0" w:firstRowFirstColumn="0" w:firstRowLastColumn="0" w:lastRowFirstColumn="0" w:lastRowLastColumn="0"/>
            </w:pPr>
            <w:r>
              <w:t xml:space="preserve">DNS = </w:t>
            </w:r>
            <w:r w:rsidR="00E0632C">
              <w:t>192.168.20.101</w:t>
            </w:r>
          </w:p>
        </w:tc>
      </w:tr>
      <w:tr w:rsidR="006C49F8" w:rsidTr="006C49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6C49F8" w:rsidRDefault="00E015D9">
            <w:r>
              <w:t>ضم Windows 10 للنطاق</w:t>
            </w:r>
          </w:p>
        </w:tc>
        <w:tc>
          <w:tcPr>
            <w:tcW w:w="3120" w:type="dxa"/>
          </w:tcPr>
          <w:p w:rsidR="006C49F8" w:rsidRDefault="00E015D9">
            <w:pPr>
              <w:cnfStyle w:val="000000010000" w:firstRow="0" w:lastRow="0" w:firstColumn="0" w:lastColumn="0" w:oddVBand="0" w:evenVBand="0" w:oddHBand="0" w:evenHBand="1" w:firstRowFirstColumn="0" w:firstRowLastColumn="0" w:lastRowFirstColumn="0" w:lastRowLastColumn="0"/>
            </w:pPr>
            <w:r>
              <w:t>مكتملة / Completed</w:t>
            </w:r>
          </w:p>
        </w:tc>
        <w:tc>
          <w:tcPr>
            <w:tcW w:w="3120" w:type="dxa"/>
          </w:tcPr>
          <w:p w:rsidR="006C49F8" w:rsidRDefault="00E015D9">
            <w:pPr>
              <w:cnfStyle w:val="000000010000" w:firstRow="0" w:lastRow="0" w:firstColumn="0" w:lastColumn="0" w:oddVBand="0" w:evenVBand="0" w:oddHBand="0" w:evenHBand="1" w:firstRowFirstColumn="0" w:firstRowLastColumn="0" w:lastRowFirstColumn="0" w:lastRowLastColumn="0"/>
            </w:pPr>
            <w:r>
              <w:t>DESKTOP-GMVL0U9 joined</w:t>
            </w:r>
          </w:p>
        </w:tc>
      </w:tr>
      <w:tr w:rsidR="006C49F8" w:rsidTr="006C4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6C49F8" w:rsidRDefault="00E015D9">
            <w:r>
              <w:t>التحقق من تسجيل دخول المستخدم</w:t>
            </w:r>
          </w:p>
        </w:tc>
        <w:tc>
          <w:tcPr>
            <w:tcW w:w="3120" w:type="dxa"/>
          </w:tcPr>
          <w:p w:rsidR="006C49F8" w:rsidRDefault="00E015D9">
            <w:pPr>
              <w:cnfStyle w:val="000000100000" w:firstRow="0" w:lastRow="0" w:firstColumn="0" w:lastColumn="0" w:oddVBand="0" w:evenVBand="0" w:oddHBand="1" w:evenHBand="0" w:firstRowFirstColumn="0" w:firstRowLastColumn="0" w:lastRowFirstColumn="0" w:lastRowLastColumn="0"/>
            </w:pPr>
            <w:r>
              <w:t>مكتملة / Completed</w:t>
            </w:r>
          </w:p>
        </w:tc>
        <w:tc>
          <w:tcPr>
            <w:tcW w:w="3120" w:type="dxa"/>
          </w:tcPr>
          <w:p w:rsidR="006C49F8" w:rsidRDefault="00E015D9">
            <w:pPr>
              <w:cnfStyle w:val="000000100000" w:firstRow="0" w:lastRow="0" w:firstColumn="0" w:lastColumn="0" w:oddVBand="0" w:evenVBand="0" w:oddHBand="1" w:evenHBand="0" w:firstRowFirstColumn="0" w:firstRowLastColumn="0" w:lastRowFirstColumn="0" w:lastRowLastColumn="0"/>
            </w:pPr>
            <w:r>
              <w:t>lab\ahmed.ali verified</w:t>
            </w:r>
          </w:p>
        </w:tc>
      </w:tr>
    </w:tbl>
    <w:p w:rsidR="006C49F8" w:rsidRDefault="006C49F8"/>
    <w:p w:rsidR="006C49F8" w:rsidRDefault="00E015D9">
      <w:pPr>
        <w:jc w:val="center"/>
      </w:pPr>
      <w:r>
        <w:rPr>
          <w:sz w:val="20"/>
        </w:rPr>
        <w:t>================================================================</w:t>
      </w:r>
    </w:p>
    <w:p w:rsidR="006C49F8" w:rsidRDefault="00E015D9">
      <w:pPr>
        <w:pStyle w:val="BodyText"/>
        <w:bidi/>
        <w:rPr>
          <w:rtl/>
        </w:rPr>
      </w:pPr>
      <w:r>
        <w:rPr>
          <w:b/>
          <w:rtl/>
        </w:rPr>
        <w:lastRenderedPageBreak/>
        <w:t xml:space="preserve">ملاحظة ختامية: </w:t>
      </w:r>
      <w:r>
        <w:rPr>
          <w:rtl/>
        </w:rPr>
        <w:t>تم تنفيذ جميع المهام بنجاح على البنية الجديدة بعد استبدال القرص الصلب المعطوب. السيرفر أصبح جاهزاً تماماً كـ Domain Controller، و Windows 10 منضم للنطاق، وكافة المستخدمين الخمسة مفعّلون وموزّعون على الأقسام الثلاثة. الخطوة التالية هي تجهيز Kali Linux كآلة اختبار اختراق ضمن نفس البيئة المعزولة.</w:t>
      </w:r>
    </w:p>
    <w:p w:rsidR="003D28A1" w:rsidRDefault="003D28A1" w:rsidP="003D28A1">
      <w:pPr>
        <w:pStyle w:val="BodyText"/>
        <w:pBdr>
          <w:bottom w:val="single" w:sz="6" w:space="1" w:color="auto"/>
        </w:pBdr>
        <w:bidi/>
        <w:rPr>
          <w:rtl/>
        </w:rPr>
      </w:pPr>
    </w:p>
    <w:p w:rsidR="009D1B9C" w:rsidRPr="009D1B9C" w:rsidRDefault="009D1B9C" w:rsidP="009D1B9C">
      <w:pPr>
        <w:pStyle w:val="BodyText"/>
        <w:rPr>
          <w:rtl/>
        </w:rPr>
      </w:pPr>
      <w:r w:rsidRPr="009D1B9C">
        <w:rPr>
          <w:rFonts w:ascii="Segoe UI Emoji" w:hAnsi="Segoe UI Emoji" w:cs="Segoe UI Emoji"/>
        </w:rPr>
        <w:t>📌</w:t>
      </w:r>
      <w:r w:rsidRPr="009D1B9C">
        <w:t xml:space="preserve"> </w:t>
      </w:r>
      <w:r w:rsidRPr="009D1B9C">
        <w:rPr>
          <w:rFonts w:cs="Times New Roman" w:hint="cs"/>
          <w:rtl/>
        </w:rPr>
        <w:t>الخطوة</w:t>
      </w:r>
      <w:r w:rsidRPr="009D1B9C">
        <w:rPr>
          <w:rFonts w:cs="Times New Roman"/>
          <w:rtl/>
        </w:rPr>
        <w:t xml:space="preserve"> </w:t>
      </w:r>
      <w:r w:rsidRPr="009D1B9C">
        <w:rPr>
          <w:rFonts w:cs="Times New Roman" w:hint="cs"/>
          <w:rtl/>
        </w:rPr>
        <w:t>رقم</w:t>
      </w:r>
      <w:r w:rsidRPr="009D1B9C">
        <w:rPr>
          <w:rFonts w:cs="Times New Roman"/>
          <w:rtl/>
        </w:rPr>
        <w:t xml:space="preserve"> (17): </w:t>
      </w:r>
      <w:r w:rsidRPr="009D1B9C">
        <w:rPr>
          <w:rFonts w:cs="Times New Roman" w:hint="cs"/>
          <w:rtl/>
        </w:rPr>
        <w:t>تجهيز</w:t>
      </w:r>
      <w:r w:rsidRPr="009D1B9C">
        <w:rPr>
          <w:rFonts w:cs="Times New Roman"/>
          <w:rtl/>
        </w:rPr>
        <w:t xml:space="preserve"> </w:t>
      </w:r>
      <w:r w:rsidRPr="009D1B9C">
        <w:rPr>
          <w:rFonts w:cs="Times New Roman" w:hint="cs"/>
          <w:rtl/>
        </w:rPr>
        <w:t>آلة</w:t>
      </w:r>
      <w:r w:rsidRPr="009D1B9C">
        <w:rPr>
          <w:rFonts w:cs="Times New Roman"/>
          <w:rtl/>
        </w:rPr>
        <w:t xml:space="preserve"> </w:t>
      </w:r>
      <w:r w:rsidRPr="009D1B9C">
        <w:rPr>
          <w:rFonts w:cs="Times New Roman" w:hint="cs"/>
          <w:rtl/>
        </w:rPr>
        <w:t>الاختراق</w:t>
      </w:r>
      <w:r w:rsidRPr="009D1B9C">
        <w:t xml:space="preserve"> Kali Linux </w:t>
      </w:r>
      <w:r w:rsidRPr="009D1B9C">
        <w:rPr>
          <w:rFonts w:cs="Times New Roman" w:hint="cs"/>
          <w:rtl/>
        </w:rPr>
        <w:t>داخل</w:t>
      </w:r>
      <w:r w:rsidRPr="009D1B9C">
        <w:rPr>
          <w:rFonts w:cs="Times New Roman"/>
          <w:rtl/>
        </w:rPr>
        <w:t xml:space="preserve"> </w:t>
      </w:r>
      <w:r w:rsidRPr="009D1B9C">
        <w:rPr>
          <w:rFonts w:cs="Times New Roman" w:hint="cs"/>
          <w:rtl/>
        </w:rPr>
        <w:t>البيئة</w:t>
      </w:r>
      <w:r w:rsidRPr="009D1B9C">
        <w:rPr>
          <w:rFonts w:cs="Times New Roman"/>
          <w:rtl/>
        </w:rPr>
        <w:t xml:space="preserve"> </w:t>
      </w:r>
      <w:r w:rsidRPr="009D1B9C">
        <w:rPr>
          <w:rFonts w:cs="Times New Roman" w:hint="cs"/>
          <w:rtl/>
        </w:rPr>
        <w:t>المعزولة</w:t>
      </w:r>
    </w:p>
    <w:p w:rsidR="009D1B9C" w:rsidRPr="009D1B9C" w:rsidRDefault="009D1B9C" w:rsidP="009D1B9C">
      <w:pPr>
        <w:pStyle w:val="BodyText"/>
        <w:rPr>
          <w:rtl/>
        </w:rPr>
      </w:pPr>
      <w:r w:rsidRPr="009D1B9C">
        <w:rPr>
          <w:rFonts w:cs="Times New Roman" w:hint="cs"/>
          <w:rtl/>
        </w:rPr>
        <w:t>الوصف</w:t>
      </w:r>
      <w:r w:rsidRPr="009D1B9C">
        <w:rPr>
          <w:rFonts w:cs="Times New Roman"/>
          <w:rtl/>
        </w:rPr>
        <w:t xml:space="preserve"> </w:t>
      </w:r>
      <w:r w:rsidRPr="009D1B9C">
        <w:rPr>
          <w:rFonts w:cs="Times New Roman" w:hint="cs"/>
          <w:rtl/>
        </w:rPr>
        <w:t>الفني</w:t>
      </w:r>
      <w:r w:rsidRPr="009D1B9C">
        <w:rPr>
          <w:rFonts w:cs="Times New Roman"/>
          <w:rtl/>
        </w:rPr>
        <w:t xml:space="preserve"> (</w:t>
      </w:r>
      <w:r w:rsidRPr="009D1B9C">
        <w:rPr>
          <w:rFonts w:cs="Times New Roman" w:hint="cs"/>
          <w:rtl/>
        </w:rPr>
        <w:t>بالعربية</w:t>
      </w:r>
      <w:r w:rsidRPr="009D1B9C">
        <w:rPr>
          <w:rFonts w:cs="Times New Roman"/>
          <w:rtl/>
        </w:rPr>
        <w:t>): "</w:t>
      </w:r>
      <w:r w:rsidRPr="009D1B9C">
        <w:rPr>
          <w:rFonts w:cs="Times New Roman" w:hint="cs"/>
          <w:rtl/>
        </w:rPr>
        <w:t>توثيق</w:t>
      </w:r>
      <w:r w:rsidRPr="009D1B9C">
        <w:rPr>
          <w:rFonts w:cs="Times New Roman"/>
          <w:rtl/>
        </w:rPr>
        <w:t xml:space="preserve"> </w:t>
      </w:r>
      <w:r w:rsidRPr="009D1B9C">
        <w:rPr>
          <w:rFonts w:cs="Times New Roman" w:hint="cs"/>
          <w:rtl/>
        </w:rPr>
        <w:t>مرحلة</w:t>
      </w:r>
      <w:r w:rsidRPr="009D1B9C">
        <w:rPr>
          <w:rFonts w:cs="Times New Roman"/>
          <w:rtl/>
        </w:rPr>
        <w:t xml:space="preserve"> </w:t>
      </w:r>
      <w:r w:rsidRPr="009D1B9C">
        <w:rPr>
          <w:rFonts w:cs="Times New Roman" w:hint="cs"/>
          <w:rtl/>
        </w:rPr>
        <w:t>تشغيل</w:t>
      </w:r>
      <w:r w:rsidRPr="009D1B9C">
        <w:rPr>
          <w:rFonts w:cs="Times New Roman"/>
          <w:rtl/>
        </w:rPr>
        <w:t xml:space="preserve"> </w:t>
      </w:r>
      <w:r w:rsidRPr="009D1B9C">
        <w:rPr>
          <w:rFonts w:cs="Times New Roman" w:hint="cs"/>
          <w:rtl/>
        </w:rPr>
        <w:t>نظام</w:t>
      </w:r>
      <w:r w:rsidRPr="009D1B9C">
        <w:t xml:space="preserve"> Kali Linux </w:t>
      </w:r>
      <w:r w:rsidRPr="009D1B9C">
        <w:rPr>
          <w:rFonts w:cs="Times New Roman" w:hint="cs"/>
          <w:rtl/>
        </w:rPr>
        <w:t>داخل</w:t>
      </w:r>
      <w:r w:rsidRPr="009D1B9C">
        <w:rPr>
          <w:rFonts w:cs="Times New Roman"/>
          <w:rtl/>
        </w:rPr>
        <w:t xml:space="preserve"> </w:t>
      </w:r>
      <w:r w:rsidRPr="009D1B9C">
        <w:rPr>
          <w:rFonts w:cs="Times New Roman" w:hint="cs"/>
          <w:rtl/>
        </w:rPr>
        <w:t>بيئة</w:t>
      </w:r>
      <w:r w:rsidRPr="009D1B9C">
        <w:rPr>
          <w:rFonts w:cs="Times New Roman"/>
          <w:rtl/>
        </w:rPr>
        <w:t xml:space="preserve"> </w:t>
      </w:r>
      <w:r w:rsidRPr="009D1B9C">
        <w:rPr>
          <w:rFonts w:cs="Times New Roman" w:hint="cs"/>
          <w:rtl/>
        </w:rPr>
        <w:t>المحاكاة</w:t>
      </w:r>
      <w:r w:rsidRPr="009D1B9C">
        <w:rPr>
          <w:rFonts w:cs="Times New Roman"/>
          <w:rtl/>
        </w:rPr>
        <w:t xml:space="preserve"> </w:t>
      </w:r>
      <w:r w:rsidRPr="009D1B9C">
        <w:rPr>
          <w:rFonts w:cs="Times New Roman" w:hint="cs"/>
          <w:rtl/>
        </w:rPr>
        <w:t>وضبط</w:t>
      </w:r>
      <w:r w:rsidRPr="009D1B9C">
        <w:rPr>
          <w:rFonts w:cs="Times New Roman"/>
          <w:rtl/>
        </w:rPr>
        <w:t xml:space="preserve"> </w:t>
      </w:r>
      <w:r w:rsidRPr="009D1B9C">
        <w:rPr>
          <w:rFonts w:cs="Times New Roman" w:hint="cs"/>
          <w:rtl/>
        </w:rPr>
        <w:t>كرت</w:t>
      </w:r>
      <w:r w:rsidRPr="009D1B9C">
        <w:rPr>
          <w:rFonts w:cs="Times New Roman"/>
          <w:rtl/>
        </w:rPr>
        <w:t xml:space="preserve"> </w:t>
      </w:r>
      <w:r w:rsidRPr="009D1B9C">
        <w:rPr>
          <w:rFonts w:cs="Times New Roman" w:hint="cs"/>
          <w:rtl/>
        </w:rPr>
        <w:t>الشبكة</w:t>
      </w:r>
      <w:r w:rsidRPr="009D1B9C">
        <w:rPr>
          <w:rFonts w:cs="Times New Roman"/>
          <w:rtl/>
        </w:rPr>
        <w:t xml:space="preserve"> </w:t>
      </w:r>
      <w:r w:rsidRPr="009D1B9C">
        <w:rPr>
          <w:rFonts w:cs="Times New Roman" w:hint="cs"/>
          <w:rtl/>
        </w:rPr>
        <w:t>ليكون</w:t>
      </w:r>
      <w:r w:rsidRPr="009D1B9C">
        <w:rPr>
          <w:rFonts w:cs="Times New Roman"/>
          <w:rtl/>
        </w:rPr>
        <w:t xml:space="preserve"> </w:t>
      </w:r>
      <w:r w:rsidRPr="009D1B9C">
        <w:rPr>
          <w:rFonts w:cs="Times New Roman" w:hint="cs"/>
          <w:rtl/>
        </w:rPr>
        <w:t>متصلاً</w:t>
      </w:r>
      <w:r w:rsidRPr="009D1B9C">
        <w:rPr>
          <w:rFonts w:cs="Times New Roman"/>
          <w:rtl/>
        </w:rPr>
        <w:t xml:space="preserve"> </w:t>
      </w:r>
      <w:r w:rsidRPr="009D1B9C">
        <w:rPr>
          <w:rFonts w:cs="Times New Roman" w:hint="cs"/>
          <w:rtl/>
        </w:rPr>
        <w:t>بنفس</w:t>
      </w:r>
      <w:r w:rsidRPr="009D1B9C">
        <w:rPr>
          <w:rFonts w:cs="Times New Roman"/>
          <w:rtl/>
        </w:rPr>
        <w:t xml:space="preserve"> </w:t>
      </w:r>
      <w:r w:rsidRPr="009D1B9C">
        <w:rPr>
          <w:rFonts w:cs="Times New Roman" w:hint="cs"/>
          <w:rtl/>
        </w:rPr>
        <w:t>المبدل</w:t>
      </w:r>
      <w:r w:rsidRPr="009D1B9C">
        <w:rPr>
          <w:rFonts w:cs="Times New Roman"/>
          <w:rtl/>
        </w:rPr>
        <w:t xml:space="preserve"> </w:t>
      </w:r>
      <w:r w:rsidRPr="009D1B9C">
        <w:rPr>
          <w:rFonts w:cs="Times New Roman" w:hint="cs"/>
          <w:rtl/>
        </w:rPr>
        <w:t>الافتراضي</w:t>
      </w:r>
      <w:r w:rsidRPr="009D1B9C">
        <w:t xml:space="preserve"> (</w:t>
      </w:r>
      <w:proofErr w:type="spellStart"/>
      <w:r w:rsidRPr="009D1B9C">
        <w:t>vSwitch</w:t>
      </w:r>
      <w:proofErr w:type="spellEnd"/>
      <w:r w:rsidRPr="009D1B9C">
        <w:t xml:space="preserve">) </w:t>
      </w:r>
      <w:r w:rsidRPr="009D1B9C">
        <w:rPr>
          <w:rFonts w:cs="Times New Roman" w:hint="cs"/>
          <w:rtl/>
        </w:rPr>
        <w:t>الخاص</w:t>
      </w:r>
      <w:r w:rsidRPr="009D1B9C">
        <w:rPr>
          <w:rFonts w:cs="Times New Roman"/>
          <w:rtl/>
        </w:rPr>
        <w:t xml:space="preserve"> </w:t>
      </w:r>
      <w:r w:rsidRPr="009D1B9C">
        <w:rPr>
          <w:rFonts w:cs="Times New Roman" w:hint="cs"/>
          <w:rtl/>
        </w:rPr>
        <w:t>بشبكة</w:t>
      </w:r>
      <w:r w:rsidRPr="009D1B9C">
        <w:rPr>
          <w:rFonts w:cs="Times New Roman"/>
          <w:rtl/>
        </w:rPr>
        <w:t xml:space="preserve"> </w:t>
      </w:r>
      <w:r w:rsidRPr="009D1B9C">
        <w:rPr>
          <w:rFonts w:cs="Times New Roman" w:hint="cs"/>
          <w:rtl/>
        </w:rPr>
        <w:t>الـ</w:t>
      </w:r>
      <w:r w:rsidRPr="009D1B9C">
        <w:t xml:space="preserve"> LAN </w:t>
      </w:r>
      <w:r w:rsidRPr="009D1B9C">
        <w:rPr>
          <w:rFonts w:cs="Times New Roman" w:hint="cs"/>
          <w:rtl/>
        </w:rPr>
        <w:t>المعزولة</w:t>
      </w:r>
      <w:r w:rsidRPr="009D1B9C">
        <w:t xml:space="preserve"> (</w:t>
      </w:r>
      <w:r w:rsidRPr="009D1B9C">
        <w:rPr>
          <w:rFonts w:cs="Times New Roman" w:hint="cs"/>
          <w:rtl/>
        </w:rPr>
        <w:t>النطاق</w:t>
      </w:r>
      <w:r w:rsidRPr="009D1B9C">
        <w:rPr>
          <w:rFonts w:cs="Times New Roman"/>
          <w:rtl/>
        </w:rPr>
        <w:t xml:space="preserve"> 192.168.20</w:t>
      </w:r>
      <w:r w:rsidRPr="009D1B9C">
        <w:t xml:space="preserve">.x). </w:t>
      </w:r>
      <w:r w:rsidRPr="009D1B9C">
        <w:rPr>
          <w:rFonts w:cs="Times New Roman" w:hint="cs"/>
          <w:rtl/>
        </w:rPr>
        <w:t>تم</w:t>
      </w:r>
      <w:r w:rsidRPr="009D1B9C">
        <w:rPr>
          <w:rFonts w:cs="Times New Roman"/>
          <w:rtl/>
        </w:rPr>
        <w:t xml:space="preserve"> </w:t>
      </w:r>
      <w:r w:rsidRPr="009D1B9C">
        <w:rPr>
          <w:rFonts w:cs="Times New Roman" w:hint="cs"/>
          <w:rtl/>
        </w:rPr>
        <w:t>التأكد</w:t>
      </w:r>
      <w:r w:rsidRPr="009D1B9C">
        <w:rPr>
          <w:rFonts w:cs="Times New Roman"/>
          <w:rtl/>
        </w:rPr>
        <w:t xml:space="preserve"> </w:t>
      </w:r>
      <w:r w:rsidRPr="009D1B9C">
        <w:rPr>
          <w:rFonts w:cs="Times New Roman" w:hint="cs"/>
          <w:rtl/>
        </w:rPr>
        <w:t>من</w:t>
      </w:r>
      <w:r w:rsidRPr="009D1B9C">
        <w:rPr>
          <w:rFonts w:cs="Times New Roman"/>
          <w:rtl/>
        </w:rPr>
        <w:t xml:space="preserve"> </w:t>
      </w:r>
      <w:r w:rsidRPr="009D1B9C">
        <w:rPr>
          <w:rFonts w:cs="Times New Roman" w:hint="cs"/>
          <w:rtl/>
        </w:rPr>
        <w:t>حصول</w:t>
      </w:r>
      <w:r w:rsidRPr="009D1B9C">
        <w:rPr>
          <w:rFonts w:cs="Times New Roman"/>
          <w:rtl/>
        </w:rPr>
        <w:t xml:space="preserve"> </w:t>
      </w:r>
      <w:r w:rsidRPr="009D1B9C">
        <w:rPr>
          <w:rFonts w:cs="Times New Roman" w:hint="cs"/>
          <w:rtl/>
        </w:rPr>
        <w:t>النظام</w:t>
      </w:r>
      <w:r w:rsidRPr="009D1B9C">
        <w:rPr>
          <w:rFonts w:cs="Times New Roman"/>
          <w:rtl/>
        </w:rPr>
        <w:t xml:space="preserve"> </w:t>
      </w:r>
      <w:r w:rsidRPr="009D1B9C">
        <w:rPr>
          <w:rFonts w:cs="Times New Roman" w:hint="cs"/>
          <w:rtl/>
        </w:rPr>
        <w:t>على</w:t>
      </w:r>
      <w:r w:rsidRPr="009D1B9C">
        <w:rPr>
          <w:rFonts w:cs="Times New Roman"/>
          <w:rtl/>
        </w:rPr>
        <w:t xml:space="preserve"> </w:t>
      </w:r>
      <w:r w:rsidRPr="009D1B9C">
        <w:rPr>
          <w:rFonts w:cs="Times New Roman" w:hint="cs"/>
          <w:rtl/>
        </w:rPr>
        <w:t>عنوان</w:t>
      </w:r>
      <w:r w:rsidRPr="009D1B9C">
        <w:t xml:space="preserve"> IP </w:t>
      </w:r>
      <w:r w:rsidRPr="009D1B9C">
        <w:rPr>
          <w:rFonts w:cs="Times New Roman" w:hint="cs"/>
          <w:rtl/>
        </w:rPr>
        <w:t>ديناميكي</w:t>
      </w:r>
      <w:r w:rsidRPr="009D1B9C">
        <w:rPr>
          <w:rFonts w:cs="Times New Roman"/>
          <w:rtl/>
        </w:rPr>
        <w:t xml:space="preserve"> </w:t>
      </w:r>
      <w:r w:rsidRPr="009D1B9C">
        <w:rPr>
          <w:rFonts w:cs="Times New Roman" w:hint="cs"/>
          <w:rtl/>
        </w:rPr>
        <w:t>من</w:t>
      </w:r>
      <w:r w:rsidRPr="009D1B9C">
        <w:rPr>
          <w:rFonts w:cs="Times New Roman"/>
          <w:rtl/>
        </w:rPr>
        <w:t xml:space="preserve"> </w:t>
      </w:r>
      <w:r w:rsidRPr="009D1B9C">
        <w:rPr>
          <w:rFonts w:cs="Times New Roman" w:hint="cs"/>
          <w:rtl/>
        </w:rPr>
        <w:t>خادم</w:t>
      </w:r>
      <w:r w:rsidRPr="009D1B9C">
        <w:rPr>
          <w:rFonts w:cs="Times New Roman"/>
          <w:rtl/>
        </w:rPr>
        <w:t xml:space="preserve"> </w:t>
      </w:r>
      <w:r w:rsidRPr="009D1B9C">
        <w:rPr>
          <w:rFonts w:cs="Times New Roman" w:hint="cs"/>
          <w:rtl/>
        </w:rPr>
        <w:t>الـ</w:t>
      </w:r>
      <w:r w:rsidRPr="009D1B9C">
        <w:t xml:space="preserve"> DHCP </w:t>
      </w:r>
      <w:r w:rsidRPr="009D1B9C">
        <w:rPr>
          <w:rFonts w:cs="Times New Roman" w:hint="cs"/>
          <w:rtl/>
        </w:rPr>
        <w:t>التابع</w:t>
      </w:r>
      <w:r w:rsidRPr="009D1B9C">
        <w:rPr>
          <w:rFonts w:cs="Times New Roman"/>
          <w:rtl/>
        </w:rPr>
        <w:t xml:space="preserve"> </w:t>
      </w:r>
      <w:r w:rsidRPr="009D1B9C">
        <w:rPr>
          <w:rFonts w:cs="Times New Roman" w:hint="cs"/>
          <w:rtl/>
        </w:rPr>
        <w:t>لـ</w:t>
      </w:r>
      <w:r w:rsidRPr="009D1B9C">
        <w:t xml:space="preserve"> </w:t>
      </w:r>
      <w:proofErr w:type="spellStart"/>
      <w:r w:rsidRPr="009D1B9C">
        <w:t>pfSense</w:t>
      </w:r>
      <w:proofErr w:type="spellEnd"/>
      <w:r w:rsidRPr="009D1B9C">
        <w:rPr>
          <w:rFonts w:cs="Times New Roman"/>
          <w:rtl/>
        </w:rPr>
        <w:t xml:space="preserve">، </w:t>
      </w:r>
      <w:r w:rsidRPr="009D1B9C">
        <w:rPr>
          <w:rFonts w:cs="Times New Roman" w:hint="cs"/>
          <w:rtl/>
        </w:rPr>
        <w:t>مما</w:t>
      </w:r>
      <w:r w:rsidRPr="009D1B9C">
        <w:rPr>
          <w:rFonts w:cs="Times New Roman"/>
          <w:rtl/>
        </w:rPr>
        <w:t xml:space="preserve"> </w:t>
      </w:r>
      <w:r w:rsidRPr="009D1B9C">
        <w:rPr>
          <w:rFonts w:cs="Times New Roman" w:hint="cs"/>
          <w:rtl/>
        </w:rPr>
        <w:t>يضمن</w:t>
      </w:r>
      <w:r w:rsidRPr="009D1B9C">
        <w:rPr>
          <w:rFonts w:cs="Times New Roman"/>
          <w:rtl/>
        </w:rPr>
        <w:t xml:space="preserve"> </w:t>
      </w:r>
      <w:r w:rsidRPr="009D1B9C">
        <w:rPr>
          <w:rFonts w:cs="Times New Roman" w:hint="cs"/>
          <w:rtl/>
        </w:rPr>
        <w:t>تواصل</w:t>
      </w:r>
      <w:r w:rsidRPr="009D1B9C">
        <w:t xml:space="preserve"> Kali Linux </w:t>
      </w:r>
      <w:r w:rsidRPr="009D1B9C">
        <w:rPr>
          <w:rFonts w:cs="Times New Roman" w:hint="cs"/>
          <w:rtl/>
        </w:rPr>
        <w:t>مع</w:t>
      </w:r>
      <w:r w:rsidRPr="009D1B9C">
        <w:rPr>
          <w:rFonts w:cs="Times New Roman"/>
          <w:rtl/>
        </w:rPr>
        <w:t xml:space="preserve"> </w:t>
      </w:r>
      <w:r w:rsidRPr="009D1B9C">
        <w:rPr>
          <w:rFonts w:cs="Times New Roman" w:hint="cs"/>
          <w:rtl/>
        </w:rPr>
        <w:t>كل</w:t>
      </w:r>
      <w:r w:rsidRPr="009D1B9C">
        <w:rPr>
          <w:rFonts w:cs="Times New Roman"/>
          <w:rtl/>
        </w:rPr>
        <w:t xml:space="preserve"> </w:t>
      </w:r>
      <w:r w:rsidRPr="009D1B9C">
        <w:rPr>
          <w:rFonts w:cs="Times New Roman" w:hint="cs"/>
          <w:rtl/>
        </w:rPr>
        <w:t>من</w:t>
      </w:r>
      <w:r w:rsidRPr="009D1B9C">
        <w:rPr>
          <w:rFonts w:cs="Times New Roman"/>
          <w:rtl/>
        </w:rPr>
        <w:t xml:space="preserve"> </w:t>
      </w:r>
      <w:r w:rsidRPr="009D1B9C">
        <w:rPr>
          <w:rFonts w:cs="Times New Roman" w:hint="cs"/>
          <w:rtl/>
        </w:rPr>
        <w:t>جدار</w:t>
      </w:r>
      <w:r w:rsidRPr="009D1B9C">
        <w:rPr>
          <w:rFonts w:cs="Times New Roman"/>
          <w:rtl/>
        </w:rPr>
        <w:t xml:space="preserve"> </w:t>
      </w:r>
      <w:r w:rsidRPr="009D1B9C">
        <w:rPr>
          <w:rFonts w:cs="Times New Roman" w:hint="cs"/>
          <w:rtl/>
        </w:rPr>
        <w:t>الحماية</w:t>
      </w:r>
      <w:r w:rsidRPr="009D1B9C">
        <w:rPr>
          <w:rFonts w:cs="Times New Roman"/>
          <w:rtl/>
        </w:rPr>
        <w:t xml:space="preserve"> </w:t>
      </w:r>
      <w:r w:rsidRPr="009D1B9C">
        <w:rPr>
          <w:rFonts w:cs="Times New Roman" w:hint="cs"/>
          <w:rtl/>
        </w:rPr>
        <w:t>وخادم</w:t>
      </w:r>
      <w:r w:rsidRPr="009D1B9C">
        <w:t xml:space="preserve"> Windows Server </w:t>
      </w:r>
      <w:r w:rsidRPr="009D1B9C">
        <w:rPr>
          <w:rFonts w:cs="Times New Roman" w:hint="cs"/>
          <w:rtl/>
        </w:rPr>
        <w:t>بشكل</w:t>
      </w:r>
      <w:r w:rsidRPr="009D1B9C">
        <w:rPr>
          <w:rFonts w:cs="Times New Roman"/>
          <w:rtl/>
        </w:rPr>
        <w:t xml:space="preserve"> </w:t>
      </w:r>
      <w:r w:rsidRPr="009D1B9C">
        <w:rPr>
          <w:rFonts w:cs="Times New Roman" w:hint="cs"/>
          <w:rtl/>
        </w:rPr>
        <w:t>مباشر</w:t>
      </w:r>
      <w:r w:rsidRPr="009D1B9C">
        <w:t>."</w:t>
      </w:r>
    </w:p>
    <w:p w:rsidR="009D1B9C" w:rsidRPr="009D1B9C" w:rsidRDefault="009D1B9C" w:rsidP="009D1B9C">
      <w:pPr>
        <w:pStyle w:val="BodyText"/>
      </w:pPr>
      <w:r w:rsidRPr="009D1B9C">
        <w:t xml:space="preserve">Technical Description (English): "Documenting the provisioning of Kali Linux within the virtualization environment, configuring the network adapter to connect to the isolated LAN </w:t>
      </w:r>
      <w:proofErr w:type="spellStart"/>
      <w:r w:rsidRPr="009D1B9C">
        <w:t>vSwitch</w:t>
      </w:r>
      <w:proofErr w:type="spellEnd"/>
      <w:r w:rsidRPr="009D1B9C">
        <w:t xml:space="preserve"> (192.168.20.x subnet). Verification confirmed that Kali successfully obtained a dynamic IP address from the </w:t>
      </w:r>
      <w:proofErr w:type="spellStart"/>
      <w:r w:rsidRPr="009D1B9C">
        <w:t>pfSense</w:t>
      </w:r>
      <w:proofErr w:type="spellEnd"/>
      <w:r w:rsidRPr="009D1B9C">
        <w:t xml:space="preserve"> DHCP server, ensuring direct communication with both the firewall and the Windows Server instance."</w:t>
      </w:r>
    </w:p>
    <w:p w:rsidR="009D1B9C" w:rsidRDefault="009D1B9C" w:rsidP="009D1B9C">
      <w:pPr>
        <w:pStyle w:val="BodyText"/>
        <w:rPr>
          <w:rtl/>
        </w:rPr>
      </w:pPr>
    </w:p>
    <w:p w:rsidR="00F6028C" w:rsidRPr="009D1B9C" w:rsidRDefault="00F6028C" w:rsidP="009D1B9C">
      <w:pPr>
        <w:pStyle w:val="BodyText"/>
        <w:rPr>
          <w:rtl/>
        </w:rPr>
      </w:pPr>
    </w:p>
    <w:p w:rsidR="009D1B9C" w:rsidRPr="009D1B9C" w:rsidRDefault="009D1B9C" w:rsidP="009D1B9C">
      <w:pPr>
        <w:pStyle w:val="BodyText"/>
        <w:rPr>
          <w:rtl/>
        </w:rPr>
      </w:pPr>
      <w:r w:rsidRPr="009D1B9C">
        <w:rPr>
          <w:rFonts w:ascii="Segoe UI Emoji" w:hAnsi="Segoe UI Emoji" w:cs="Segoe UI Emoji"/>
        </w:rPr>
        <w:t>📌</w:t>
      </w:r>
      <w:r w:rsidRPr="009D1B9C">
        <w:t xml:space="preserve"> </w:t>
      </w:r>
      <w:r w:rsidRPr="009D1B9C">
        <w:rPr>
          <w:rFonts w:cs="Times New Roman" w:hint="cs"/>
          <w:rtl/>
        </w:rPr>
        <w:t>الخطوة</w:t>
      </w:r>
      <w:r w:rsidRPr="009D1B9C">
        <w:rPr>
          <w:rFonts w:cs="Times New Roman"/>
          <w:rtl/>
        </w:rPr>
        <w:t xml:space="preserve"> </w:t>
      </w:r>
      <w:r w:rsidRPr="009D1B9C">
        <w:rPr>
          <w:rFonts w:cs="Times New Roman" w:hint="cs"/>
          <w:rtl/>
        </w:rPr>
        <w:t>رقم</w:t>
      </w:r>
      <w:r w:rsidRPr="009D1B9C">
        <w:rPr>
          <w:rFonts w:cs="Times New Roman"/>
          <w:rtl/>
        </w:rPr>
        <w:t xml:space="preserve"> (18): </w:t>
      </w:r>
      <w:r w:rsidRPr="009D1B9C">
        <w:rPr>
          <w:rFonts w:cs="Times New Roman" w:hint="cs"/>
          <w:rtl/>
        </w:rPr>
        <w:t>فحص</w:t>
      </w:r>
      <w:r w:rsidRPr="009D1B9C">
        <w:rPr>
          <w:rFonts w:cs="Times New Roman"/>
          <w:rtl/>
        </w:rPr>
        <w:t xml:space="preserve"> </w:t>
      </w:r>
      <w:r w:rsidRPr="009D1B9C">
        <w:rPr>
          <w:rFonts w:cs="Times New Roman" w:hint="cs"/>
          <w:rtl/>
        </w:rPr>
        <w:t>استطلاع</w:t>
      </w:r>
      <w:r w:rsidRPr="009D1B9C">
        <w:rPr>
          <w:rFonts w:cs="Times New Roman"/>
          <w:rtl/>
        </w:rPr>
        <w:t xml:space="preserve"> </w:t>
      </w:r>
      <w:r w:rsidRPr="009D1B9C">
        <w:rPr>
          <w:rFonts w:cs="Times New Roman" w:hint="cs"/>
          <w:rtl/>
        </w:rPr>
        <w:t>الشبكة</w:t>
      </w:r>
      <w:r w:rsidRPr="009D1B9C">
        <w:rPr>
          <w:rFonts w:cs="Times New Roman"/>
          <w:rtl/>
        </w:rPr>
        <w:t xml:space="preserve"> </w:t>
      </w:r>
      <w:r w:rsidRPr="009D1B9C">
        <w:rPr>
          <w:rFonts w:cs="Times New Roman" w:hint="cs"/>
          <w:rtl/>
        </w:rPr>
        <w:t>لاكتشاف</w:t>
      </w:r>
      <w:r w:rsidRPr="009D1B9C">
        <w:rPr>
          <w:rFonts w:cs="Times New Roman"/>
          <w:rtl/>
        </w:rPr>
        <w:t xml:space="preserve"> </w:t>
      </w:r>
      <w:r w:rsidRPr="009D1B9C">
        <w:rPr>
          <w:rFonts w:cs="Times New Roman" w:hint="cs"/>
          <w:rtl/>
        </w:rPr>
        <w:t>الأجهزة</w:t>
      </w:r>
      <w:r w:rsidRPr="009D1B9C">
        <w:t xml:space="preserve"> (Host Discovery Scan)</w:t>
      </w:r>
    </w:p>
    <w:p w:rsidR="009D1B9C" w:rsidRPr="009D1B9C" w:rsidRDefault="009D1B9C" w:rsidP="009D1B9C">
      <w:pPr>
        <w:pStyle w:val="BodyText"/>
        <w:rPr>
          <w:rtl/>
        </w:rPr>
      </w:pPr>
      <w:r w:rsidRPr="009D1B9C">
        <w:rPr>
          <w:rFonts w:cs="Times New Roman" w:hint="cs"/>
          <w:rtl/>
        </w:rPr>
        <w:t>الوصف</w:t>
      </w:r>
      <w:r w:rsidRPr="009D1B9C">
        <w:rPr>
          <w:rFonts w:cs="Times New Roman"/>
          <w:rtl/>
        </w:rPr>
        <w:t xml:space="preserve"> </w:t>
      </w:r>
      <w:r w:rsidRPr="009D1B9C">
        <w:rPr>
          <w:rFonts w:cs="Times New Roman" w:hint="cs"/>
          <w:rtl/>
        </w:rPr>
        <w:t>الفني</w:t>
      </w:r>
      <w:r w:rsidRPr="009D1B9C">
        <w:rPr>
          <w:rFonts w:cs="Times New Roman"/>
          <w:rtl/>
        </w:rPr>
        <w:t xml:space="preserve"> (</w:t>
      </w:r>
      <w:r w:rsidRPr="009D1B9C">
        <w:rPr>
          <w:rFonts w:cs="Times New Roman" w:hint="cs"/>
          <w:rtl/>
        </w:rPr>
        <w:t>بالعربية</w:t>
      </w:r>
      <w:r w:rsidRPr="009D1B9C">
        <w:rPr>
          <w:rFonts w:cs="Times New Roman"/>
          <w:rtl/>
        </w:rPr>
        <w:t>): "</w:t>
      </w:r>
      <w:r w:rsidRPr="009D1B9C">
        <w:rPr>
          <w:rFonts w:cs="Times New Roman" w:hint="cs"/>
          <w:rtl/>
        </w:rPr>
        <w:t>توثيق</w:t>
      </w:r>
      <w:r w:rsidRPr="009D1B9C">
        <w:rPr>
          <w:rFonts w:cs="Times New Roman"/>
          <w:rtl/>
        </w:rPr>
        <w:t xml:space="preserve"> </w:t>
      </w:r>
      <w:r w:rsidRPr="009D1B9C">
        <w:rPr>
          <w:rFonts w:cs="Times New Roman" w:hint="cs"/>
          <w:rtl/>
        </w:rPr>
        <w:t>استخدام</w:t>
      </w:r>
      <w:r w:rsidRPr="009D1B9C">
        <w:rPr>
          <w:rFonts w:cs="Times New Roman"/>
          <w:rtl/>
        </w:rPr>
        <w:t xml:space="preserve"> </w:t>
      </w:r>
      <w:r w:rsidRPr="009D1B9C">
        <w:rPr>
          <w:rFonts w:cs="Times New Roman" w:hint="cs"/>
          <w:rtl/>
        </w:rPr>
        <w:t>أداة</w:t>
      </w:r>
      <w:r w:rsidRPr="009D1B9C">
        <w:t xml:space="preserve"> Nmap </w:t>
      </w:r>
      <w:r w:rsidRPr="009D1B9C">
        <w:rPr>
          <w:rFonts w:cs="Times New Roman" w:hint="cs"/>
          <w:rtl/>
        </w:rPr>
        <w:t>من</w:t>
      </w:r>
      <w:r w:rsidRPr="009D1B9C">
        <w:rPr>
          <w:rFonts w:cs="Times New Roman"/>
          <w:rtl/>
        </w:rPr>
        <w:t xml:space="preserve"> </w:t>
      </w:r>
      <w:r w:rsidRPr="009D1B9C">
        <w:rPr>
          <w:rFonts w:cs="Times New Roman" w:hint="cs"/>
          <w:rtl/>
        </w:rPr>
        <w:t>نظام</w:t>
      </w:r>
      <w:r w:rsidRPr="009D1B9C">
        <w:t xml:space="preserve"> Kali Linux </w:t>
      </w:r>
      <w:r w:rsidRPr="009D1B9C">
        <w:rPr>
          <w:rFonts w:cs="Times New Roman" w:hint="cs"/>
          <w:rtl/>
        </w:rPr>
        <w:t>لتنفيذ</w:t>
      </w:r>
      <w:r w:rsidRPr="009D1B9C">
        <w:rPr>
          <w:rFonts w:cs="Times New Roman"/>
          <w:rtl/>
        </w:rPr>
        <w:t xml:space="preserve"> </w:t>
      </w:r>
      <w:r w:rsidRPr="009D1B9C">
        <w:rPr>
          <w:rFonts w:cs="Times New Roman" w:hint="cs"/>
          <w:rtl/>
        </w:rPr>
        <w:t>فحص</w:t>
      </w:r>
      <w:r w:rsidRPr="009D1B9C">
        <w:rPr>
          <w:rFonts w:cs="Times New Roman"/>
          <w:rtl/>
        </w:rPr>
        <w:t xml:space="preserve"> </w:t>
      </w:r>
      <w:r w:rsidRPr="009D1B9C">
        <w:rPr>
          <w:rFonts w:cs="Times New Roman" w:hint="cs"/>
          <w:rtl/>
        </w:rPr>
        <w:t>استطلاعي</w:t>
      </w:r>
      <w:r w:rsidRPr="009D1B9C">
        <w:rPr>
          <w:rFonts w:cs="Times New Roman"/>
          <w:rtl/>
        </w:rPr>
        <w:t xml:space="preserve"> </w:t>
      </w:r>
      <w:r w:rsidRPr="009D1B9C">
        <w:rPr>
          <w:rFonts w:cs="Times New Roman" w:hint="cs"/>
          <w:rtl/>
        </w:rPr>
        <w:t>للشبكة</w:t>
      </w:r>
      <w:r w:rsidRPr="009D1B9C">
        <w:t xml:space="preserve"> (Network Sweep) </w:t>
      </w:r>
      <w:r w:rsidRPr="009D1B9C">
        <w:rPr>
          <w:rFonts w:cs="Times New Roman" w:hint="cs"/>
          <w:rtl/>
        </w:rPr>
        <w:t>على</w:t>
      </w:r>
      <w:r w:rsidRPr="009D1B9C">
        <w:rPr>
          <w:rFonts w:cs="Times New Roman"/>
          <w:rtl/>
        </w:rPr>
        <w:t xml:space="preserve"> </w:t>
      </w:r>
      <w:r w:rsidRPr="009D1B9C">
        <w:rPr>
          <w:rFonts w:cs="Times New Roman" w:hint="cs"/>
          <w:rtl/>
        </w:rPr>
        <w:t>كامل</w:t>
      </w:r>
      <w:r w:rsidRPr="009D1B9C">
        <w:rPr>
          <w:rFonts w:cs="Times New Roman"/>
          <w:rtl/>
        </w:rPr>
        <w:t xml:space="preserve"> </w:t>
      </w:r>
      <w:r w:rsidRPr="009D1B9C">
        <w:rPr>
          <w:rFonts w:cs="Times New Roman" w:hint="cs"/>
          <w:rtl/>
        </w:rPr>
        <w:t>النطاق</w:t>
      </w:r>
      <w:r w:rsidRPr="009D1B9C">
        <w:rPr>
          <w:rFonts w:cs="Times New Roman"/>
          <w:rtl/>
        </w:rPr>
        <w:t xml:space="preserve"> 192.168.20.0/24. </w:t>
      </w:r>
      <w:r w:rsidRPr="009D1B9C">
        <w:rPr>
          <w:rFonts w:cs="Times New Roman" w:hint="cs"/>
          <w:rtl/>
        </w:rPr>
        <w:t>الهدف</w:t>
      </w:r>
      <w:r w:rsidRPr="009D1B9C">
        <w:rPr>
          <w:rFonts w:cs="Times New Roman"/>
          <w:rtl/>
        </w:rPr>
        <w:t xml:space="preserve"> </w:t>
      </w:r>
      <w:r w:rsidRPr="009D1B9C">
        <w:rPr>
          <w:rFonts w:cs="Times New Roman" w:hint="cs"/>
          <w:rtl/>
        </w:rPr>
        <w:t>من</w:t>
      </w:r>
      <w:r w:rsidRPr="009D1B9C">
        <w:rPr>
          <w:rFonts w:cs="Times New Roman"/>
          <w:rtl/>
        </w:rPr>
        <w:t xml:space="preserve"> </w:t>
      </w:r>
      <w:r w:rsidRPr="009D1B9C">
        <w:rPr>
          <w:rFonts w:cs="Times New Roman" w:hint="cs"/>
          <w:rtl/>
        </w:rPr>
        <w:t>هذا</w:t>
      </w:r>
      <w:r w:rsidRPr="009D1B9C">
        <w:rPr>
          <w:rFonts w:cs="Times New Roman"/>
          <w:rtl/>
        </w:rPr>
        <w:t xml:space="preserve"> </w:t>
      </w:r>
      <w:r w:rsidRPr="009D1B9C">
        <w:rPr>
          <w:rFonts w:cs="Times New Roman" w:hint="cs"/>
          <w:rtl/>
        </w:rPr>
        <w:t>الفحص</w:t>
      </w:r>
      <w:r w:rsidRPr="009D1B9C">
        <w:rPr>
          <w:rFonts w:cs="Times New Roman"/>
          <w:rtl/>
        </w:rPr>
        <w:t xml:space="preserve"> </w:t>
      </w:r>
      <w:r w:rsidRPr="009D1B9C">
        <w:rPr>
          <w:rFonts w:cs="Times New Roman" w:hint="cs"/>
          <w:rtl/>
        </w:rPr>
        <w:t>هو</w:t>
      </w:r>
      <w:r w:rsidRPr="009D1B9C">
        <w:rPr>
          <w:rFonts w:cs="Times New Roman"/>
          <w:rtl/>
        </w:rPr>
        <w:t xml:space="preserve"> </w:t>
      </w:r>
      <w:r w:rsidRPr="009D1B9C">
        <w:rPr>
          <w:rFonts w:cs="Times New Roman" w:hint="cs"/>
          <w:rtl/>
        </w:rPr>
        <w:t>اكتشاف</w:t>
      </w:r>
      <w:r w:rsidRPr="009D1B9C">
        <w:rPr>
          <w:rFonts w:cs="Times New Roman"/>
          <w:rtl/>
        </w:rPr>
        <w:t xml:space="preserve"> </w:t>
      </w:r>
      <w:r w:rsidRPr="009D1B9C">
        <w:rPr>
          <w:rFonts w:cs="Times New Roman" w:hint="cs"/>
          <w:rtl/>
        </w:rPr>
        <w:t>الأجهزة</w:t>
      </w:r>
      <w:r w:rsidRPr="009D1B9C">
        <w:rPr>
          <w:rFonts w:cs="Times New Roman"/>
          <w:rtl/>
        </w:rPr>
        <w:t xml:space="preserve"> </w:t>
      </w:r>
      <w:r w:rsidRPr="009D1B9C">
        <w:rPr>
          <w:rFonts w:cs="Times New Roman" w:hint="cs"/>
          <w:rtl/>
        </w:rPr>
        <w:t>الحية</w:t>
      </w:r>
      <w:r w:rsidRPr="009D1B9C">
        <w:t xml:space="preserve"> (Live Hosts) </w:t>
      </w:r>
      <w:r w:rsidRPr="009D1B9C">
        <w:rPr>
          <w:rFonts w:cs="Times New Roman" w:hint="cs"/>
          <w:rtl/>
        </w:rPr>
        <w:t>المتصلة</w:t>
      </w:r>
      <w:r w:rsidRPr="009D1B9C">
        <w:rPr>
          <w:rFonts w:cs="Times New Roman"/>
          <w:rtl/>
        </w:rPr>
        <w:t xml:space="preserve"> </w:t>
      </w:r>
      <w:r w:rsidRPr="009D1B9C">
        <w:rPr>
          <w:rFonts w:cs="Times New Roman" w:hint="cs"/>
          <w:rtl/>
        </w:rPr>
        <w:t>بالشبكة</w:t>
      </w:r>
      <w:r w:rsidRPr="009D1B9C">
        <w:rPr>
          <w:rFonts w:cs="Times New Roman"/>
          <w:rtl/>
        </w:rPr>
        <w:t xml:space="preserve"> </w:t>
      </w:r>
      <w:r w:rsidRPr="009D1B9C">
        <w:rPr>
          <w:rFonts w:cs="Times New Roman" w:hint="cs"/>
          <w:rtl/>
        </w:rPr>
        <w:t>الداخلية</w:t>
      </w:r>
      <w:r w:rsidRPr="009D1B9C">
        <w:rPr>
          <w:rFonts w:cs="Times New Roman"/>
          <w:rtl/>
        </w:rPr>
        <w:t xml:space="preserve"> </w:t>
      </w:r>
      <w:r w:rsidRPr="009D1B9C">
        <w:rPr>
          <w:rFonts w:cs="Times New Roman" w:hint="cs"/>
          <w:rtl/>
        </w:rPr>
        <w:t>ومعرفة</w:t>
      </w:r>
      <w:r w:rsidRPr="009D1B9C">
        <w:rPr>
          <w:rFonts w:cs="Times New Roman"/>
          <w:rtl/>
        </w:rPr>
        <w:t xml:space="preserve"> </w:t>
      </w:r>
      <w:r w:rsidRPr="009D1B9C">
        <w:rPr>
          <w:rFonts w:cs="Times New Roman" w:hint="cs"/>
          <w:rtl/>
        </w:rPr>
        <w:t>عناوين</w:t>
      </w:r>
      <w:r w:rsidRPr="009D1B9C">
        <w:rPr>
          <w:rFonts w:cs="Times New Roman"/>
          <w:rtl/>
        </w:rPr>
        <w:t xml:space="preserve"> </w:t>
      </w:r>
      <w:r w:rsidRPr="009D1B9C">
        <w:rPr>
          <w:rFonts w:cs="Times New Roman" w:hint="cs"/>
          <w:rtl/>
        </w:rPr>
        <w:t>الـ</w:t>
      </w:r>
      <w:r w:rsidRPr="009D1B9C">
        <w:t xml:space="preserve"> IP </w:t>
      </w:r>
      <w:r w:rsidRPr="009D1B9C">
        <w:rPr>
          <w:rFonts w:cs="Times New Roman" w:hint="cs"/>
          <w:rtl/>
        </w:rPr>
        <w:t>وأجهزة</w:t>
      </w:r>
      <w:r w:rsidRPr="009D1B9C">
        <w:rPr>
          <w:rFonts w:cs="Times New Roman"/>
          <w:rtl/>
        </w:rPr>
        <w:t xml:space="preserve"> </w:t>
      </w:r>
      <w:r w:rsidRPr="009D1B9C">
        <w:rPr>
          <w:rFonts w:cs="Times New Roman" w:hint="cs"/>
          <w:rtl/>
        </w:rPr>
        <w:t>الـ</w:t>
      </w:r>
      <w:r w:rsidRPr="009D1B9C">
        <w:t xml:space="preserve"> MAC </w:t>
      </w:r>
      <w:r w:rsidRPr="009D1B9C">
        <w:rPr>
          <w:rFonts w:cs="Times New Roman" w:hint="cs"/>
          <w:rtl/>
        </w:rPr>
        <w:t>الخاصة</w:t>
      </w:r>
      <w:r w:rsidRPr="009D1B9C">
        <w:rPr>
          <w:rFonts w:cs="Times New Roman"/>
          <w:rtl/>
        </w:rPr>
        <w:t xml:space="preserve"> </w:t>
      </w:r>
      <w:r w:rsidRPr="009D1B9C">
        <w:rPr>
          <w:rFonts w:cs="Times New Roman" w:hint="cs"/>
          <w:rtl/>
        </w:rPr>
        <w:t>بها</w:t>
      </w:r>
      <w:r w:rsidRPr="009D1B9C">
        <w:rPr>
          <w:rFonts w:cs="Times New Roman"/>
          <w:rtl/>
        </w:rPr>
        <w:t xml:space="preserve">، </w:t>
      </w:r>
      <w:r w:rsidRPr="009D1B9C">
        <w:rPr>
          <w:rFonts w:cs="Times New Roman" w:hint="cs"/>
          <w:rtl/>
        </w:rPr>
        <w:t>مما</w:t>
      </w:r>
      <w:r w:rsidRPr="009D1B9C">
        <w:rPr>
          <w:rFonts w:cs="Times New Roman"/>
          <w:rtl/>
        </w:rPr>
        <w:t xml:space="preserve"> </w:t>
      </w:r>
      <w:r w:rsidRPr="009D1B9C">
        <w:rPr>
          <w:rFonts w:cs="Times New Roman" w:hint="cs"/>
          <w:rtl/>
        </w:rPr>
        <w:t>يوفر</w:t>
      </w:r>
      <w:r w:rsidRPr="009D1B9C">
        <w:rPr>
          <w:rFonts w:cs="Times New Roman"/>
          <w:rtl/>
        </w:rPr>
        <w:t xml:space="preserve"> </w:t>
      </w:r>
      <w:r w:rsidRPr="009D1B9C">
        <w:rPr>
          <w:rFonts w:cs="Times New Roman" w:hint="cs"/>
          <w:rtl/>
        </w:rPr>
        <w:t>خريطة</w:t>
      </w:r>
      <w:r w:rsidRPr="009D1B9C">
        <w:rPr>
          <w:rFonts w:cs="Times New Roman"/>
          <w:rtl/>
        </w:rPr>
        <w:t xml:space="preserve"> </w:t>
      </w:r>
      <w:r w:rsidRPr="009D1B9C">
        <w:rPr>
          <w:rFonts w:cs="Times New Roman" w:hint="cs"/>
          <w:rtl/>
        </w:rPr>
        <w:t>شبكية</w:t>
      </w:r>
      <w:r w:rsidRPr="009D1B9C">
        <w:rPr>
          <w:rFonts w:cs="Times New Roman"/>
          <w:rtl/>
        </w:rPr>
        <w:t xml:space="preserve"> </w:t>
      </w:r>
      <w:r w:rsidRPr="009D1B9C">
        <w:rPr>
          <w:rFonts w:cs="Times New Roman" w:hint="cs"/>
          <w:rtl/>
        </w:rPr>
        <w:t>مبدئية</w:t>
      </w:r>
      <w:r w:rsidRPr="009D1B9C">
        <w:t xml:space="preserve"> (Network Map) </w:t>
      </w:r>
      <w:r w:rsidRPr="009D1B9C">
        <w:rPr>
          <w:rFonts w:cs="Times New Roman" w:hint="cs"/>
          <w:rtl/>
        </w:rPr>
        <w:t>قبل</w:t>
      </w:r>
      <w:r w:rsidRPr="009D1B9C">
        <w:rPr>
          <w:rFonts w:cs="Times New Roman"/>
          <w:rtl/>
        </w:rPr>
        <w:t xml:space="preserve"> </w:t>
      </w:r>
      <w:r w:rsidRPr="009D1B9C">
        <w:rPr>
          <w:rFonts w:cs="Times New Roman" w:hint="cs"/>
          <w:rtl/>
        </w:rPr>
        <w:t>تنفيذ</w:t>
      </w:r>
      <w:r w:rsidRPr="009D1B9C">
        <w:rPr>
          <w:rFonts w:cs="Times New Roman"/>
          <w:rtl/>
        </w:rPr>
        <w:t xml:space="preserve"> </w:t>
      </w:r>
      <w:r w:rsidRPr="009D1B9C">
        <w:rPr>
          <w:rFonts w:cs="Times New Roman" w:hint="cs"/>
          <w:rtl/>
        </w:rPr>
        <w:t>فحوصات</w:t>
      </w:r>
      <w:r w:rsidRPr="009D1B9C">
        <w:rPr>
          <w:rFonts w:cs="Times New Roman"/>
          <w:rtl/>
        </w:rPr>
        <w:t xml:space="preserve"> </w:t>
      </w:r>
      <w:r w:rsidRPr="009D1B9C">
        <w:rPr>
          <w:rFonts w:cs="Times New Roman" w:hint="cs"/>
          <w:rtl/>
        </w:rPr>
        <w:t>الأمان</w:t>
      </w:r>
      <w:r w:rsidRPr="009D1B9C">
        <w:rPr>
          <w:rFonts w:cs="Times New Roman"/>
          <w:rtl/>
        </w:rPr>
        <w:t xml:space="preserve"> </w:t>
      </w:r>
      <w:r w:rsidRPr="009D1B9C">
        <w:rPr>
          <w:rFonts w:cs="Times New Roman" w:hint="cs"/>
          <w:rtl/>
        </w:rPr>
        <w:t>العميقة</w:t>
      </w:r>
      <w:r w:rsidRPr="009D1B9C">
        <w:t>."</w:t>
      </w:r>
    </w:p>
    <w:p w:rsidR="00AF7EBF" w:rsidRDefault="009D1B9C" w:rsidP="009D1B9C">
      <w:pPr>
        <w:pStyle w:val="BodyText"/>
        <w:bidi/>
        <w:rPr>
          <w:rtl/>
        </w:rPr>
      </w:pPr>
      <w:r w:rsidRPr="009D1B9C">
        <w:t>Technical Description (English): "Documenting the execution of a Nmap network sweep from Kali Linux across the 192.168.20.0/24 subnet. This reconnaissance scan aims to identify live hosts within the internal network, extracting their IP and MAC addresses to generate an initial network map prior to conducting in-depth vulnerability assessments</w:t>
      </w:r>
      <w:r w:rsidRPr="009D1B9C">
        <w:rPr>
          <w:rFonts w:cs="Times New Roman"/>
          <w:rtl/>
        </w:rPr>
        <w:t>."</w:t>
      </w:r>
    </w:p>
    <w:p w:rsidR="00AF7EBF" w:rsidRDefault="00AF7EBF" w:rsidP="00AF7EBF">
      <w:pPr>
        <w:pStyle w:val="BodyText"/>
        <w:bidi/>
        <w:rPr>
          <w:rtl/>
        </w:rPr>
      </w:pPr>
    </w:p>
    <w:p w:rsidR="00AF7EBF" w:rsidRDefault="00AF7EBF" w:rsidP="00AF7EBF">
      <w:pPr>
        <w:pStyle w:val="BodyText"/>
        <w:bidi/>
        <w:rPr>
          <w:rtl/>
        </w:rPr>
      </w:pPr>
    </w:p>
    <w:p w:rsidR="00AF7EBF" w:rsidRDefault="00AF7EBF" w:rsidP="00AF7EBF">
      <w:pPr>
        <w:pStyle w:val="BodyText"/>
        <w:bidi/>
        <w:rPr>
          <w:rFonts w:ascii="Segoe UI" w:hAnsi="Segoe UI" w:cs="Segoe UI"/>
          <w:color w:val="0D0D0D"/>
          <w:shd w:val="clear" w:color="auto" w:fill="F8F8F8"/>
          <w:rtl/>
        </w:rPr>
      </w:pPr>
      <w:r>
        <w:rPr>
          <w:rFonts w:ascii="Segoe UI" w:hAnsi="Segoe UI" w:cs="Segoe UI"/>
          <w:color w:val="0D0D0D"/>
          <w:shd w:val="clear" w:color="auto" w:fill="F8F8F8"/>
          <w:rtl/>
        </w:rPr>
        <w:t>جهاز</w:t>
      </w:r>
      <w:r>
        <w:rPr>
          <w:rFonts w:ascii="Segoe UI" w:hAnsi="Segoe UI" w:cs="Segoe UI"/>
          <w:color w:val="0D0D0D"/>
          <w:shd w:val="clear" w:color="auto" w:fill="F8F8F8"/>
        </w:rPr>
        <w:t xml:space="preserve"> Kali Linux </w:t>
      </w:r>
      <w:r>
        <w:rPr>
          <w:rFonts w:ascii="Segoe UI" w:hAnsi="Segoe UI" w:cs="Segoe UI"/>
          <w:color w:val="0D0D0D"/>
          <w:shd w:val="clear" w:color="auto" w:fill="F8F8F8"/>
          <w:rtl/>
        </w:rPr>
        <w:t>حصل على عنوان</w:t>
      </w:r>
      <w:r>
        <w:rPr>
          <w:rFonts w:ascii="Segoe UI" w:hAnsi="Segoe UI" w:cs="Segoe UI"/>
          <w:color w:val="0D0D0D"/>
          <w:shd w:val="clear" w:color="auto" w:fill="F8F8F8"/>
        </w:rPr>
        <w:t xml:space="preserve"> IP </w:t>
      </w:r>
      <w:r>
        <w:rPr>
          <w:rFonts w:ascii="Segoe UI" w:hAnsi="Segoe UI" w:cs="Segoe UI"/>
          <w:color w:val="0D0D0D"/>
          <w:shd w:val="clear" w:color="auto" w:fill="F8F8F8"/>
          <w:rtl/>
        </w:rPr>
        <w:t xml:space="preserve">وهو </w:t>
      </w:r>
      <w:r>
        <w:rPr>
          <w:rStyle w:val="HTMLCode"/>
          <w:rFonts w:ascii="Consolas" w:eastAsiaTheme="majorEastAsia" w:hAnsi="Consolas"/>
          <w:b/>
          <w:bCs/>
          <w:color w:val="000000"/>
          <w:sz w:val="19"/>
          <w:szCs w:val="19"/>
          <w:bdr w:val="single" w:sz="2" w:space="4" w:color="000000" w:frame="1"/>
          <w:shd w:val="clear" w:color="auto" w:fill="ECECEC"/>
        </w:rPr>
        <w:t>192.168.20.103</w:t>
      </w:r>
      <w:r>
        <w:rPr>
          <w:rFonts w:ascii="Segoe UI" w:hAnsi="Segoe UI" w:cs="Segoe UI"/>
          <w:color w:val="0D0D0D"/>
          <w:shd w:val="clear" w:color="auto" w:fill="F8F8F8"/>
        </w:rPr>
        <w:t xml:space="preserve">. </w:t>
      </w:r>
      <w:r>
        <w:rPr>
          <w:rFonts w:ascii="Segoe UI" w:hAnsi="Segoe UI" w:cs="Segoe UI"/>
          <w:color w:val="0D0D0D"/>
          <w:shd w:val="clear" w:color="auto" w:fill="F8F8F8"/>
          <w:rtl/>
        </w:rPr>
        <w:t>هذا يعني أنه متصل بشبكة</w:t>
      </w:r>
      <w:r>
        <w:rPr>
          <w:rFonts w:ascii="Segoe UI" w:hAnsi="Segoe UI" w:cs="Segoe UI"/>
          <w:color w:val="0D0D0D"/>
          <w:shd w:val="clear" w:color="auto" w:fill="F8F8F8"/>
        </w:rPr>
        <w:t xml:space="preserve"> </w:t>
      </w:r>
      <w:proofErr w:type="spellStart"/>
      <w:r>
        <w:rPr>
          <w:rFonts w:ascii="Segoe UI" w:hAnsi="Segoe UI" w:cs="Segoe UI"/>
          <w:color w:val="0D0D0D"/>
          <w:shd w:val="clear" w:color="auto" w:fill="F8F8F8"/>
        </w:rPr>
        <w:t>pfSense</w:t>
      </w:r>
      <w:proofErr w:type="spellEnd"/>
      <w:r>
        <w:rPr>
          <w:rFonts w:ascii="Segoe UI" w:hAnsi="Segoe UI" w:cs="Segoe UI"/>
          <w:color w:val="0D0D0D"/>
          <w:shd w:val="clear" w:color="auto" w:fill="F8F8F8"/>
        </w:rPr>
        <w:t xml:space="preserve"> </w:t>
      </w:r>
      <w:r>
        <w:rPr>
          <w:rFonts w:ascii="Segoe UI" w:hAnsi="Segoe UI" w:cs="Segoe UI"/>
          <w:color w:val="0D0D0D"/>
          <w:shd w:val="clear" w:color="auto" w:fill="F8F8F8"/>
          <w:rtl/>
        </w:rPr>
        <w:t>المعزولة بنجاح ويستطيع رؤية باقي الأجهزة</w:t>
      </w:r>
      <w:r>
        <w:rPr>
          <w:rFonts w:ascii="Segoe UI" w:hAnsi="Segoe UI" w:cs="Segoe UI"/>
          <w:color w:val="0D0D0D"/>
          <w:shd w:val="clear" w:color="auto" w:fill="F8F8F8"/>
        </w:rPr>
        <w:t>.</w:t>
      </w:r>
    </w:p>
    <w:p w:rsidR="00AF7EBF" w:rsidRDefault="00AF7EBF" w:rsidP="00AF7EBF">
      <w:pPr>
        <w:pStyle w:val="BodyText"/>
        <w:bidi/>
        <w:rPr>
          <w:rtl/>
        </w:rPr>
      </w:pPr>
    </w:p>
    <w:p w:rsidR="00AF7EBF" w:rsidRDefault="00AF7EBF" w:rsidP="00AF7EBF">
      <w:pPr>
        <w:pStyle w:val="BodyText"/>
        <w:bidi/>
      </w:pPr>
      <w:r>
        <w:rPr>
          <w:noProof/>
        </w:rPr>
        <w:lastRenderedPageBreak/>
        <w:drawing>
          <wp:inline distT="0" distB="0" distL="0" distR="0">
            <wp:extent cx="4083260" cy="21400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كالي لنكس حصل على الاي بي.png"/>
                    <pic:cNvPicPr/>
                  </pic:nvPicPr>
                  <pic:blipFill>
                    <a:blip r:embed="rId33">
                      <a:extLst>
                        <a:ext uri="{28A0092B-C50C-407E-A947-70E740481C1C}">
                          <a14:useLocalDpi xmlns:a14="http://schemas.microsoft.com/office/drawing/2010/main" val="0"/>
                        </a:ext>
                      </a:extLst>
                    </a:blip>
                    <a:stretch>
                      <a:fillRect/>
                    </a:stretch>
                  </pic:blipFill>
                  <pic:spPr>
                    <a:xfrm>
                      <a:off x="0" y="0"/>
                      <a:ext cx="4083260" cy="2140060"/>
                    </a:xfrm>
                    <a:prstGeom prst="rect">
                      <a:avLst/>
                    </a:prstGeom>
                  </pic:spPr>
                </pic:pic>
              </a:graphicData>
            </a:graphic>
          </wp:inline>
        </w:drawing>
      </w:r>
    </w:p>
    <w:p w:rsidR="00AF7EBF" w:rsidRDefault="00AF7EBF" w:rsidP="00AF7EBF"/>
    <w:p w:rsidR="00AF7EBF" w:rsidRDefault="00AF7EBF" w:rsidP="00AF7EBF">
      <w:pPr>
        <w:tabs>
          <w:tab w:val="left" w:pos="7020"/>
        </w:tabs>
        <w:rPr>
          <w:rtl/>
        </w:rPr>
      </w:pPr>
      <w:r>
        <w:tab/>
      </w:r>
    </w:p>
    <w:p w:rsidR="00AF7EBF" w:rsidRPr="00AF7EBF" w:rsidRDefault="00AF7EBF" w:rsidP="00AF7EBF">
      <w:pPr>
        <w:pBdr>
          <w:top w:val="single" w:sz="2" w:space="0" w:color="000000"/>
          <w:left w:val="single" w:sz="2" w:space="0" w:color="000000"/>
          <w:bottom w:val="single" w:sz="2" w:space="0" w:color="000000"/>
          <w:right w:val="single" w:sz="2" w:space="0" w:color="000000"/>
        </w:pBdr>
        <w:shd w:val="clear" w:color="auto" w:fill="F8F8F8"/>
        <w:suppressAutoHyphens w:val="0"/>
        <w:spacing w:before="480" w:after="240" w:line="240" w:lineRule="auto"/>
        <w:outlineLvl w:val="2"/>
        <w:rPr>
          <w:rFonts w:ascii="Segoe UI" w:eastAsia="Times New Roman" w:hAnsi="Segoe UI" w:cs="Segoe UI"/>
          <w:color w:val="000000"/>
          <w:sz w:val="27"/>
          <w:szCs w:val="27"/>
        </w:rPr>
      </w:pPr>
      <w:r w:rsidRPr="00AF7EBF">
        <w:rPr>
          <w:rFonts w:ascii="Segoe UI" w:eastAsia="Times New Roman" w:hAnsi="Segoe UI" w:cs="Segoe UI"/>
          <w:color w:val="000000"/>
          <w:sz w:val="27"/>
          <w:szCs w:val="27"/>
          <w:rtl/>
        </w:rPr>
        <w:t>عمليات الفحص</w:t>
      </w:r>
      <w:r w:rsidRPr="00AF7EBF">
        <w:rPr>
          <w:rFonts w:ascii="Segoe UI" w:eastAsia="Times New Roman" w:hAnsi="Segoe UI" w:cs="Segoe UI"/>
          <w:color w:val="000000"/>
          <w:sz w:val="27"/>
          <w:szCs w:val="27"/>
        </w:rPr>
        <w:t xml:space="preserve"> (Reconnaissance &amp; Scanning)</w:t>
      </w:r>
    </w:p>
    <w:p w:rsidR="00AF7EBF" w:rsidRPr="00AF7EBF" w:rsidRDefault="00AF7EBF" w:rsidP="00AF7EBF">
      <w:pPr>
        <w:pBdr>
          <w:top w:val="single" w:sz="2" w:space="0" w:color="0D0D0D"/>
          <w:left w:val="single" w:sz="2" w:space="0" w:color="0D0D0D"/>
          <w:bottom w:val="single" w:sz="2" w:space="0" w:color="0D0D0D"/>
          <w:right w:val="single" w:sz="2" w:space="0" w:color="0D0D0D"/>
        </w:pBdr>
        <w:shd w:val="clear" w:color="auto" w:fill="F8F8F8"/>
        <w:suppressAutoHyphens w:val="0"/>
        <w:spacing w:after="240" w:line="240" w:lineRule="auto"/>
        <w:rPr>
          <w:rFonts w:ascii="Segoe UI" w:eastAsia="Times New Roman" w:hAnsi="Segoe UI" w:cs="Segoe UI"/>
          <w:color w:val="0D0D0D"/>
          <w:sz w:val="24"/>
          <w:szCs w:val="24"/>
        </w:rPr>
      </w:pPr>
      <w:r w:rsidRPr="00AF7EBF">
        <w:rPr>
          <w:rFonts w:ascii="Segoe UI" w:eastAsia="Times New Roman" w:hAnsi="Segoe UI" w:cs="Segoe UI"/>
          <w:color w:val="0D0D0D"/>
          <w:sz w:val="24"/>
          <w:szCs w:val="24"/>
          <w:rtl/>
        </w:rPr>
        <w:t>في نفس نافذة الـ</w:t>
      </w:r>
      <w:r w:rsidRPr="00AF7EBF">
        <w:rPr>
          <w:rFonts w:ascii="Segoe UI" w:eastAsia="Times New Roman" w:hAnsi="Segoe UI" w:cs="Segoe UI"/>
          <w:color w:val="0D0D0D"/>
          <w:sz w:val="24"/>
          <w:szCs w:val="24"/>
        </w:rPr>
        <w:t xml:space="preserve"> Terminal </w:t>
      </w:r>
      <w:r w:rsidRPr="00AF7EBF">
        <w:rPr>
          <w:rFonts w:ascii="Segoe UI" w:eastAsia="Times New Roman" w:hAnsi="Segoe UI" w:cs="Segoe UI"/>
          <w:color w:val="0D0D0D"/>
          <w:sz w:val="24"/>
          <w:szCs w:val="24"/>
          <w:rtl/>
        </w:rPr>
        <w:t>في</w:t>
      </w:r>
      <w:r w:rsidRPr="00AF7EBF">
        <w:rPr>
          <w:rFonts w:ascii="Segoe UI" w:eastAsia="Times New Roman" w:hAnsi="Segoe UI" w:cs="Segoe UI"/>
          <w:color w:val="0D0D0D"/>
          <w:sz w:val="24"/>
          <w:szCs w:val="24"/>
        </w:rPr>
        <w:t xml:space="preserve"> Kali</w:t>
      </w:r>
      <w:r w:rsidRPr="00AF7EBF">
        <w:rPr>
          <w:rFonts w:ascii="Segoe UI" w:eastAsia="Times New Roman" w:hAnsi="Segoe UI" w:cs="Segoe UI"/>
          <w:color w:val="0D0D0D"/>
          <w:sz w:val="24"/>
          <w:szCs w:val="24"/>
          <w:rtl/>
        </w:rPr>
        <w:t>، انفذ الأمرين التاليين بالترتيب</w:t>
      </w:r>
      <w:r w:rsidRPr="00AF7EBF">
        <w:rPr>
          <w:rFonts w:ascii="Segoe UI" w:eastAsia="Times New Roman" w:hAnsi="Segoe UI" w:cs="Segoe UI"/>
          <w:color w:val="0D0D0D"/>
          <w:sz w:val="24"/>
          <w:szCs w:val="24"/>
        </w:rPr>
        <w:t>:</w:t>
      </w:r>
    </w:p>
    <w:p w:rsidR="00AF7EBF" w:rsidRPr="00AF7EBF" w:rsidRDefault="00AF7EBF" w:rsidP="00AF7EBF">
      <w:pPr>
        <w:pBdr>
          <w:top w:val="single" w:sz="2" w:space="0" w:color="0D0D0D"/>
          <w:left w:val="single" w:sz="2" w:space="0" w:color="0D0D0D"/>
          <w:bottom w:val="single" w:sz="2" w:space="0" w:color="0D0D0D"/>
          <w:right w:val="single" w:sz="2" w:space="0" w:color="0D0D0D"/>
        </w:pBdr>
        <w:shd w:val="clear" w:color="auto" w:fill="F8F8F8"/>
        <w:suppressAutoHyphens w:val="0"/>
        <w:spacing w:after="0" w:line="240" w:lineRule="auto"/>
        <w:rPr>
          <w:rFonts w:ascii="Segoe UI" w:eastAsia="Times New Roman" w:hAnsi="Segoe UI" w:cs="Segoe UI"/>
          <w:color w:val="0D0D0D"/>
          <w:sz w:val="24"/>
          <w:szCs w:val="24"/>
        </w:rPr>
      </w:pPr>
      <w:r w:rsidRPr="00AF7EBF">
        <w:rPr>
          <w:rFonts w:ascii="Segoe UI" w:eastAsia="Times New Roman" w:hAnsi="Segoe UI" w:cs="Segoe UI"/>
          <w:color w:val="000000"/>
          <w:sz w:val="24"/>
          <w:szCs w:val="24"/>
          <w:bdr w:val="single" w:sz="2" w:space="0" w:color="000000" w:frame="1"/>
        </w:rPr>
        <w:t xml:space="preserve">1. </w:t>
      </w:r>
      <w:r w:rsidRPr="00AF7EBF">
        <w:rPr>
          <w:rFonts w:ascii="Segoe UI" w:eastAsia="Times New Roman" w:hAnsi="Segoe UI" w:cs="Segoe UI"/>
          <w:color w:val="000000"/>
          <w:sz w:val="24"/>
          <w:szCs w:val="24"/>
          <w:bdr w:val="single" w:sz="2" w:space="0" w:color="000000" w:frame="1"/>
          <w:rtl/>
        </w:rPr>
        <w:t>فحص استطلاع الشبكة لاكتشاف كل الأجهزة</w:t>
      </w:r>
      <w:r w:rsidRPr="00AF7EBF">
        <w:rPr>
          <w:rFonts w:ascii="Segoe UI" w:eastAsia="Times New Roman" w:hAnsi="Segoe UI" w:cs="Segoe UI"/>
          <w:color w:val="000000"/>
          <w:sz w:val="24"/>
          <w:szCs w:val="24"/>
          <w:bdr w:val="single" w:sz="2" w:space="0" w:color="000000" w:frame="1"/>
        </w:rPr>
        <w:t xml:space="preserve"> (Host Discovery):</w:t>
      </w:r>
    </w:p>
    <w:p w:rsidR="00AF7EBF" w:rsidRPr="00AF7EBF" w:rsidRDefault="00AF7EBF" w:rsidP="00AF7EBF">
      <w:pPr>
        <w:shd w:val="clear" w:color="auto" w:fill="F7F7F7"/>
        <w:suppressAutoHyphens w:val="0"/>
        <w:spacing w:after="0" w:line="240" w:lineRule="auto"/>
        <w:rPr>
          <w:rFonts w:ascii="Segoe UI" w:eastAsia="Times New Roman" w:hAnsi="Segoe UI" w:cs="Segoe UI"/>
          <w:color w:val="0D0D0D"/>
          <w:sz w:val="18"/>
          <w:szCs w:val="18"/>
        </w:rPr>
      </w:pPr>
      <w:r w:rsidRPr="00AF7EBF">
        <w:rPr>
          <w:rFonts w:ascii="Segoe UI" w:eastAsia="Times New Roman" w:hAnsi="Segoe UI" w:cs="Segoe UI"/>
          <w:color w:val="0D0D0D"/>
          <w:sz w:val="18"/>
          <w:szCs w:val="18"/>
        </w:rPr>
        <w:t>bash</w:t>
      </w:r>
    </w:p>
    <w:p w:rsidR="00AF7EBF" w:rsidRPr="00AF7EBF" w:rsidRDefault="00AF7EBF" w:rsidP="00AF7EBF">
      <w:pPr>
        <w:suppressAutoHyphens w:val="0"/>
        <w:spacing w:after="0" w:line="240" w:lineRule="auto"/>
        <w:rPr>
          <w:rFonts w:ascii="Courier New" w:eastAsia="Times New Roman" w:hAnsi="Courier New" w:cs="Courier New"/>
          <w:color w:val="4D4D4C"/>
          <w:sz w:val="21"/>
          <w:szCs w:val="21"/>
        </w:rPr>
      </w:pPr>
      <w:proofErr w:type="spellStart"/>
      <w:r w:rsidRPr="00AF7EBF">
        <w:rPr>
          <w:rFonts w:ascii="Courier New" w:eastAsia="Times New Roman" w:hAnsi="Courier New" w:cs="Courier New"/>
          <w:color w:val="4D4D4C"/>
          <w:sz w:val="21"/>
          <w:szCs w:val="21"/>
        </w:rPr>
        <w:t>nmap</w:t>
      </w:r>
      <w:proofErr w:type="spellEnd"/>
      <w:r w:rsidRPr="00AF7EBF">
        <w:rPr>
          <w:rFonts w:ascii="Courier New" w:eastAsia="Times New Roman" w:hAnsi="Courier New" w:cs="Courier New"/>
          <w:color w:val="4D4D4C"/>
          <w:sz w:val="21"/>
          <w:szCs w:val="21"/>
        </w:rPr>
        <w:t xml:space="preserve"> -</w:t>
      </w:r>
      <w:proofErr w:type="spellStart"/>
      <w:r w:rsidRPr="00AF7EBF">
        <w:rPr>
          <w:rFonts w:ascii="Courier New" w:eastAsia="Times New Roman" w:hAnsi="Courier New" w:cs="Courier New"/>
          <w:color w:val="4D4D4C"/>
          <w:sz w:val="21"/>
          <w:szCs w:val="21"/>
        </w:rPr>
        <w:t>sn</w:t>
      </w:r>
      <w:proofErr w:type="spellEnd"/>
      <w:r w:rsidRPr="00AF7EBF">
        <w:rPr>
          <w:rFonts w:ascii="Courier New" w:eastAsia="Times New Roman" w:hAnsi="Courier New" w:cs="Courier New"/>
          <w:color w:val="4D4D4C"/>
          <w:sz w:val="21"/>
          <w:szCs w:val="21"/>
        </w:rPr>
        <w:t xml:space="preserve"> 192.168.20.0/24</w:t>
      </w:r>
    </w:p>
    <w:p w:rsidR="00AF7EBF" w:rsidRPr="00AF7EBF" w:rsidRDefault="00AF7EBF" w:rsidP="00AF7EBF">
      <w:pPr>
        <w:pBdr>
          <w:top w:val="single" w:sz="2" w:space="0" w:color="0D0D0D"/>
          <w:left w:val="single" w:sz="2" w:space="0" w:color="0D0D0D"/>
          <w:bottom w:val="single" w:sz="2" w:space="0" w:color="0D0D0D"/>
          <w:right w:val="single" w:sz="2" w:space="0" w:color="0D0D0D"/>
        </w:pBdr>
        <w:shd w:val="clear" w:color="auto" w:fill="F8F8F8"/>
        <w:suppressAutoHyphens w:val="0"/>
        <w:spacing w:after="0" w:line="240" w:lineRule="auto"/>
        <w:rPr>
          <w:rFonts w:ascii="Segoe UI" w:eastAsia="Times New Roman" w:hAnsi="Segoe UI" w:cs="Segoe UI"/>
          <w:color w:val="0D0D0D"/>
          <w:sz w:val="24"/>
          <w:szCs w:val="24"/>
        </w:rPr>
      </w:pPr>
      <w:r w:rsidRPr="00AF7EBF">
        <w:rPr>
          <w:rFonts w:ascii="Segoe UI" w:eastAsia="Times New Roman" w:hAnsi="Segoe UI" w:cs="Segoe UI"/>
          <w:i/>
          <w:iCs/>
          <w:color w:val="0D0D0D"/>
          <w:sz w:val="24"/>
          <w:szCs w:val="24"/>
          <w:bdr w:val="single" w:sz="2" w:space="0" w:color="0D0D0D" w:frame="1"/>
        </w:rPr>
        <w:t>(</w:t>
      </w:r>
      <w:r w:rsidRPr="00AF7EBF">
        <w:rPr>
          <w:rFonts w:ascii="Segoe UI" w:eastAsia="Times New Roman" w:hAnsi="Segoe UI" w:cs="Segoe UI"/>
          <w:i/>
          <w:iCs/>
          <w:color w:val="0D0D0D"/>
          <w:sz w:val="24"/>
          <w:szCs w:val="24"/>
          <w:bdr w:val="single" w:sz="2" w:space="0" w:color="0D0D0D" w:frame="1"/>
          <w:rtl/>
        </w:rPr>
        <w:t>هذا الأمر سيُظهر لك قائمة بكل الأجهزة المتصلة</w:t>
      </w:r>
      <w:r w:rsidRPr="00AF7EBF">
        <w:rPr>
          <w:rFonts w:ascii="Segoe UI" w:eastAsia="Times New Roman" w:hAnsi="Segoe UI" w:cs="Segoe UI"/>
          <w:i/>
          <w:iCs/>
          <w:color w:val="0D0D0D"/>
          <w:sz w:val="24"/>
          <w:szCs w:val="24"/>
          <w:bdr w:val="single" w:sz="2" w:space="0" w:color="0D0D0D" w:frame="1"/>
        </w:rPr>
        <w:t xml:space="preserve">: </w:t>
      </w:r>
      <w:proofErr w:type="spellStart"/>
      <w:r w:rsidRPr="00AF7EBF">
        <w:rPr>
          <w:rFonts w:ascii="Segoe UI" w:eastAsia="Times New Roman" w:hAnsi="Segoe UI" w:cs="Segoe UI"/>
          <w:i/>
          <w:iCs/>
          <w:color w:val="0D0D0D"/>
          <w:sz w:val="24"/>
          <w:szCs w:val="24"/>
          <w:bdr w:val="single" w:sz="2" w:space="0" w:color="0D0D0D" w:frame="1"/>
        </w:rPr>
        <w:t>pfSense</w:t>
      </w:r>
      <w:proofErr w:type="spellEnd"/>
      <w:r w:rsidRPr="00AF7EBF">
        <w:rPr>
          <w:rFonts w:ascii="Segoe UI" w:eastAsia="Times New Roman" w:hAnsi="Segoe UI" w:cs="Segoe UI"/>
          <w:i/>
          <w:iCs/>
          <w:color w:val="0D0D0D"/>
          <w:sz w:val="24"/>
          <w:szCs w:val="24"/>
          <w:bdr w:val="single" w:sz="2" w:space="0" w:color="0D0D0D" w:frame="1"/>
        </w:rPr>
        <w:t xml:space="preserve">, Windows Server, Windows 10, </w:t>
      </w:r>
      <w:r w:rsidRPr="00AF7EBF">
        <w:rPr>
          <w:rFonts w:ascii="Segoe UI" w:eastAsia="Times New Roman" w:hAnsi="Segoe UI" w:cs="Segoe UI"/>
          <w:i/>
          <w:iCs/>
          <w:color w:val="0D0D0D"/>
          <w:sz w:val="24"/>
          <w:szCs w:val="24"/>
          <w:bdr w:val="single" w:sz="2" w:space="0" w:color="0D0D0D" w:frame="1"/>
          <w:rtl/>
        </w:rPr>
        <w:t>و</w:t>
      </w:r>
      <w:r w:rsidRPr="00AF7EBF">
        <w:rPr>
          <w:rFonts w:ascii="Segoe UI" w:eastAsia="Times New Roman" w:hAnsi="Segoe UI" w:cs="Segoe UI"/>
          <w:i/>
          <w:iCs/>
          <w:color w:val="0D0D0D"/>
          <w:sz w:val="24"/>
          <w:szCs w:val="24"/>
          <w:bdr w:val="single" w:sz="2" w:space="0" w:color="0D0D0D" w:frame="1"/>
        </w:rPr>
        <w:t xml:space="preserve"> Kali </w:t>
      </w:r>
      <w:r w:rsidRPr="00AF7EBF">
        <w:rPr>
          <w:rFonts w:ascii="Segoe UI" w:eastAsia="Times New Roman" w:hAnsi="Segoe UI" w:cs="Segoe UI"/>
          <w:i/>
          <w:iCs/>
          <w:color w:val="0D0D0D"/>
          <w:sz w:val="24"/>
          <w:szCs w:val="24"/>
          <w:bdr w:val="single" w:sz="2" w:space="0" w:color="0D0D0D" w:frame="1"/>
          <w:rtl/>
        </w:rPr>
        <w:t>نفسها</w:t>
      </w:r>
      <w:r w:rsidRPr="00AF7EBF">
        <w:rPr>
          <w:rFonts w:ascii="Segoe UI" w:eastAsia="Times New Roman" w:hAnsi="Segoe UI" w:cs="Segoe UI"/>
          <w:i/>
          <w:iCs/>
          <w:color w:val="0D0D0D"/>
          <w:sz w:val="24"/>
          <w:szCs w:val="24"/>
          <w:bdr w:val="single" w:sz="2" w:space="0" w:color="0D0D0D" w:frame="1"/>
        </w:rPr>
        <w:t>).</w:t>
      </w:r>
    </w:p>
    <w:p w:rsidR="00AF7EBF" w:rsidRPr="00AF7EBF" w:rsidRDefault="00AF7EBF" w:rsidP="00AF7EBF">
      <w:pPr>
        <w:pBdr>
          <w:top w:val="single" w:sz="2" w:space="0" w:color="0D0D0D"/>
          <w:left w:val="single" w:sz="2" w:space="0" w:color="0D0D0D"/>
          <w:bottom w:val="single" w:sz="2" w:space="0" w:color="0D0D0D"/>
          <w:right w:val="single" w:sz="2" w:space="0" w:color="0D0D0D"/>
        </w:pBdr>
        <w:shd w:val="clear" w:color="auto" w:fill="F8F8F8"/>
        <w:suppressAutoHyphens w:val="0"/>
        <w:spacing w:after="0" w:line="240" w:lineRule="auto"/>
        <w:rPr>
          <w:rFonts w:ascii="Segoe UI" w:eastAsia="Times New Roman" w:hAnsi="Segoe UI" w:cs="Segoe UI"/>
          <w:color w:val="0D0D0D"/>
          <w:sz w:val="24"/>
          <w:szCs w:val="24"/>
        </w:rPr>
      </w:pPr>
      <w:r w:rsidRPr="00AF7EBF">
        <w:rPr>
          <w:rFonts w:ascii="Segoe UI" w:eastAsia="Times New Roman" w:hAnsi="Segoe UI" w:cs="Segoe UI"/>
          <w:color w:val="000000"/>
          <w:sz w:val="24"/>
          <w:szCs w:val="24"/>
          <w:bdr w:val="single" w:sz="2" w:space="0" w:color="000000" w:frame="1"/>
        </w:rPr>
        <w:t xml:space="preserve">2. </w:t>
      </w:r>
      <w:r w:rsidRPr="00AF7EBF">
        <w:rPr>
          <w:rFonts w:ascii="Segoe UI" w:eastAsia="Times New Roman" w:hAnsi="Segoe UI" w:cs="Segoe UI"/>
          <w:color w:val="000000"/>
          <w:sz w:val="24"/>
          <w:szCs w:val="24"/>
          <w:bdr w:val="single" w:sz="2" w:space="0" w:color="000000" w:frame="1"/>
          <w:rtl/>
        </w:rPr>
        <w:t>فحص المنافذ المفتوحة على خادم</w:t>
      </w:r>
      <w:r w:rsidRPr="00AF7EBF">
        <w:rPr>
          <w:rFonts w:ascii="Segoe UI" w:eastAsia="Times New Roman" w:hAnsi="Segoe UI" w:cs="Segoe UI"/>
          <w:color w:val="000000"/>
          <w:sz w:val="24"/>
          <w:szCs w:val="24"/>
          <w:bdr w:val="single" w:sz="2" w:space="0" w:color="000000" w:frame="1"/>
        </w:rPr>
        <w:t xml:space="preserve"> Windows Server:</w:t>
      </w:r>
    </w:p>
    <w:p w:rsidR="00AF7EBF" w:rsidRPr="00AF7EBF" w:rsidRDefault="00AF7EBF" w:rsidP="00AF7EBF">
      <w:pPr>
        <w:shd w:val="clear" w:color="auto" w:fill="F7F7F7"/>
        <w:suppressAutoHyphens w:val="0"/>
        <w:spacing w:after="0" w:line="240" w:lineRule="auto"/>
        <w:rPr>
          <w:rFonts w:ascii="Segoe UI" w:eastAsia="Times New Roman" w:hAnsi="Segoe UI" w:cs="Segoe UI"/>
          <w:color w:val="0D0D0D"/>
          <w:sz w:val="18"/>
          <w:szCs w:val="18"/>
        </w:rPr>
      </w:pPr>
      <w:r w:rsidRPr="00AF7EBF">
        <w:rPr>
          <w:rFonts w:ascii="Segoe UI" w:eastAsia="Times New Roman" w:hAnsi="Segoe UI" w:cs="Segoe UI"/>
          <w:color w:val="0D0D0D"/>
          <w:sz w:val="18"/>
          <w:szCs w:val="18"/>
        </w:rPr>
        <w:t>bash</w:t>
      </w:r>
    </w:p>
    <w:p w:rsidR="00AF7EBF" w:rsidRPr="00AF7EBF" w:rsidRDefault="00AF7EBF" w:rsidP="00AF7EBF">
      <w:pPr>
        <w:suppressAutoHyphens w:val="0"/>
        <w:spacing w:after="0" w:line="240" w:lineRule="auto"/>
        <w:rPr>
          <w:rFonts w:ascii="Courier New" w:eastAsia="Times New Roman" w:hAnsi="Courier New" w:cs="Courier New"/>
          <w:color w:val="4D4D4C"/>
          <w:sz w:val="21"/>
          <w:szCs w:val="21"/>
        </w:rPr>
      </w:pPr>
      <w:proofErr w:type="spellStart"/>
      <w:r w:rsidRPr="00AF7EBF">
        <w:rPr>
          <w:rFonts w:ascii="Courier New" w:eastAsia="Times New Roman" w:hAnsi="Courier New" w:cs="Courier New"/>
          <w:color w:val="4D4D4C"/>
          <w:sz w:val="21"/>
          <w:szCs w:val="21"/>
        </w:rPr>
        <w:t>nmap</w:t>
      </w:r>
      <w:proofErr w:type="spellEnd"/>
      <w:r w:rsidRPr="00AF7EBF">
        <w:rPr>
          <w:rFonts w:ascii="Courier New" w:eastAsia="Times New Roman" w:hAnsi="Courier New" w:cs="Courier New"/>
          <w:color w:val="4D4D4C"/>
          <w:sz w:val="21"/>
          <w:szCs w:val="21"/>
        </w:rPr>
        <w:t xml:space="preserve"> -</w:t>
      </w:r>
      <w:proofErr w:type="spellStart"/>
      <w:r w:rsidRPr="00AF7EBF">
        <w:rPr>
          <w:rFonts w:ascii="Courier New" w:eastAsia="Times New Roman" w:hAnsi="Courier New" w:cs="Courier New"/>
          <w:color w:val="4D4D4C"/>
          <w:sz w:val="21"/>
          <w:szCs w:val="21"/>
        </w:rPr>
        <w:t>sV</w:t>
      </w:r>
      <w:proofErr w:type="spellEnd"/>
      <w:r w:rsidRPr="00AF7EBF">
        <w:rPr>
          <w:rFonts w:ascii="Courier New" w:eastAsia="Times New Roman" w:hAnsi="Courier New" w:cs="Courier New"/>
          <w:color w:val="4D4D4C"/>
          <w:sz w:val="21"/>
          <w:szCs w:val="21"/>
        </w:rPr>
        <w:t xml:space="preserve"> -p 22,53,88,135,139,389,445,3389 192.168.20.101</w:t>
      </w:r>
    </w:p>
    <w:p w:rsidR="00AF7EBF" w:rsidRPr="00AF7EBF" w:rsidRDefault="00AF7EBF" w:rsidP="00AF7EBF">
      <w:pPr>
        <w:pBdr>
          <w:top w:val="single" w:sz="2" w:space="0" w:color="0D0D0D"/>
          <w:left w:val="single" w:sz="2" w:space="0" w:color="0D0D0D"/>
          <w:bottom w:val="single" w:sz="2" w:space="0" w:color="0D0D0D"/>
          <w:right w:val="single" w:sz="2" w:space="0" w:color="0D0D0D"/>
        </w:pBdr>
        <w:shd w:val="clear" w:color="auto" w:fill="F8F8F8"/>
        <w:suppressAutoHyphens w:val="0"/>
        <w:spacing w:after="0" w:line="240" w:lineRule="auto"/>
        <w:rPr>
          <w:rFonts w:ascii="Segoe UI" w:eastAsia="Times New Roman" w:hAnsi="Segoe UI" w:cs="Segoe UI"/>
          <w:color w:val="0D0D0D"/>
          <w:sz w:val="24"/>
          <w:szCs w:val="24"/>
        </w:rPr>
      </w:pPr>
      <w:r w:rsidRPr="00AF7EBF">
        <w:rPr>
          <w:rFonts w:ascii="Segoe UI" w:eastAsia="Times New Roman" w:hAnsi="Segoe UI" w:cs="Segoe UI"/>
          <w:i/>
          <w:iCs/>
          <w:color w:val="0D0D0D"/>
          <w:sz w:val="24"/>
          <w:szCs w:val="24"/>
          <w:bdr w:val="single" w:sz="2" w:space="0" w:color="0D0D0D" w:frame="1"/>
        </w:rPr>
        <w:t>(</w:t>
      </w:r>
      <w:r w:rsidRPr="00AF7EBF">
        <w:rPr>
          <w:rFonts w:ascii="Segoe UI" w:eastAsia="Times New Roman" w:hAnsi="Segoe UI" w:cs="Segoe UI"/>
          <w:i/>
          <w:iCs/>
          <w:color w:val="0D0D0D"/>
          <w:sz w:val="24"/>
          <w:szCs w:val="24"/>
          <w:bdr w:val="single" w:sz="2" w:space="0" w:color="0D0D0D" w:frame="1"/>
          <w:rtl/>
        </w:rPr>
        <w:t>هذا الأمر سيتصل بالسيرفر ويفحص المنافذ الأساسية لخدمات الدليل النشط ومشاركة الملفات وسطح المكتب البعيد ليخبرك بالخدمات العاملة</w:t>
      </w:r>
      <w:r w:rsidRPr="00AF7EBF">
        <w:rPr>
          <w:rFonts w:ascii="Segoe UI" w:eastAsia="Times New Roman" w:hAnsi="Segoe UI" w:cs="Segoe UI"/>
          <w:i/>
          <w:iCs/>
          <w:color w:val="0D0D0D"/>
          <w:sz w:val="24"/>
          <w:szCs w:val="24"/>
          <w:bdr w:val="single" w:sz="2" w:space="0" w:color="0D0D0D" w:frame="1"/>
        </w:rPr>
        <w:t>).</w:t>
      </w:r>
    </w:p>
    <w:p w:rsidR="00AF7EBF" w:rsidRDefault="00AF7EBF" w:rsidP="00AF7EBF">
      <w:pPr>
        <w:tabs>
          <w:tab w:val="left" w:pos="7020"/>
        </w:tabs>
        <w:rPr>
          <w:rtl/>
        </w:rPr>
      </w:pPr>
    </w:p>
    <w:p w:rsidR="00AF7EBF" w:rsidRDefault="009D1B9C" w:rsidP="00AF7EBF">
      <w:pPr>
        <w:pBdr>
          <w:bottom w:val="single" w:sz="6" w:space="1" w:color="auto"/>
        </w:pBdr>
        <w:tabs>
          <w:tab w:val="left" w:pos="7020"/>
        </w:tabs>
        <w:rPr>
          <w:rtl/>
        </w:rPr>
      </w:pPr>
      <w:r>
        <w:rPr>
          <w:noProof/>
          <w:rtl/>
          <w:lang w:val="ar-SA"/>
        </w:rPr>
        <w:drawing>
          <wp:inline distT="0" distB="0" distL="0" distR="0">
            <wp:extent cx="4102311" cy="201940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الاجهز المتصلة.png"/>
                    <pic:cNvPicPr/>
                  </pic:nvPicPr>
                  <pic:blipFill>
                    <a:blip r:embed="rId34">
                      <a:extLst>
                        <a:ext uri="{28A0092B-C50C-407E-A947-70E740481C1C}">
                          <a14:useLocalDpi xmlns:a14="http://schemas.microsoft.com/office/drawing/2010/main" val="0"/>
                        </a:ext>
                      </a:extLst>
                    </a:blip>
                    <a:stretch>
                      <a:fillRect/>
                    </a:stretch>
                  </pic:blipFill>
                  <pic:spPr>
                    <a:xfrm>
                      <a:off x="0" y="0"/>
                      <a:ext cx="4102311" cy="2019404"/>
                    </a:xfrm>
                    <a:prstGeom prst="rect">
                      <a:avLst/>
                    </a:prstGeom>
                  </pic:spPr>
                </pic:pic>
              </a:graphicData>
            </a:graphic>
          </wp:inline>
        </w:drawing>
      </w: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AF7EBF">
      <w:pPr>
        <w:tabs>
          <w:tab w:val="left" w:pos="7020"/>
        </w:tabs>
        <w:rPr>
          <w:rtl/>
        </w:rPr>
      </w:pPr>
    </w:p>
    <w:p w:rsidR="0072288C" w:rsidRDefault="0072288C" w:rsidP="0072288C">
      <w:pPr>
        <w:tabs>
          <w:tab w:val="left" w:pos="7020"/>
        </w:tabs>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(19): </w:t>
      </w:r>
      <w:r>
        <w:rPr>
          <w:rFonts w:cs="Times New Roman" w:hint="cs"/>
          <w:rtl/>
        </w:rPr>
        <w:t>فحص</w:t>
      </w:r>
      <w:r>
        <w:rPr>
          <w:rFonts w:cs="Times New Roman"/>
          <w:rtl/>
        </w:rPr>
        <w:t xml:space="preserve"> </w:t>
      </w:r>
      <w:r>
        <w:rPr>
          <w:rFonts w:cs="Times New Roman" w:hint="cs"/>
          <w:rtl/>
        </w:rPr>
        <w:t>المنافذ</w:t>
      </w:r>
      <w:r>
        <w:rPr>
          <w:rFonts w:cs="Times New Roman"/>
          <w:rtl/>
        </w:rPr>
        <w:t xml:space="preserve"> </w:t>
      </w:r>
      <w:r>
        <w:rPr>
          <w:rFonts w:cs="Times New Roman" w:hint="cs"/>
          <w:rtl/>
        </w:rPr>
        <w:t>المفتوحة</w:t>
      </w:r>
      <w:r>
        <w:rPr>
          <w:rFonts w:cs="Times New Roman"/>
          <w:rtl/>
        </w:rPr>
        <w:t xml:space="preserve"> </w:t>
      </w:r>
      <w:r>
        <w:rPr>
          <w:rFonts w:cs="Times New Roman" w:hint="cs"/>
          <w:rtl/>
        </w:rPr>
        <w:t>على</w:t>
      </w:r>
      <w:r>
        <w:rPr>
          <w:rFonts w:cs="Times New Roman"/>
          <w:rtl/>
        </w:rPr>
        <w:t xml:space="preserve"> </w:t>
      </w:r>
      <w:r>
        <w:rPr>
          <w:rFonts w:cs="Times New Roman" w:hint="cs"/>
          <w:rtl/>
        </w:rPr>
        <w:t>خادم</w:t>
      </w:r>
      <w:r>
        <w:t xml:space="preserve"> Windows Server (Target Port Scanning)</w:t>
      </w:r>
    </w:p>
    <w:p w:rsidR="0072288C" w:rsidRDefault="0072288C" w:rsidP="0072288C">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فحص</w:t>
      </w:r>
      <w:r>
        <w:rPr>
          <w:rFonts w:cs="Times New Roman"/>
          <w:rtl/>
        </w:rPr>
        <w:t xml:space="preserve"> </w:t>
      </w:r>
      <w:r>
        <w:rPr>
          <w:rFonts w:cs="Times New Roman" w:hint="cs"/>
          <w:rtl/>
        </w:rPr>
        <w:t>المنافذ</w:t>
      </w:r>
      <w:r>
        <w:t xml:space="preserve"> (Port Scan) </w:t>
      </w:r>
      <w:r>
        <w:rPr>
          <w:rFonts w:cs="Times New Roman" w:hint="cs"/>
          <w:rtl/>
        </w:rPr>
        <w:t>الموجه</w:t>
      </w:r>
      <w:r>
        <w:rPr>
          <w:rFonts w:cs="Times New Roman"/>
          <w:rtl/>
        </w:rPr>
        <w:t xml:space="preserve"> </w:t>
      </w:r>
      <w:r>
        <w:rPr>
          <w:rFonts w:cs="Times New Roman" w:hint="cs"/>
          <w:rtl/>
        </w:rPr>
        <w:t>نحو</w:t>
      </w:r>
      <w:r>
        <w:rPr>
          <w:rFonts w:cs="Times New Roman"/>
          <w:rtl/>
        </w:rPr>
        <w:t xml:space="preserve"> </w:t>
      </w:r>
      <w:r>
        <w:rPr>
          <w:rFonts w:cs="Times New Roman" w:hint="cs"/>
          <w:rtl/>
        </w:rPr>
        <w:t>خادم</w:t>
      </w:r>
      <w:r>
        <w:t xml:space="preserve"> Windows Server 2022 </w:t>
      </w:r>
      <w:r>
        <w:rPr>
          <w:rFonts w:cs="Times New Roman" w:hint="cs"/>
          <w:rtl/>
        </w:rPr>
        <w:t>باستخدام</w:t>
      </w:r>
      <w:r>
        <w:t xml:space="preserve"> Nmap. </w:t>
      </w:r>
      <w:r>
        <w:rPr>
          <w:rFonts w:cs="Times New Roman" w:hint="cs"/>
          <w:rtl/>
        </w:rPr>
        <w:t>أظهرت</w:t>
      </w:r>
      <w:r>
        <w:rPr>
          <w:rFonts w:cs="Times New Roman"/>
          <w:rtl/>
        </w:rPr>
        <w:t xml:space="preserve"> </w:t>
      </w:r>
      <w:r>
        <w:rPr>
          <w:rFonts w:cs="Times New Roman" w:hint="cs"/>
          <w:rtl/>
        </w:rPr>
        <w:t>النتائج</w:t>
      </w:r>
      <w:r>
        <w:rPr>
          <w:rFonts w:cs="Times New Roman"/>
          <w:rtl/>
        </w:rPr>
        <w:t xml:space="preserve"> </w:t>
      </w:r>
      <w:r>
        <w:rPr>
          <w:rFonts w:cs="Times New Roman" w:hint="cs"/>
          <w:rtl/>
        </w:rPr>
        <w:t>مجموعة</w:t>
      </w:r>
      <w:r>
        <w:rPr>
          <w:rFonts w:cs="Times New Roman"/>
          <w:rtl/>
        </w:rPr>
        <w:t xml:space="preserve"> </w:t>
      </w:r>
      <w:r>
        <w:rPr>
          <w:rFonts w:cs="Times New Roman" w:hint="cs"/>
          <w:rtl/>
        </w:rPr>
        <w:t>من</w:t>
      </w:r>
      <w:r>
        <w:rPr>
          <w:rFonts w:cs="Times New Roman"/>
          <w:rtl/>
        </w:rPr>
        <w:t xml:space="preserve"> </w:t>
      </w:r>
      <w:r>
        <w:rPr>
          <w:rFonts w:cs="Times New Roman" w:hint="cs"/>
          <w:rtl/>
        </w:rPr>
        <w:t>المنافذ</w:t>
      </w:r>
      <w:r>
        <w:rPr>
          <w:rFonts w:cs="Times New Roman"/>
          <w:rtl/>
        </w:rPr>
        <w:t xml:space="preserve"> </w:t>
      </w:r>
      <w:r>
        <w:rPr>
          <w:rFonts w:cs="Times New Roman" w:hint="cs"/>
          <w:rtl/>
        </w:rPr>
        <w:t>المفتوحة</w:t>
      </w:r>
      <w:r>
        <w:rPr>
          <w:rFonts w:cs="Times New Roman"/>
          <w:rtl/>
        </w:rPr>
        <w:t xml:space="preserve"> </w:t>
      </w:r>
      <w:r>
        <w:rPr>
          <w:rFonts w:cs="Times New Roman" w:hint="cs"/>
          <w:rtl/>
        </w:rPr>
        <w:t>التي</w:t>
      </w:r>
      <w:r>
        <w:rPr>
          <w:rFonts w:cs="Times New Roman"/>
          <w:rtl/>
        </w:rPr>
        <w:t xml:space="preserve"> </w:t>
      </w:r>
      <w:r>
        <w:rPr>
          <w:rFonts w:cs="Times New Roman" w:hint="cs"/>
          <w:rtl/>
        </w:rPr>
        <w:t>تكشف</w:t>
      </w:r>
      <w:r>
        <w:rPr>
          <w:rFonts w:cs="Times New Roman"/>
          <w:rtl/>
        </w:rPr>
        <w:t xml:space="preserve"> </w:t>
      </w:r>
      <w:r>
        <w:rPr>
          <w:rFonts w:cs="Times New Roman" w:hint="cs"/>
          <w:rtl/>
        </w:rPr>
        <w:t>عن</w:t>
      </w:r>
      <w:r>
        <w:rPr>
          <w:rFonts w:cs="Times New Roman"/>
          <w:rtl/>
        </w:rPr>
        <w:t xml:space="preserve"> </w:t>
      </w:r>
      <w:r>
        <w:rPr>
          <w:rFonts w:cs="Times New Roman" w:hint="cs"/>
          <w:rtl/>
        </w:rPr>
        <w:t>الخدمات</w:t>
      </w:r>
      <w:r>
        <w:rPr>
          <w:rFonts w:cs="Times New Roman"/>
          <w:rtl/>
        </w:rPr>
        <w:t xml:space="preserve"> </w:t>
      </w:r>
      <w:r>
        <w:rPr>
          <w:rFonts w:cs="Times New Roman" w:hint="cs"/>
          <w:rtl/>
        </w:rPr>
        <w:t>الحرجة</w:t>
      </w:r>
      <w:r>
        <w:rPr>
          <w:rFonts w:cs="Times New Roman"/>
          <w:rtl/>
        </w:rPr>
        <w:t xml:space="preserve"> </w:t>
      </w:r>
      <w:r>
        <w:rPr>
          <w:rFonts w:cs="Times New Roman" w:hint="cs"/>
          <w:rtl/>
        </w:rPr>
        <w:t>العاملة</w:t>
      </w:r>
      <w:r>
        <w:rPr>
          <w:rFonts w:cs="Times New Roman"/>
          <w:rtl/>
        </w:rPr>
        <w:t xml:space="preserve"> </w:t>
      </w:r>
      <w:r>
        <w:rPr>
          <w:rFonts w:cs="Times New Roman" w:hint="cs"/>
          <w:rtl/>
        </w:rPr>
        <w:t>على</w:t>
      </w:r>
      <w:r>
        <w:rPr>
          <w:rFonts w:cs="Times New Roman"/>
          <w:rtl/>
        </w:rPr>
        <w:t xml:space="preserve"> </w:t>
      </w:r>
      <w:r>
        <w:rPr>
          <w:rFonts w:cs="Times New Roman" w:hint="cs"/>
          <w:rtl/>
        </w:rPr>
        <w:t>السيرفر</w:t>
      </w:r>
      <w:r>
        <w:rPr>
          <w:rFonts w:cs="Times New Roman"/>
          <w:rtl/>
        </w:rPr>
        <w:t xml:space="preserve">، </w:t>
      </w:r>
      <w:r>
        <w:rPr>
          <w:rFonts w:cs="Times New Roman" w:hint="cs"/>
          <w:rtl/>
        </w:rPr>
        <w:t>تحديداً</w:t>
      </w:r>
      <w:r>
        <w:rPr>
          <w:rFonts w:cs="Times New Roman"/>
          <w:rtl/>
        </w:rPr>
        <w:t xml:space="preserve"> </w:t>
      </w:r>
      <w:r>
        <w:rPr>
          <w:rFonts w:cs="Times New Roman" w:hint="cs"/>
          <w:rtl/>
        </w:rPr>
        <w:t>منفذ</w:t>
      </w:r>
      <w:r>
        <w:rPr>
          <w:rFonts w:cs="Times New Roman"/>
          <w:rtl/>
        </w:rPr>
        <w:t xml:space="preserve"> 53</w:t>
      </w:r>
      <w:r>
        <w:t xml:space="preserve"> (DNS)</w:t>
      </w:r>
      <w:r>
        <w:rPr>
          <w:rFonts w:cs="Times New Roman"/>
          <w:rtl/>
        </w:rPr>
        <w:t xml:space="preserve">، </w:t>
      </w:r>
      <w:r>
        <w:rPr>
          <w:rFonts w:cs="Times New Roman" w:hint="cs"/>
          <w:rtl/>
        </w:rPr>
        <w:t>ومنفذ</w:t>
      </w:r>
      <w:r>
        <w:rPr>
          <w:rFonts w:cs="Times New Roman"/>
          <w:rtl/>
        </w:rPr>
        <w:t xml:space="preserve"> 88</w:t>
      </w:r>
      <w:r>
        <w:t xml:space="preserve"> (Kerberos)</w:t>
      </w:r>
      <w:r>
        <w:rPr>
          <w:rFonts w:cs="Times New Roman"/>
          <w:rtl/>
        </w:rPr>
        <w:t xml:space="preserve">، </w:t>
      </w:r>
      <w:r>
        <w:rPr>
          <w:rFonts w:cs="Times New Roman" w:hint="cs"/>
          <w:rtl/>
        </w:rPr>
        <w:t>ومنفذ</w:t>
      </w:r>
      <w:r>
        <w:rPr>
          <w:rFonts w:cs="Times New Roman"/>
          <w:rtl/>
        </w:rPr>
        <w:t xml:space="preserve"> 389</w:t>
      </w:r>
      <w:r>
        <w:t xml:space="preserve"> (LDAP) </w:t>
      </w:r>
      <w:r>
        <w:rPr>
          <w:rFonts w:cs="Times New Roman" w:hint="cs"/>
          <w:rtl/>
        </w:rPr>
        <w:t>مما</w:t>
      </w:r>
      <w:r>
        <w:rPr>
          <w:rFonts w:cs="Times New Roman"/>
          <w:rtl/>
        </w:rPr>
        <w:t xml:space="preserve"> </w:t>
      </w:r>
      <w:r>
        <w:rPr>
          <w:rFonts w:cs="Times New Roman" w:hint="cs"/>
          <w:rtl/>
        </w:rPr>
        <w:t>يؤكد</w:t>
      </w:r>
      <w:r>
        <w:rPr>
          <w:rFonts w:cs="Times New Roman"/>
          <w:rtl/>
        </w:rPr>
        <w:t xml:space="preserve"> </w:t>
      </w:r>
      <w:r>
        <w:rPr>
          <w:rFonts w:cs="Times New Roman" w:hint="cs"/>
          <w:rtl/>
        </w:rPr>
        <w:t>تشغيل</w:t>
      </w:r>
      <w:r>
        <w:rPr>
          <w:rFonts w:cs="Times New Roman"/>
          <w:rtl/>
        </w:rPr>
        <w:t xml:space="preserve"> </w:t>
      </w:r>
      <w:r>
        <w:rPr>
          <w:rFonts w:cs="Times New Roman" w:hint="cs"/>
          <w:rtl/>
        </w:rPr>
        <w:t>خدمات</w:t>
      </w:r>
      <w:r>
        <w:rPr>
          <w:rFonts w:cs="Times New Roman"/>
          <w:rtl/>
        </w:rPr>
        <w:t xml:space="preserve"> </w:t>
      </w:r>
      <w:r>
        <w:rPr>
          <w:rFonts w:cs="Times New Roman" w:hint="cs"/>
          <w:rtl/>
        </w:rPr>
        <w:t>الدليل</w:t>
      </w:r>
      <w:r>
        <w:rPr>
          <w:rFonts w:cs="Times New Roman"/>
          <w:rtl/>
        </w:rPr>
        <w:t xml:space="preserve"> </w:t>
      </w:r>
      <w:r>
        <w:rPr>
          <w:rFonts w:cs="Times New Roman" w:hint="cs"/>
          <w:rtl/>
        </w:rPr>
        <w:t>النشط</w:t>
      </w:r>
      <w:r>
        <w:t xml:space="preserve"> (Active Directory). </w:t>
      </w:r>
      <w:r>
        <w:rPr>
          <w:rFonts w:cs="Times New Roman" w:hint="cs"/>
          <w:rtl/>
        </w:rPr>
        <w:t>كما</w:t>
      </w:r>
      <w:r>
        <w:rPr>
          <w:rFonts w:cs="Times New Roman"/>
          <w:rtl/>
        </w:rPr>
        <w:t xml:space="preserve"> </w:t>
      </w:r>
      <w:r>
        <w:rPr>
          <w:rFonts w:cs="Times New Roman" w:hint="cs"/>
          <w:rtl/>
        </w:rPr>
        <w:t>ظهر</w:t>
      </w:r>
      <w:r>
        <w:rPr>
          <w:rFonts w:cs="Times New Roman"/>
          <w:rtl/>
        </w:rPr>
        <w:t xml:space="preserve"> </w:t>
      </w:r>
      <w:r>
        <w:rPr>
          <w:rFonts w:cs="Times New Roman" w:hint="cs"/>
          <w:rtl/>
        </w:rPr>
        <w:t>منفذ</w:t>
      </w:r>
      <w:r>
        <w:rPr>
          <w:rFonts w:cs="Times New Roman"/>
          <w:rtl/>
        </w:rPr>
        <w:t xml:space="preserve"> 445</w:t>
      </w:r>
      <w:r>
        <w:t xml:space="preserve"> (SMB) </w:t>
      </w:r>
      <w:r>
        <w:rPr>
          <w:rFonts w:cs="Times New Roman" w:hint="cs"/>
          <w:rtl/>
        </w:rPr>
        <w:t>الخاص</w:t>
      </w:r>
      <w:r>
        <w:rPr>
          <w:rFonts w:cs="Times New Roman"/>
          <w:rtl/>
        </w:rPr>
        <w:t xml:space="preserve"> </w:t>
      </w:r>
      <w:r>
        <w:rPr>
          <w:rFonts w:cs="Times New Roman" w:hint="cs"/>
          <w:rtl/>
        </w:rPr>
        <w:t>بمشاركة</w:t>
      </w:r>
      <w:r>
        <w:rPr>
          <w:rFonts w:cs="Times New Roman"/>
          <w:rtl/>
        </w:rPr>
        <w:t xml:space="preserve"> </w:t>
      </w:r>
      <w:r>
        <w:rPr>
          <w:rFonts w:cs="Times New Roman" w:hint="cs"/>
          <w:rtl/>
        </w:rPr>
        <w:t>الملفات</w:t>
      </w:r>
      <w:r>
        <w:rPr>
          <w:rFonts w:cs="Times New Roman"/>
          <w:rtl/>
        </w:rPr>
        <w:t xml:space="preserve"> </w:t>
      </w:r>
      <w:r>
        <w:rPr>
          <w:rFonts w:cs="Times New Roman" w:hint="cs"/>
          <w:rtl/>
        </w:rPr>
        <w:t>مفتوحاً</w:t>
      </w:r>
      <w:r>
        <w:rPr>
          <w:rFonts w:cs="Times New Roman"/>
          <w:rtl/>
        </w:rPr>
        <w:t xml:space="preserve">، </w:t>
      </w:r>
      <w:r>
        <w:rPr>
          <w:rFonts w:cs="Times New Roman" w:hint="cs"/>
          <w:rtl/>
        </w:rPr>
        <w:t>وهو</w:t>
      </w:r>
      <w:r>
        <w:rPr>
          <w:rFonts w:cs="Times New Roman"/>
          <w:rtl/>
        </w:rPr>
        <w:t xml:space="preserve"> </w:t>
      </w:r>
      <w:r>
        <w:rPr>
          <w:rFonts w:cs="Times New Roman" w:hint="cs"/>
          <w:rtl/>
        </w:rPr>
        <w:t>ما</w:t>
      </w:r>
      <w:r>
        <w:rPr>
          <w:rFonts w:cs="Times New Roman"/>
          <w:rtl/>
        </w:rPr>
        <w:t xml:space="preserve"> </w:t>
      </w:r>
      <w:r>
        <w:rPr>
          <w:rFonts w:cs="Times New Roman" w:hint="cs"/>
          <w:rtl/>
        </w:rPr>
        <w:t>يمثل</w:t>
      </w:r>
      <w:r>
        <w:rPr>
          <w:rFonts w:cs="Times New Roman"/>
          <w:rtl/>
        </w:rPr>
        <w:t xml:space="preserve"> </w:t>
      </w:r>
      <w:r>
        <w:rPr>
          <w:rFonts w:cs="Times New Roman" w:hint="cs"/>
          <w:rtl/>
        </w:rPr>
        <w:t>نقطة</w:t>
      </w:r>
      <w:r>
        <w:rPr>
          <w:rFonts w:cs="Times New Roman"/>
          <w:rtl/>
        </w:rPr>
        <w:t xml:space="preserve"> </w:t>
      </w:r>
      <w:r>
        <w:rPr>
          <w:rFonts w:cs="Times New Roman" w:hint="cs"/>
          <w:rtl/>
        </w:rPr>
        <w:t>تركيز</w:t>
      </w:r>
      <w:r>
        <w:rPr>
          <w:rFonts w:cs="Times New Roman"/>
          <w:rtl/>
        </w:rPr>
        <w:t xml:space="preserve"> </w:t>
      </w:r>
      <w:r>
        <w:rPr>
          <w:rFonts w:cs="Times New Roman" w:hint="cs"/>
          <w:rtl/>
        </w:rPr>
        <w:t>أساسية</w:t>
      </w:r>
      <w:r>
        <w:rPr>
          <w:rFonts w:cs="Times New Roman"/>
          <w:rtl/>
        </w:rPr>
        <w:t xml:space="preserve"> </w:t>
      </w:r>
      <w:r>
        <w:rPr>
          <w:rFonts w:cs="Times New Roman" w:hint="cs"/>
          <w:rtl/>
        </w:rPr>
        <w:t>في</w:t>
      </w:r>
      <w:r>
        <w:rPr>
          <w:rFonts w:cs="Times New Roman"/>
          <w:rtl/>
        </w:rPr>
        <w:t xml:space="preserve"> </w:t>
      </w:r>
      <w:r>
        <w:rPr>
          <w:rFonts w:cs="Times New Roman" w:hint="cs"/>
          <w:rtl/>
        </w:rPr>
        <w:t>تقييم</w:t>
      </w:r>
      <w:r>
        <w:rPr>
          <w:rFonts w:cs="Times New Roman"/>
          <w:rtl/>
        </w:rPr>
        <w:t xml:space="preserve"> </w:t>
      </w:r>
      <w:r>
        <w:rPr>
          <w:rFonts w:cs="Times New Roman" w:hint="cs"/>
          <w:rtl/>
        </w:rPr>
        <w:t>نقاط</w:t>
      </w:r>
      <w:r>
        <w:rPr>
          <w:rFonts w:cs="Times New Roman"/>
          <w:rtl/>
        </w:rPr>
        <w:t xml:space="preserve"> </w:t>
      </w:r>
      <w:r>
        <w:rPr>
          <w:rFonts w:cs="Times New Roman" w:hint="cs"/>
          <w:rtl/>
        </w:rPr>
        <w:t>الضعف</w:t>
      </w:r>
      <w:r>
        <w:rPr>
          <w:rFonts w:cs="Times New Roman"/>
          <w:rtl/>
        </w:rPr>
        <w:t xml:space="preserve">. </w:t>
      </w:r>
      <w:r>
        <w:rPr>
          <w:rFonts w:cs="Times New Roman" w:hint="cs"/>
          <w:rtl/>
        </w:rPr>
        <w:t>في</w:t>
      </w:r>
      <w:r>
        <w:rPr>
          <w:rFonts w:cs="Times New Roman"/>
          <w:rtl/>
        </w:rPr>
        <w:t xml:space="preserve"> </w:t>
      </w:r>
      <w:r>
        <w:rPr>
          <w:rFonts w:cs="Times New Roman" w:hint="cs"/>
          <w:rtl/>
        </w:rPr>
        <w:t>المقابل</w:t>
      </w:r>
      <w:r>
        <w:rPr>
          <w:rFonts w:cs="Times New Roman"/>
          <w:rtl/>
        </w:rPr>
        <w:t xml:space="preserve">، </w:t>
      </w:r>
      <w:r>
        <w:rPr>
          <w:rFonts w:cs="Times New Roman" w:hint="cs"/>
          <w:rtl/>
        </w:rPr>
        <w:t>ظهر</w:t>
      </w:r>
      <w:r>
        <w:rPr>
          <w:rFonts w:cs="Times New Roman"/>
          <w:rtl/>
        </w:rPr>
        <w:t xml:space="preserve"> </w:t>
      </w:r>
      <w:r>
        <w:rPr>
          <w:rFonts w:cs="Times New Roman" w:hint="cs"/>
          <w:rtl/>
        </w:rPr>
        <w:t>منفذ</w:t>
      </w:r>
      <w:r>
        <w:rPr>
          <w:rFonts w:cs="Times New Roman"/>
          <w:rtl/>
        </w:rPr>
        <w:t xml:space="preserve"> </w:t>
      </w:r>
      <w:r>
        <w:rPr>
          <w:rFonts w:cs="Times New Roman" w:hint="cs"/>
          <w:rtl/>
        </w:rPr>
        <w:t>سطح</w:t>
      </w:r>
      <w:r>
        <w:rPr>
          <w:rFonts w:cs="Times New Roman"/>
          <w:rtl/>
        </w:rPr>
        <w:t xml:space="preserve"> </w:t>
      </w:r>
      <w:r>
        <w:rPr>
          <w:rFonts w:cs="Times New Roman" w:hint="cs"/>
          <w:rtl/>
        </w:rPr>
        <w:t>المكتب</w:t>
      </w:r>
      <w:r>
        <w:rPr>
          <w:rFonts w:cs="Times New Roman"/>
          <w:rtl/>
        </w:rPr>
        <w:t xml:space="preserve"> </w:t>
      </w:r>
      <w:r>
        <w:rPr>
          <w:rFonts w:cs="Times New Roman" w:hint="cs"/>
          <w:rtl/>
        </w:rPr>
        <w:t>البعيد</w:t>
      </w:r>
      <w:r>
        <w:t xml:space="preserve"> RDP (3389) </w:t>
      </w:r>
      <w:r>
        <w:rPr>
          <w:rFonts w:cs="Times New Roman" w:hint="cs"/>
          <w:rtl/>
        </w:rPr>
        <w:t>في</w:t>
      </w:r>
      <w:r>
        <w:rPr>
          <w:rFonts w:cs="Times New Roman"/>
          <w:rtl/>
        </w:rPr>
        <w:t xml:space="preserve"> </w:t>
      </w:r>
      <w:r>
        <w:rPr>
          <w:rFonts w:cs="Times New Roman" w:hint="cs"/>
          <w:rtl/>
        </w:rPr>
        <w:t>حالة</w:t>
      </w:r>
      <w:r>
        <w:rPr>
          <w:rFonts w:cs="Times New Roman"/>
          <w:rtl/>
        </w:rPr>
        <w:t xml:space="preserve"> </w:t>
      </w:r>
      <w:r>
        <w:rPr>
          <w:rFonts w:cs="Times New Roman" w:hint="cs"/>
          <w:rtl/>
        </w:rPr>
        <w:t>مغلقة</w:t>
      </w:r>
      <w:r>
        <w:t xml:space="preserve"> (Closed) </w:t>
      </w:r>
      <w:r>
        <w:rPr>
          <w:rFonts w:cs="Times New Roman" w:hint="cs"/>
          <w:rtl/>
        </w:rPr>
        <w:t>مما</w:t>
      </w:r>
      <w:r>
        <w:rPr>
          <w:rFonts w:cs="Times New Roman"/>
          <w:rtl/>
        </w:rPr>
        <w:t xml:space="preserve"> </w:t>
      </w:r>
      <w:r>
        <w:rPr>
          <w:rFonts w:cs="Times New Roman" w:hint="cs"/>
          <w:rtl/>
        </w:rPr>
        <w:t>يدل</w:t>
      </w:r>
      <w:r>
        <w:rPr>
          <w:rFonts w:cs="Times New Roman"/>
          <w:rtl/>
        </w:rPr>
        <w:t xml:space="preserve"> </w:t>
      </w:r>
      <w:r>
        <w:rPr>
          <w:rFonts w:cs="Times New Roman" w:hint="cs"/>
          <w:rtl/>
        </w:rPr>
        <w:t>على</w:t>
      </w:r>
      <w:r>
        <w:rPr>
          <w:rFonts w:cs="Times New Roman"/>
          <w:rtl/>
        </w:rPr>
        <w:t xml:space="preserve"> </w:t>
      </w:r>
      <w:r>
        <w:rPr>
          <w:rFonts w:cs="Times New Roman" w:hint="cs"/>
          <w:rtl/>
        </w:rPr>
        <w:t>اتباع</w:t>
      </w:r>
      <w:r>
        <w:rPr>
          <w:rFonts w:cs="Times New Roman"/>
          <w:rtl/>
        </w:rPr>
        <w:t xml:space="preserve"> </w:t>
      </w:r>
      <w:r>
        <w:rPr>
          <w:rFonts w:cs="Times New Roman" w:hint="cs"/>
          <w:rtl/>
        </w:rPr>
        <w:t>ممارسات</w:t>
      </w:r>
      <w:r>
        <w:rPr>
          <w:rFonts w:cs="Times New Roman"/>
          <w:rtl/>
        </w:rPr>
        <w:t xml:space="preserve"> </w:t>
      </w:r>
      <w:r>
        <w:rPr>
          <w:rFonts w:cs="Times New Roman" w:hint="cs"/>
          <w:rtl/>
        </w:rPr>
        <w:t>أمنية</w:t>
      </w:r>
      <w:r>
        <w:rPr>
          <w:rFonts w:cs="Times New Roman"/>
          <w:rtl/>
        </w:rPr>
        <w:t xml:space="preserve"> </w:t>
      </w:r>
      <w:r>
        <w:rPr>
          <w:rFonts w:cs="Times New Roman" w:hint="cs"/>
          <w:rtl/>
        </w:rPr>
        <w:t>جيدة</w:t>
      </w:r>
      <w:r>
        <w:rPr>
          <w:rFonts w:cs="Times New Roman"/>
          <w:rtl/>
        </w:rPr>
        <w:t xml:space="preserve"> </w:t>
      </w:r>
      <w:r>
        <w:rPr>
          <w:rFonts w:cs="Times New Roman" w:hint="cs"/>
          <w:rtl/>
        </w:rPr>
        <w:t>في</w:t>
      </w:r>
      <w:r>
        <w:rPr>
          <w:rFonts w:cs="Times New Roman"/>
          <w:rtl/>
        </w:rPr>
        <w:t xml:space="preserve"> </w:t>
      </w:r>
      <w:r>
        <w:rPr>
          <w:rFonts w:cs="Times New Roman" w:hint="cs"/>
          <w:rtl/>
        </w:rPr>
        <w:t>تقييد</w:t>
      </w:r>
      <w:r>
        <w:rPr>
          <w:rFonts w:cs="Times New Roman"/>
          <w:rtl/>
        </w:rPr>
        <w:t xml:space="preserve"> </w:t>
      </w:r>
      <w:r>
        <w:rPr>
          <w:rFonts w:cs="Times New Roman" w:hint="cs"/>
          <w:rtl/>
        </w:rPr>
        <w:t>الوصول</w:t>
      </w:r>
      <w:r>
        <w:rPr>
          <w:rFonts w:cs="Times New Roman"/>
          <w:rtl/>
        </w:rPr>
        <w:t xml:space="preserve"> </w:t>
      </w:r>
      <w:r>
        <w:rPr>
          <w:rFonts w:cs="Times New Roman" w:hint="cs"/>
          <w:rtl/>
        </w:rPr>
        <w:t>عن</w:t>
      </w:r>
      <w:r>
        <w:rPr>
          <w:rFonts w:cs="Times New Roman"/>
          <w:rtl/>
        </w:rPr>
        <w:t xml:space="preserve"> </w:t>
      </w:r>
      <w:r>
        <w:rPr>
          <w:rFonts w:cs="Times New Roman" w:hint="cs"/>
          <w:rtl/>
        </w:rPr>
        <w:t>بعد</w:t>
      </w:r>
      <w:r>
        <w:t>."</w:t>
      </w:r>
    </w:p>
    <w:p w:rsidR="0072288C" w:rsidRDefault="0072288C" w:rsidP="0072288C">
      <w:pPr>
        <w:tabs>
          <w:tab w:val="left" w:pos="7020"/>
        </w:tabs>
      </w:pPr>
      <w:r>
        <w:t>Technical Description (English): "Documenting a targeted port scan against the Windows Server 2022 instance using Nmap. The results revealed several critical open ports, notably port 53 (DNS), port 88 (Kerberos), and port 389 (LDAP), confirming the active operation of Active Directory Domain Services. Additionally, port 445 (SMB) was identified as open, marking a primary vector for vulnerability assessment. Conversely, the Remote Desktop Protocol port (3389) was found closed, indicating adherence to good security practices regarding remote access restrictions."</w:t>
      </w:r>
    </w:p>
    <w:p w:rsidR="009D1B9C" w:rsidRDefault="009D1B9C" w:rsidP="00AF7EBF">
      <w:pPr>
        <w:tabs>
          <w:tab w:val="left" w:pos="7020"/>
        </w:tabs>
        <w:rPr>
          <w:rtl/>
        </w:rPr>
      </w:pPr>
    </w:p>
    <w:p w:rsidR="009D1B9C" w:rsidRDefault="009D1B9C" w:rsidP="00AF7EBF">
      <w:pPr>
        <w:tabs>
          <w:tab w:val="left" w:pos="7020"/>
        </w:tabs>
        <w:rPr>
          <w:rtl/>
        </w:rPr>
      </w:pPr>
      <w:r>
        <w:rPr>
          <w:noProof/>
        </w:rPr>
        <w:drawing>
          <wp:inline distT="0" distB="0" distL="0" distR="0">
            <wp:extent cx="4115011" cy="294020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الثغرات المفتوحة على الاجهزة.png"/>
                    <pic:cNvPicPr/>
                  </pic:nvPicPr>
                  <pic:blipFill>
                    <a:blip r:embed="rId35">
                      <a:extLst>
                        <a:ext uri="{28A0092B-C50C-407E-A947-70E740481C1C}">
                          <a14:useLocalDpi xmlns:a14="http://schemas.microsoft.com/office/drawing/2010/main" val="0"/>
                        </a:ext>
                      </a:extLst>
                    </a:blip>
                    <a:stretch>
                      <a:fillRect/>
                    </a:stretch>
                  </pic:blipFill>
                  <pic:spPr>
                    <a:xfrm>
                      <a:off x="0" y="0"/>
                      <a:ext cx="4115011" cy="2940201"/>
                    </a:xfrm>
                    <a:prstGeom prst="rect">
                      <a:avLst/>
                    </a:prstGeom>
                  </pic:spPr>
                </pic:pic>
              </a:graphicData>
            </a:graphic>
          </wp:inline>
        </w:drawing>
      </w:r>
    </w:p>
    <w:p w:rsidR="0072288C" w:rsidRDefault="0072288C" w:rsidP="00AF7EBF">
      <w:pPr>
        <w:tabs>
          <w:tab w:val="left" w:pos="7020"/>
        </w:tabs>
        <w:rPr>
          <w:rtl/>
        </w:rPr>
      </w:pPr>
    </w:p>
    <w:p w:rsidR="0072288C" w:rsidRDefault="0072288C" w:rsidP="00AF7EBF">
      <w:pPr>
        <w:pBdr>
          <w:bottom w:val="single" w:sz="6" w:space="1" w:color="auto"/>
        </w:pBdr>
        <w:tabs>
          <w:tab w:val="left" w:pos="7020"/>
        </w:tabs>
        <w:rPr>
          <w:rtl/>
        </w:rPr>
      </w:pPr>
    </w:p>
    <w:p w:rsidR="005D4A4B" w:rsidRDefault="005D4A4B" w:rsidP="00AF7EBF">
      <w:pPr>
        <w:tabs>
          <w:tab w:val="left" w:pos="7020"/>
        </w:tabs>
        <w:rPr>
          <w:rtl/>
        </w:rPr>
      </w:pPr>
    </w:p>
    <w:p w:rsidR="005D4A4B" w:rsidRDefault="005D4A4B" w:rsidP="00AF7EBF">
      <w:pPr>
        <w:tabs>
          <w:tab w:val="left" w:pos="7020"/>
        </w:tabs>
        <w:rPr>
          <w:rtl/>
        </w:rPr>
      </w:pPr>
    </w:p>
    <w:p w:rsidR="005D4A4B" w:rsidRDefault="005D4A4B" w:rsidP="00AF7EBF">
      <w:pPr>
        <w:tabs>
          <w:tab w:val="left" w:pos="7020"/>
        </w:tabs>
        <w:rPr>
          <w:rtl/>
        </w:rPr>
      </w:pPr>
    </w:p>
    <w:p w:rsidR="005D4A4B" w:rsidRDefault="005D4A4B" w:rsidP="00AF7EBF">
      <w:pPr>
        <w:tabs>
          <w:tab w:val="left" w:pos="7020"/>
        </w:tabs>
        <w:rPr>
          <w:rtl/>
        </w:rPr>
      </w:pPr>
    </w:p>
    <w:p w:rsidR="0072288C" w:rsidRDefault="0072288C" w:rsidP="00AF7EBF">
      <w:pPr>
        <w:tabs>
          <w:tab w:val="left" w:pos="7020"/>
        </w:tabs>
        <w:rPr>
          <w:rtl/>
        </w:rPr>
      </w:pPr>
      <w:bookmarkStart w:id="0" w:name="_GoBack"/>
      <w:bookmarkEnd w:id="0"/>
    </w:p>
    <w:p w:rsidR="001C65DB" w:rsidRDefault="001C65DB" w:rsidP="00AF7EBF">
      <w:pPr>
        <w:tabs>
          <w:tab w:val="left" w:pos="7020"/>
        </w:tabs>
        <w:rPr>
          <w:rtl/>
        </w:rPr>
      </w:pPr>
    </w:p>
    <w:p w:rsidR="001C65DB" w:rsidRDefault="001C65DB" w:rsidP="001C65DB">
      <w:pPr>
        <w:tabs>
          <w:tab w:val="left" w:pos="7020"/>
        </w:tabs>
        <w:rPr>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(20): </w:t>
      </w:r>
      <w:r>
        <w:rPr>
          <w:rFonts w:cs="Times New Roman" w:hint="cs"/>
          <w:rtl/>
        </w:rPr>
        <w:t>فحص</w:t>
      </w:r>
      <w:r>
        <w:rPr>
          <w:rFonts w:cs="Times New Roman"/>
          <w:rtl/>
        </w:rPr>
        <w:t xml:space="preserve"> </w:t>
      </w:r>
      <w:r>
        <w:rPr>
          <w:rFonts w:cs="Times New Roman" w:hint="cs"/>
          <w:rtl/>
        </w:rPr>
        <w:t>ثغرة</w:t>
      </w:r>
      <w:r>
        <w:rPr>
          <w:rFonts w:cs="Times New Roman"/>
          <w:rtl/>
        </w:rPr>
        <w:t xml:space="preserve"> </w:t>
      </w:r>
      <w:r>
        <w:rPr>
          <w:rFonts w:cs="Times New Roman" w:hint="cs"/>
          <w:rtl/>
        </w:rPr>
        <w:t>الجلسات</w:t>
      </w:r>
      <w:r>
        <w:rPr>
          <w:rFonts w:cs="Times New Roman"/>
          <w:rtl/>
        </w:rPr>
        <w:t xml:space="preserve"> </w:t>
      </w:r>
      <w:r>
        <w:rPr>
          <w:rFonts w:cs="Times New Roman" w:hint="cs"/>
          <w:rtl/>
        </w:rPr>
        <w:t>المجهدة</w:t>
      </w:r>
      <w:r>
        <w:rPr>
          <w:rFonts w:cs="Times New Roman"/>
          <w:rtl/>
        </w:rPr>
        <w:t xml:space="preserve"> </w:t>
      </w:r>
      <w:r>
        <w:rPr>
          <w:rFonts w:cs="Times New Roman" w:hint="cs"/>
          <w:rtl/>
        </w:rPr>
        <w:t>في</w:t>
      </w:r>
      <w:r>
        <w:rPr>
          <w:rFonts w:cs="Times New Roman"/>
          <w:rtl/>
        </w:rPr>
        <w:t xml:space="preserve"> </w:t>
      </w:r>
      <w:r>
        <w:rPr>
          <w:rFonts w:cs="Times New Roman" w:hint="cs"/>
          <w:rtl/>
        </w:rPr>
        <w:t>بروتوكول</w:t>
      </w:r>
      <w:r>
        <w:t xml:space="preserve"> </w:t>
      </w:r>
    </w:p>
    <w:p w:rsidR="001C65DB" w:rsidRDefault="001C65DB" w:rsidP="001C65DB">
      <w:pPr>
        <w:tabs>
          <w:tab w:val="left" w:pos="7020"/>
        </w:tabs>
      </w:pPr>
      <w:r>
        <w:t>SMB (Null Session Vulnerability Check)</w:t>
      </w:r>
    </w:p>
    <w:p w:rsidR="001C65DB" w:rsidRDefault="001C65DB" w:rsidP="001C65DB">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محاولة</w:t>
      </w:r>
      <w:r>
        <w:rPr>
          <w:rFonts w:cs="Times New Roman"/>
          <w:rtl/>
        </w:rPr>
        <w:t xml:space="preserve"> </w:t>
      </w:r>
      <w:r>
        <w:rPr>
          <w:rFonts w:cs="Times New Roman" w:hint="cs"/>
          <w:rtl/>
        </w:rPr>
        <w:t>استغلال</w:t>
      </w:r>
      <w:r>
        <w:rPr>
          <w:rFonts w:cs="Times New Roman"/>
          <w:rtl/>
        </w:rPr>
        <w:t xml:space="preserve"> </w:t>
      </w:r>
      <w:r>
        <w:rPr>
          <w:rFonts w:cs="Times New Roman" w:hint="cs"/>
          <w:rtl/>
        </w:rPr>
        <w:t>بروتوكول</w:t>
      </w:r>
      <w:r>
        <w:rPr>
          <w:rFonts w:cs="Times New Roman"/>
          <w:rtl/>
        </w:rPr>
        <w:t xml:space="preserve"> </w:t>
      </w:r>
      <w:r>
        <w:rPr>
          <w:rFonts w:cs="Times New Roman" w:hint="cs"/>
          <w:rtl/>
        </w:rPr>
        <w:t>مشاركة</w:t>
      </w:r>
      <w:r>
        <w:rPr>
          <w:rFonts w:cs="Times New Roman"/>
          <w:rtl/>
        </w:rPr>
        <w:t xml:space="preserve"> </w:t>
      </w:r>
      <w:r>
        <w:rPr>
          <w:rFonts w:cs="Times New Roman" w:hint="cs"/>
          <w:rtl/>
        </w:rPr>
        <w:t>الملفات</w:t>
      </w:r>
      <w:r>
        <w:t xml:space="preserve"> (SMB) </w:t>
      </w:r>
      <w:r>
        <w:rPr>
          <w:rFonts w:cs="Times New Roman" w:hint="cs"/>
          <w:rtl/>
        </w:rPr>
        <w:t>للوصول</w:t>
      </w:r>
      <w:r>
        <w:rPr>
          <w:rFonts w:cs="Times New Roman"/>
          <w:rtl/>
        </w:rPr>
        <w:t xml:space="preserve"> </w:t>
      </w:r>
      <w:r>
        <w:rPr>
          <w:rFonts w:cs="Times New Roman" w:hint="cs"/>
          <w:rtl/>
        </w:rPr>
        <w:t>غير</w:t>
      </w:r>
      <w:r>
        <w:rPr>
          <w:rFonts w:cs="Times New Roman"/>
          <w:rtl/>
        </w:rPr>
        <w:t xml:space="preserve"> </w:t>
      </w:r>
      <w:r>
        <w:rPr>
          <w:rFonts w:cs="Times New Roman" w:hint="cs"/>
          <w:rtl/>
        </w:rPr>
        <w:t>المصرح</w:t>
      </w:r>
      <w:r>
        <w:rPr>
          <w:rFonts w:cs="Times New Roman"/>
          <w:rtl/>
        </w:rPr>
        <w:t xml:space="preserve"> </w:t>
      </w:r>
      <w:r>
        <w:rPr>
          <w:rFonts w:cs="Times New Roman" w:hint="cs"/>
          <w:rtl/>
        </w:rPr>
        <w:t>به</w:t>
      </w:r>
      <w:r>
        <w:rPr>
          <w:rFonts w:cs="Times New Roman"/>
          <w:rtl/>
        </w:rPr>
        <w:t xml:space="preserve"> </w:t>
      </w:r>
      <w:r>
        <w:rPr>
          <w:rFonts w:cs="Times New Roman" w:hint="cs"/>
          <w:rtl/>
        </w:rPr>
        <w:t>عبر</w:t>
      </w:r>
      <w:r>
        <w:rPr>
          <w:rFonts w:cs="Times New Roman"/>
          <w:rtl/>
        </w:rPr>
        <w:t xml:space="preserve"> </w:t>
      </w:r>
      <w:r>
        <w:rPr>
          <w:rFonts w:cs="Times New Roman" w:hint="cs"/>
          <w:rtl/>
        </w:rPr>
        <w:t>استخدام</w:t>
      </w:r>
      <w:r>
        <w:rPr>
          <w:rFonts w:cs="Times New Roman"/>
          <w:rtl/>
        </w:rPr>
        <w:t xml:space="preserve"> </w:t>
      </w:r>
      <w:r>
        <w:rPr>
          <w:rFonts w:cs="Times New Roman" w:hint="cs"/>
          <w:rtl/>
        </w:rPr>
        <w:t>أداة</w:t>
      </w:r>
      <w:r>
        <w:t xml:space="preserve"> </w:t>
      </w:r>
      <w:proofErr w:type="spellStart"/>
      <w:r>
        <w:t>smbclient</w:t>
      </w:r>
      <w:proofErr w:type="spellEnd"/>
      <w:r>
        <w:t xml:space="preserve"> </w:t>
      </w:r>
      <w:r>
        <w:rPr>
          <w:rFonts w:cs="Times New Roman" w:hint="cs"/>
          <w:rtl/>
        </w:rPr>
        <w:t>للدخول</w:t>
      </w:r>
      <w:r>
        <w:rPr>
          <w:rFonts w:cs="Times New Roman"/>
          <w:rtl/>
        </w:rPr>
        <w:t xml:space="preserve"> </w:t>
      </w:r>
      <w:r>
        <w:rPr>
          <w:rFonts w:cs="Times New Roman" w:hint="cs"/>
          <w:rtl/>
        </w:rPr>
        <w:t>كجلسة</w:t>
      </w:r>
      <w:r>
        <w:rPr>
          <w:rFonts w:cs="Times New Roman"/>
          <w:rtl/>
        </w:rPr>
        <w:t xml:space="preserve"> </w:t>
      </w:r>
      <w:r>
        <w:rPr>
          <w:rFonts w:cs="Times New Roman" w:hint="cs"/>
          <w:rtl/>
        </w:rPr>
        <w:t>مجهولة</w:t>
      </w:r>
      <w:r>
        <w:t xml:space="preserve"> (Null Session) </w:t>
      </w:r>
      <w:r>
        <w:rPr>
          <w:rFonts w:cs="Times New Roman" w:hint="cs"/>
          <w:rtl/>
        </w:rPr>
        <w:t>دون</w:t>
      </w:r>
      <w:r>
        <w:rPr>
          <w:rFonts w:cs="Times New Roman"/>
          <w:rtl/>
        </w:rPr>
        <w:t xml:space="preserve"> </w:t>
      </w:r>
      <w:r>
        <w:rPr>
          <w:rFonts w:cs="Times New Roman" w:hint="cs"/>
          <w:rtl/>
        </w:rPr>
        <w:t>تقديم</w:t>
      </w:r>
      <w:r>
        <w:rPr>
          <w:rFonts w:cs="Times New Roman"/>
          <w:rtl/>
        </w:rPr>
        <w:t xml:space="preserve"> </w:t>
      </w:r>
      <w:r>
        <w:rPr>
          <w:rFonts w:cs="Times New Roman" w:hint="cs"/>
          <w:rtl/>
        </w:rPr>
        <w:t>بيانات</w:t>
      </w:r>
      <w:r>
        <w:rPr>
          <w:rFonts w:cs="Times New Roman"/>
          <w:rtl/>
        </w:rPr>
        <w:t xml:space="preserve"> </w:t>
      </w:r>
      <w:r>
        <w:rPr>
          <w:rFonts w:cs="Times New Roman" w:hint="cs"/>
          <w:rtl/>
        </w:rPr>
        <w:t>اعتماد</w:t>
      </w:r>
      <w:r>
        <w:rPr>
          <w:rFonts w:cs="Times New Roman"/>
          <w:rtl/>
        </w:rPr>
        <w:t xml:space="preserve">. </w:t>
      </w:r>
      <w:r>
        <w:rPr>
          <w:rFonts w:cs="Times New Roman" w:hint="cs"/>
          <w:rtl/>
        </w:rPr>
        <w:t>أظهرت</w:t>
      </w:r>
      <w:r>
        <w:rPr>
          <w:rFonts w:cs="Times New Roman"/>
          <w:rtl/>
        </w:rPr>
        <w:t xml:space="preserve"> </w:t>
      </w:r>
      <w:r>
        <w:rPr>
          <w:rFonts w:cs="Times New Roman" w:hint="cs"/>
          <w:rtl/>
        </w:rPr>
        <w:t>النتيجة</w:t>
      </w:r>
      <w:r>
        <w:rPr>
          <w:rFonts w:cs="Times New Roman"/>
          <w:rtl/>
        </w:rPr>
        <w:t xml:space="preserve"> </w:t>
      </w:r>
      <w:r>
        <w:rPr>
          <w:rFonts w:cs="Times New Roman" w:hint="cs"/>
          <w:rtl/>
        </w:rPr>
        <w:t>نجاح</w:t>
      </w:r>
      <w:r>
        <w:rPr>
          <w:rFonts w:cs="Times New Roman"/>
          <w:rtl/>
        </w:rPr>
        <w:t xml:space="preserve"> </w:t>
      </w:r>
      <w:r>
        <w:rPr>
          <w:rFonts w:cs="Times New Roman" w:hint="cs"/>
          <w:rtl/>
        </w:rPr>
        <w:t>الدخول</w:t>
      </w:r>
      <w:r>
        <w:rPr>
          <w:rFonts w:cs="Times New Roman"/>
          <w:rtl/>
        </w:rPr>
        <w:t xml:space="preserve"> </w:t>
      </w:r>
      <w:r>
        <w:rPr>
          <w:rFonts w:cs="Times New Roman" w:hint="cs"/>
          <w:rtl/>
        </w:rPr>
        <w:t>المجهول</w:t>
      </w:r>
      <w:r>
        <w:t xml:space="preserve"> Anonymous login successful</w:t>
      </w:r>
      <w:r>
        <w:rPr>
          <w:rFonts w:cs="Times New Roman"/>
          <w:rtl/>
        </w:rPr>
        <w:t xml:space="preserve">، </w:t>
      </w:r>
      <w:r>
        <w:rPr>
          <w:rFonts w:cs="Times New Roman" w:hint="cs"/>
          <w:rtl/>
        </w:rPr>
        <w:t>مما</w:t>
      </w:r>
      <w:r>
        <w:rPr>
          <w:rFonts w:cs="Times New Roman"/>
          <w:rtl/>
        </w:rPr>
        <w:t xml:space="preserve"> </w:t>
      </w:r>
      <w:r>
        <w:rPr>
          <w:rFonts w:cs="Times New Roman" w:hint="cs"/>
          <w:rtl/>
        </w:rPr>
        <w:t>يكشف</w:t>
      </w:r>
      <w:r>
        <w:rPr>
          <w:rFonts w:cs="Times New Roman"/>
          <w:rtl/>
        </w:rPr>
        <w:t xml:space="preserve"> </w:t>
      </w:r>
      <w:r>
        <w:rPr>
          <w:rFonts w:cs="Times New Roman" w:hint="cs"/>
          <w:rtl/>
        </w:rPr>
        <w:t>عن</w:t>
      </w:r>
      <w:r>
        <w:rPr>
          <w:rFonts w:cs="Times New Roman"/>
          <w:rtl/>
        </w:rPr>
        <w:t xml:space="preserve"> </w:t>
      </w:r>
      <w:r>
        <w:rPr>
          <w:rFonts w:cs="Times New Roman" w:hint="cs"/>
          <w:rtl/>
        </w:rPr>
        <w:t>ضعف</w:t>
      </w:r>
      <w:r>
        <w:rPr>
          <w:rFonts w:cs="Times New Roman"/>
          <w:rtl/>
        </w:rPr>
        <w:t xml:space="preserve"> </w:t>
      </w:r>
      <w:r>
        <w:rPr>
          <w:rFonts w:cs="Times New Roman" w:hint="cs"/>
          <w:rtl/>
        </w:rPr>
        <w:t>في</w:t>
      </w:r>
      <w:r>
        <w:rPr>
          <w:rFonts w:cs="Times New Roman"/>
          <w:rtl/>
        </w:rPr>
        <w:t xml:space="preserve"> </w:t>
      </w:r>
      <w:r>
        <w:rPr>
          <w:rFonts w:cs="Times New Roman" w:hint="cs"/>
          <w:rtl/>
        </w:rPr>
        <w:t>تكوين</w:t>
      </w:r>
      <w:r>
        <w:rPr>
          <w:rFonts w:cs="Times New Roman"/>
          <w:rtl/>
        </w:rPr>
        <w:t xml:space="preserve"> </w:t>
      </w:r>
      <w:r>
        <w:rPr>
          <w:rFonts w:cs="Times New Roman" w:hint="cs"/>
          <w:rtl/>
        </w:rPr>
        <w:t>الأذونات</w:t>
      </w:r>
      <w:r>
        <w:rPr>
          <w:rFonts w:cs="Times New Roman"/>
          <w:rtl/>
        </w:rPr>
        <w:t xml:space="preserve"> </w:t>
      </w:r>
      <w:r>
        <w:rPr>
          <w:rFonts w:cs="Times New Roman" w:hint="cs"/>
          <w:rtl/>
        </w:rPr>
        <w:t>يسمح</w:t>
      </w:r>
      <w:r>
        <w:rPr>
          <w:rFonts w:cs="Times New Roman"/>
          <w:rtl/>
        </w:rPr>
        <w:t xml:space="preserve"> </w:t>
      </w:r>
      <w:r>
        <w:rPr>
          <w:rFonts w:cs="Times New Roman" w:hint="cs"/>
          <w:rtl/>
        </w:rPr>
        <w:t>بالاستعلام</w:t>
      </w:r>
      <w:r>
        <w:rPr>
          <w:rFonts w:cs="Times New Roman"/>
          <w:rtl/>
        </w:rPr>
        <w:t xml:space="preserve"> </w:t>
      </w:r>
      <w:r>
        <w:rPr>
          <w:rFonts w:cs="Times New Roman" w:hint="cs"/>
          <w:rtl/>
        </w:rPr>
        <w:t>عن</w:t>
      </w:r>
      <w:r>
        <w:rPr>
          <w:rFonts w:cs="Times New Roman"/>
          <w:rtl/>
        </w:rPr>
        <w:t xml:space="preserve"> </w:t>
      </w:r>
      <w:r>
        <w:rPr>
          <w:rFonts w:cs="Times New Roman" w:hint="cs"/>
          <w:rtl/>
        </w:rPr>
        <w:t>موارد</w:t>
      </w:r>
      <w:r>
        <w:rPr>
          <w:rFonts w:cs="Times New Roman"/>
          <w:rtl/>
        </w:rPr>
        <w:t xml:space="preserve"> </w:t>
      </w:r>
      <w:r>
        <w:rPr>
          <w:rFonts w:cs="Times New Roman" w:hint="cs"/>
          <w:rtl/>
        </w:rPr>
        <w:t>السيرفر</w:t>
      </w:r>
      <w:r>
        <w:rPr>
          <w:rFonts w:cs="Times New Roman"/>
          <w:rtl/>
        </w:rPr>
        <w:t xml:space="preserve">. </w:t>
      </w:r>
      <w:r>
        <w:rPr>
          <w:rFonts w:cs="Times New Roman" w:hint="cs"/>
          <w:rtl/>
        </w:rPr>
        <w:t>على</w:t>
      </w:r>
      <w:r>
        <w:rPr>
          <w:rFonts w:cs="Times New Roman"/>
          <w:rtl/>
        </w:rPr>
        <w:t xml:space="preserve"> </w:t>
      </w:r>
      <w:r>
        <w:rPr>
          <w:rFonts w:cs="Times New Roman" w:hint="cs"/>
          <w:rtl/>
        </w:rPr>
        <w:t>الرغم</w:t>
      </w:r>
      <w:r>
        <w:rPr>
          <w:rFonts w:cs="Times New Roman"/>
          <w:rtl/>
        </w:rPr>
        <w:t xml:space="preserve"> </w:t>
      </w:r>
      <w:r>
        <w:rPr>
          <w:rFonts w:cs="Times New Roman" w:hint="cs"/>
          <w:rtl/>
        </w:rPr>
        <w:t>من</w:t>
      </w:r>
      <w:r>
        <w:rPr>
          <w:rFonts w:cs="Times New Roman"/>
          <w:rtl/>
        </w:rPr>
        <w:t xml:space="preserve"> </w:t>
      </w:r>
      <w:r>
        <w:rPr>
          <w:rFonts w:cs="Times New Roman" w:hint="cs"/>
          <w:rtl/>
        </w:rPr>
        <w:t>ذلك</w:t>
      </w:r>
      <w:r>
        <w:rPr>
          <w:rFonts w:cs="Times New Roman"/>
          <w:rtl/>
        </w:rPr>
        <w:t xml:space="preserve">، </w:t>
      </w:r>
      <w:r>
        <w:rPr>
          <w:rFonts w:cs="Times New Roman" w:hint="cs"/>
          <w:rtl/>
        </w:rPr>
        <w:t>فشلت</w:t>
      </w:r>
      <w:r>
        <w:rPr>
          <w:rFonts w:cs="Times New Roman"/>
          <w:rtl/>
        </w:rPr>
        <w:t xml:space="preserve"> </w:t>
      </w:r>
      <w:r>
        <w:rPr>
          <w:rFonts w:cs="Times New Roman" w:hint="cs"/>
          <w:rtl/>
        </w:rPr>
        <w:t>محاولة</w:t>
      </w:r>
      <w:r>
        <w:rPr>
          <w:rFonts w:cs="Times New Roman"/>
          <w:rtl/>
        </w:rPr>
        <w:t xml:space="preserve"> </w:t>
      </w:r>
      <w:r>
        <w:rPr>
          <w:rFonts w:cs="Times New Roman" w:hint="cs"/>
          <w:rtl/>
        </w:rPr>
        <w:t>سرد</w:t>
      </w:r>
      <w:r>
        <w:rPr>
          <w:rFonts w:cs="Times New Roman"/>
          <w:rtl/>
        </w:rPr>
        <w:t xml:space="preserve"> </w:t>
      </w:r>
      <w:r>
        <w:rPr>
          <w:rFonts w:cs="Times New Roman" w:hint="cs"/>
          <w:rtl/>
        </w:rPr>
        <w:t>المجلدات</w:t>
      </w:r>
      <w:r>
        <w:rPr>
          <w:rFonts w:cs="Times New Roman"/>
          <w:rtl/>
        </w:rPr>
        <w:t xml:space="preserve"> </w:t>
      </w:r>
      <w:r>
        <w:rPr>
          <w:rFonts w:cs="Times New Roman" w:hint="cs"/>
          <w:rtl/>
        </w:rPr>
        <w:t>المشتركة</w:t>
      </w:r>
      <w:r>
        <w:rPr>
          <w:rFonts w:cs="Times New Roman"/>
          <w:rtl/>
        </w:rPr>
        <w:t xml:space="preserve"> </w:t>
      </w:r>
      <w:r>
        <w:rPr>
          <w:rFonts w:cs="Times New Roman" w:hint="cs"/>
          <w:rtl/>
        </w:rPr>
        <w:t>بسبب</w:t>
      </w:r>
      <w:r>
        <w:rPr>
          <w:rFonts w:cs="Times New Roman"/>
          <w:rtl/>
        </w:rPr>
        <w:t xml:space="preserve"> </w:t>
      </w:r>
      <w:r>
        <w:rPr>
          <w:rFonts w:cs="Times New Roman" w:hint="cs"/>
          <w:rtl/>
        </w:rPr>
        <w:t>سياسات</w:t>
      </w:r>
      <w:r>
        <w:rPr>
          <w:rFonts w:cs="Times New Roman"/>
          <w:rtl/>
        </w:rPr>
        <w:t xml:space="preserve"> </w:t>
      </w:r>
      <w:r>
        <w:rPr>
          <w:rFonts w:cs="Times New Roman" w:hint="cs"/>
          <w:rtl/>
        </w:rPr>
        <w:t>الأمان</w:t>
      </w:r>
      <w:r>
        <w:rPr>
          <w:rFonts w:cs="Times New Roman"/>
          <w:rtl/>
        </w:rPr>
        <w:t xml:space="preserve"> </w:t>
      </w:r>
      <w:r>
        <w:rPr>
          <w:rFonts w:cs="Times New Roman" w:hint="cs"/>
          <w:rtl/>
        </w:rPr>
        <w:t>الحديثة</w:t>
      </w:r>
      <w:r>
        <w:rPr>
          <w:rFonts w:cs="Times New Roman"/>
          <w:rtl/>
        </w:rPr>
        <w:t xml:space="preserve"> </w:t>
      </w:r>
      <w:r>
        <w:rPr>
          <w:rFonts w:cs="Times New Roman" w:hint="cs"/>
          <w:rtl/>
        </w:rPr>
        <w:t>في</w:t>
      </w:r>
      <w:r>
        <w:t xml:space="preserve"> Windows Server 2022 </w:t>
      </w:r>
      <w:r>
        <w:rPr>
          <w:rFonts w:cs="Times New Roman" w:hint="cs"/>
          <w:rtl/>
        </w:rPr>
        <w:t>التي</w:t>
      </w:r>
      <w:r>
        <w:rPr>
          <w:rFonts w:cs="Times New Roman"/>
          <w:rtl/>
        </w:rPr>
        <w:t xml:space="preserve"> </w:t>
      </w:r>
      <w:r>
        <w:rPr>
          <w:rFonts w:cs="Times New Roman" w:hint="cs"/>
          <w:rtl/>
        </w:rPr>
        <w:t>تمنع</w:t>
      </w:r>
      <w:r>
        <w:rPr>
          <w:rFonts w:cs="Times New Roman"/>
          <w:rtl/>
        </w:rPr>
        <w:t xml:space="preserve"> </w:t>
      </w:r>
      <w:r>
        <w:rPr>
          <w:rFonts w:cs="Times New Roman" w:hint="cs"/>
          <w:rtl/>
        </w:rPr>
        <w:t>استخدام</w:t>
      </w:r>
      <w:r>
        <w:rPr>
          <w:rFonts w:cs="Times New Roman"/>
          <w:rtl/>
        </w:rPr>
        <w:t xml:space="preserve"> </w:t>
      </w:r>
      <w:r>
        <w:rPr>
          <w:rFonts w:cs="Times New Roman" w:hint="cs"/>
          <w:rtl/>
        </w:rPr>
        <w:t>بروتوكول</w:t>
      </w:r>
      <w:r>
        <w:t xml:space="preserve"> SMBv1 </w:t>
      </w:r>
      <w:r>
        <w:rPr>
          <w:rFonts w:cs="Times New Roman" w:hint="cs"/>
          <w:rtl/>
        </w:rPr>
        <w:t>القديم</w:t>
      </w:r>
      <w:r>
        <w:rPr>
          <w:rFonts w:cs="Times New Roman"/>
          <w:rtl/>
        </w:rPr>
        <w:t xml:space="preserve">، </w:t>
      </w:r>
      <w:r>
        <w:rPr>
          <w:rFonts w:cs="Times New Roman" w:hint="cs"/>
          <w:rtl/>
        </w:rPr>
        <w:t>مما</w:t>
      </w:r>
      <w:r>
        <w:rPr>
          <w:rFonts w:cs="Times New Roman"/>
          <w:rtl/>
        </w:rPr>
        <w:t xml:space="preserve"> </w:t>
      </w:r>
      <w:r>
        <w:rPr>
          <w:rFonts w:cs="Times New Roman" w:hint="cs"/>
          <w:rtl/>
        </w:rPr>
        <w:t>يحد</w:t>
      </w:r>
      <w:r>
        <w:rPr>
          <w:rFonts w:cs="Times New Roman"/>
          <w:rtl/>
        </w:rPr>
        <w:t xml:space="preserve"> </w:t>
      </w:r>
      <w:r>
        <w:rPr>
          <w:rFonts w:cs="Times New Roman" w:hint="cs"/>
          <w:rtl/>
        </w:rPr>
        <w:t>من</w:t>
      </w:r>
      <w:r>
        <w:rPr>
          <w:rFonts w:cs="Times New Roman"/>
          <w:rtl/>
        </w:rPr>
        <w:t xml:space="preserve"> </w:t>
      </w:r>
      <w:r>
        <w:rPr>
          <w:rFonts w:cs="Times New Roman" w:hint="cs"/>
          <w:rtl/>
        </w:rPr>
        <w:t>استغلال</w:t>
      </w:r>
      <w:r>
        <w:rPr>
          <w:rFonts w:cs="Times New Roman"/>
          <w:rtl/>
        </w:rPr>
        <w:t xml:space="preserve"> </w:t>
      </w:r>
      <w:r>
        <w:rPr>
          <w:rFonts w:cs="Times New Roman" w:hint="cs"/>
          <w:rtl/>
        </w:rPr>
        <w:t>الثغرة</w:t>
      </w:r>
      <w:r>
        <w:rPr>
          <w:rFonts w:cs="Times New Roman"/>
          <w:rtl/>
        </w:rPr>
        <w:t xml:space="preserve"> </w:t>
      </w:r>
      <w:r>
        <w:rPr>
          <w:rFonts w:cs="Times New Roman" w:hint="cs"/>
          <w:rtl/>
        </w:rPr>
        <w:t>بشكل</w:t>
      </w:r>
      <w:r>
        <w:rPr>
          <w:rFonts w:cs="Times New Roman"/>
          <w:rtl/>
        </w:rPr>
        <w:t xml:space="preserve"> </w:t>
      </w:r>
      <w:r>
        <w:rPr>
          <w:rFonts w:cs="Times New Roman" w:hint="cs"/>
          <w:rtl/>
        </w:rPr>
        <w:t>كامل</w:t>
      </w:r>
      <w:r>
        <w:t>."</w:t>
      </w:r>
    </w:p>
    <w:p w:rsidR="001C65DB" w:rsidRDefault="001C65DB" w:rsidP="001C65DB">
      <w:pPr>
        <w:tabs>
          <w:tab w:val="left" w:pos="7020"/>
        </w:tabs>
      </w:pPr>
      <w:r>
        <w:t xml:space="preserve">Technical Description (English): "Documenting an attempt to exploit the Server Message Block (SMB) protocol for unauthorized access using </w:t>
      </w:r>
      <w:proofErr w:type="spellStart"/>
      <w:r>
        <w:t>smbclient</w:t>
      </w:r>
      <w:proofErr w:type="spellEnd"/>
      <w:r>
        <w:t xml:space="preserve"> to establish a Null Session without providing credentials. The output confirmed Anonymous login successful, revealing a </w:t>
      </w:r>
      <w:r>
        <w:lastRenderedPageBreak/>
        <w:t>misconfiguration that permits anonymous querying of server resources. However, the attempt to enumerate network shares failed due to the modern security policies in Windows Server 2022, which restrict the legacy SMBv1 protocol, thereby limiting the full exploitation of this vulnerability."</w:t>
      </w:r>
    </w:p>
    <w:p w:rsidR="001C65DB" w:rsidRDefault="001C65DB" w:rsidP="00AF7EBF">
      <w:pPr>
        <w:tabs>
          <w:tab w:val="left" w:pos="7020"/>
        </w:tabs>
        <w:rPr>
          <w:rtl/>
        </w:rPr>
      </w:pPr>
      <w:r>
        <w:rPr>
          <w:noProof/>
        </w:rPr>
        <w:drawing>
          <wp:inline distT="0" distB="0" distL="0" distR="0">
            <wp:extent cx="4076910" cy="111130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فحص ثغرة الجلسات المجهدة في بروتوكول SMB (Null Session Vulnerability Check).png"/>
                    <pic:cNvPicPr/>
                  </pic:nvPicPr>
                  <pic:blipFill>
                    <a:blip r:embed="rId36">
                      <a:extLst>
                        <a:ext uri="{28A0092B-C50C-407E-A947-70E740481C1C}">
                          <a14:useLocalDpi xmlns:a14="http://schemas.microsoft.com/office/drawing/2010/main" val="0"/>
                        </a:ext>
                      </a:extLst>
                    </a:blip>
                    <a:stretch>
                      <a:fillRect/>
                    </a:stretch>
                  </pic:blipFill>
                  <pic:spPr>
                    <a:xfrm>
                      <a:off x="0" y="0"/>
                      <a:ext cx="4076910" cy="1111307"/>
                    </a:xfrm>
                    <a:prstGeom prst="rect">
                      <a:avLst/>
                    </a:prstGeom>
                  </pic:spPr>
                </pic:pic>
              </a:graphicData>
            </a:graphic>
          </wp:inline>
        </w:drawing>
      </w:r>
    </w:p>
    <w:p w:rsidR="006A18C3" w:rsidRDefault="006A18C3" w:rsidP="00AF7EBF">
      <w:pPr>
        <w:tabs>
          <w:tab w:val="left" w:pos="7020"/>
        </w:tabs>
        <w:rPr>
          <w:rtl/>
        </w:rPr>
      </w:pPr>
    </w:p>
    <w:p w:rsidR="006A18C3" w:rsidRDefault="006A18C3" w:rsidP="00AF7EBF">
      <w:pPr>
        <w:tabs>
          <w:tab w:val="left" w:pos="7020"/>
        </w:tabs>
        <w:rPr>
          <w:rtl/>
        </w:rPr>
      </w:pPr>
    </w:p>
    <w:p w:rsidR="006A18C3" w:rsidRDefault="006A18C3" w:rsidP="00AF7EBF">
      <w:pPr>
        <w:tabs>
          <w:tab w:val="left" w:pos="7020"/>
        </w:tabs>
        <w:rPr>
          <w:rtl/>
        </w:rPr>
      </w:pPr>
    </w:p>
    <w:p w:rsidR="0016705C" w:rsidRDefault="0016705C" w:rsidP="0016705C">
      <w:pPr>
        <w:tabs>
          <w:tab w:val="left" w:pos="7020"/>
        </w:tabs>
        <w:rPr>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(21): </w:t>
      </w:r>
      <w:r>
        <w:rPr>
          <w:rFonts w:cs="Times New Roman" w:hint="cs"/>
          <w:rtl/>
        </w:rPr>
        <w:t>محاولة</w:t>
      </w:r>
      <w:r>
        <w:rPr>
          <w:rFonts w:cs="Times New Roman"/>
          <w:rtl/>
        </w:rPr>
        <w:t xml:space="preserve"> </w:t>
      </w:r>
      <w:r>
        <w:rPr>
          <w:rFonts w:cs="Times New Roman" w:hint="cs"/>
          <w:rtl/>
        </w:rPr>
        <w:t>سرد</w:t>
      </w:r>
      <w:r>
        <w:rPr>
          <w:rFonts w:cs="Times New Roman"/>
          <w:rtl/>
        </w:rPr>
        <w:t xml:space="preserve"> </w:t>
      </w:r>
      <w:r>
        <w:rPr>
          <w:rFonts w:cs="Times New Roman" w:hint="cs"/>
          <w:rtl/>
        </w:rPr>
        <w:t>حسابات</w:t>
      </w:r>
      <w:r>
        <w:rPr>
          <w:rFonts w:cs="Times New Roman"/>
          <w:rtl/>
        </w:rPr>
        <w:t xml:space="preserve"> </w:t>
      </w:r>
      <w:r>
        <w:rPr>
          <w:rFonts w:cs="Times New Roman" w:hint="cs"/>
          <w:rtl/>
        </w:rPr>
        <w:t>المستخدمين</w:t>
      </w:r>
      <w:r>
        <w:rPr>
          <w:rFonts w:cs="Times New Roman"/>
          <w:rtl/>
        </w:rPr>
        <w:t xml:space="preserve"> </w:t>
      </w:r>
      <w:r>
        <w:rPr>
          <w:rFonts w:cs="Times New Roman" w:hint="cs"/>
          <w:rtl/>
        </w:rPr>
        <w:t>عبر</w:t>
      </w:r>
      <w:r>
        <w:rPr>
          <w:rFonts w:cs="Times New Roman"/>
          <w:rtl/>
        </w:rPr>
        <w:t xml:space="preserve"> </w:t>
      </w:r>
      <w:r>
        <w:rPr>
          <w:rFonts w:cs="Times New Roman" w:hint="cs"/>
          <w:rtl/>
        </w:rPr>
        <w:t>بروتوكول</w:t>
      </w:r>
      <w:r>
        <w:t xml:space="preserve"> </w:t>
      </w:r>
    </w:p>
    <w:p w:rsidR="0016705C" w:rsidRPr="0016705C" w:rsidRDefault="0016705C" w:rsidP="0016705C">
      <w:pPr>
        <w:tabs>
          <w:tab w:val="left" w:pos="7020"/>
        </w:tabs>
        <w:rPr>
          <w:rFonts w:ascii="Segoe UI Emoji" w:hAnsi="Segoe UI Emoji" w:cs="Segoe UI Emoji"/>
        </w:rPr>
      </w:pPr>
      <w:r>
        <w:t>SMB (SMB Users Enumeration Attempt)</w:t>
      </w:r>
    </w:p>
    <w:p w:rsidR="0016705C" w:rsidRDefault="0016705C" w:rsidP="0016705C">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محاولة</w:t>
      </w:r>
      <w:r>
        <w:rPr>
          <w:rFonts w:cs="Times New Roman"/>
          <w:rtl/>
        </w:rPr>
        <w:t xml:space="preserve"> </w:t>
      </w:r>
      <w:r>
        <w:rPr>
          <w:rFonts w:cs="Times New Roman" w:hint="cs"/>
          <w:rtl/>
        </w:rPr>
        <w:t>استخراج</w:t>
      </w:r>
      <w:r>
        <w:rPr>
          <w:rFonts w:cs="Times New Roman"/>
          <w:rtl/>
        </w:rPr>
        <w:t xml:space="preserve"> </w:t>
      </w:r>
      <w:r>
        <w:rPr>
          <w:rFonts w:cs="Times New Roman" w:hint="cs"/>
          <w:rtl/>
        </w:rPr>
        <w:t>قائمة</w:t>
      </w:r>
      <w:r>
        <w:rPr>
          <w:rFonts w:cs="Times New Roman"/>
          <w:rtl/>
        </w:rPr>
        <w:t xml:space="preserve"> </w:t>
      </w:r>
      <w:r>
        <w:rPr>
          <w:rFonts w:cs="Times New Roman" w:hint="cs"/>
          <w:rtl/>
        </w:rPr>
        <w:t>بحسابات</w:t>
      </w:r>
      <w:r>
        <w:rPr>
          <w:rFonts w:cs="Times New Roman"/>
          <w:rtl/>
        </w:rPr>
        <w:t xml:space="preserve"> </w:t>
      </w:r>
      <w:r>
        <w:rPr>
          <w:rFonts w:cs="Times New Roman" w:hint="cs"/>
          <w:rtl/>
        </w:rPr>
        <w:t>المستخدمين</w:t>
      </w:r>
      <w:r>
        <w:rPr>
          <w:rFonts w:cs="Times New Roman"/>
          <w:rtl/>
        </w:rPr>
        <w:t xml:space="preserve"> </w:t>
      </w:r>
      <w:r>
        <w:rPr>
          <w:rFonts w:cs="Times New Roman" w:hint="cs"/>
          <w:rtl/>
        </w:rPr>
        <w:t>من</w:t>
      </w:r>
      <w:r>
        <w:rPr>
          <w:rFonts w:cs="Times New Roman"/>
          <w:rtl/>
        </w:rPr>
        <w:t xml:space="preserve"> </w:t>
      </w:r>
      <w:r>
        <w:rPr>
          <w:rFonts w:cs="Times New Roman" w:hint="cs"/>
          <w:rtl/>
        </w:rPr>
        <w:t>خادم</w:t>
      </w:r>
      <w:r>
        <w:rPr>
          <w:rFonts w:cs="Times New Roman"/>
          <w:rtl/>
        </w:rPr>
        <w:t xml:space="preserve"> </w:t>
      </w:r>
      <w:r>
        <w:rPr>
          <w:rFonts w:cs="Times New Roman" w:hint="cs"/>
          <w:rtl/>
        </w:rPr>
        <w:t>الدليل</w:t>
      </w:r>
      <w:r>
        <w:rPr>
          <w:rFonts w:cs="Times New Roman"/>
          <w:rtl/>
        </w:rPr>
        <w:t xml:space="preserve"> </w:t>
      </w:r>
      <w:r>
        <w:rPr>
          <w:rFonts w:cs="Times New Roman" w:hint="cs"/>
          <w:rtl/>
        </w:rPr>
        <w:t>النشط</w:t>
      </w:r>
      <w:r>
        <w:rPr>
          <w:rFonts w:cs="Times New Roman"/>
          <w:rtl/>
        </w:rPr>
        <w:t xml:space="preserve"> </w:t>
      </w:r>
      <w:r>
        <w:rPr>
          <w:rFonts w:cs="Times New Roman" w:hint="cs"/>
          <w:rtl/>
        </w:rPr>
        <w:t>باستخدام</w:t>
      </w:r>
      <w:r>
        <w:rPr>
          <w:rFonts w:cs="Times New Roman"/>
          <w:rtl/>
        </w:rPr>
        <w:t xml:space="preserve"> </w:t>
      </w:r>
      <w:r>
        <w:rPr>
          <w:rFonts w:cs="Times New Roman" w:hint="cs"/>
          <w:rtl/>
        </w:rPr>
        <w:t>سكربت</w:t>
      </w:r>
      <w:r>
        <w:t xml:space="preserve"> </w:t>
      </w:r>
      <w:proofErr w:type="spellStart"/>
      <w:r>
        <w:t>smb</w:t>
      </w:r>
      <w:proofErr w:type="spellEnd"/>
      <w:r>
        <w:t>-</w:t>
      </w:r>
      <w:proofErr w:type="spellStart"/>
      <w:r>
        <w:t>enum</w:t>
      </w:r>
      <w:proofErr w:type="spellEnd"/>
      <w:r>
        <w:t xml:space="preserve">-users </w:t>
      </w:r>
      <w:r>
        <w:rPr>
          <w:rFonts w:cs="Times New Roman" w:hint="cs"/>
          <w:rtl/>
        </w:rPr>
        <w:t>ضمن</w:t>
      </w:r>
      <w:r>
        <w:rPr>
          <w:rFonts w:cs="Times New Roman"/>
          <w:rtl/>
        </w:rPr>
        <w:t xml:space="preserve"> </w:t>
      </w:r>
      <w:r>
        <w:rPr>
          <w:rFonts w:cs="Times New Roman" w:hint="cs"/>
          <w:rtl/>
        </w:rPr>
        <w:t>أداة</w:t>
      </w:r>
      <w:r>
        <w:t xml:space="preserve"> Nmap. </w:t>
      </w:r>
      <w:r>
        <w:rPr>
          <w:rFonts w:cs="Times New Roman" w:hint="cs"/>
          <w:rtl/>
        </w:rPr>
        <w:t>أظهرت</w:t>
      </w:r>
      <w:r>
        <w:rPr>
          <w:rFonts w:cs="Times New Roman"/>
          <w:rtl/>
        </w:rPr>
        <w:t xml:space="preserve"> </w:t>
      </w:r>
      <w:r>
        <w:rPr>
          <w:rFonts w:cs="Times New Roman" w:hint="cs"/>
          <w:rtl/>
        </w:rPr>
        <w:t>النتيجة</w:t>
      </w:r>
      <w:r>
        <w:rPr>
          <w:rFonts w:cs="Times New Roman"/>
          <w:rtl/>
        </w:rPr>
        <w:t xml:space="preserve"> </w:t>
      </w:r>
      <w:r>
        <w:rPr>
          <w:rFonts w:cs="Times New Roman" w:hint="cs"/>
          <w:rtl/>
        </w:rPr>
        <w:t>فشل</w:t>
      </w:r>
      <w:r>
        <w:rPr>
          <w:rFonts w:cs="Times New Roman"/>
          <w:rtl/>
        </w:rPr>
        <w:t xml:space="preserve"> </w:t>
      </w:r>
      <w:r>
        <w:rPr>
          <w:rFonts w:cs="Times New Roman" w:hint="cs"/>
          <w:rtl/>
        </w:rPr>
        <w:t>المهاجم</w:t>
      </w:r>
      <w:r>
        <w:rPr>
          <w:rFonts w:cs="Times New Roman"/>
          <w:rtl/>
        </w:rPr>
        <w:t xml:space="preserve"> </w:t>
      </w:r>
      <w:r>
        <w:rPr>
          <w:rFonts w:cs="Times New Roman" w:hint="cs"/>
          <w:rtl/>
        </w:rPr>
        <w:t>في</w:t>
      </w:r>
      <w:r>
        <w:rPr>
          <w:rFonts w:cs="Times New Roman"/>
          <w:rtl/>
        </w:rPr>
        <w:t xml:space="preserve"> </w:t>
      </w:r>
      <w:r>
        <w:rPr>
          <w:rFonts w:cs="Times New Roman" w:hint="cs"/>
          <w:rtl/>
        </w:rPr>
        <w:t>الحصول</w:t>
      </w:r>
      <w:r>
        <w:rPr>
          <w:rFonts w:cs="Times New Roman"/>
          <w:rtl/>
        </w:rPr>
        <w:t xml:space="preserve"> </w:t>
      </w:r>
      <w:r>
        <w:rPr>
          <w:rFonts w:cs="Times New Roman" w:hint="cs"/>
          <w:rtl/>
        </w:rPr>
        <w:t>على</w:t>
      </w:r>
      <w:r>
        <w:rPr>
          <w:rFonts w:cs="Times New Roman"/>
          <w:rtl/>
        </w:rPr>
        <w:t xml:space="preserve"> </w:t>
      </w:r>
      <w:r>
        <w:rPr>
          <w:rFonts w:cs="Times New Roman" w:hint="cs"/>
          <w:rtl/>
        </w:rPr>
        <w:t>أي</w:t>
      </w:r>
      <w:r>
        <w:rPr>
          <w:rFonts w:cs="Times New Roman"/>
          <w:rtl/>
        </w:rPr>
        <w:t xml:space="preserve"> </w:t>
      </w:r>
      <w:r>
        <w:rPr>
          <w:rFonts w:cs="Times New Roman" w:hint="cs"/>
          <w:rtl/>
        </w:rPr>
        <w:t>أسماء</w:t>
      </w:r>
      <w:r>
        <w:rPr>
          <w:rFonts w:cs="Times New Roman"/>
          <w:rtl/>
        </w:rPr>
        <w:t xml:space="preserve"> </w:t>
      </w:r>
      <w:r>
        <w:rPr>
          <w:rFonts w:cs="Times New Roman" w:hint="cs"/>
          <w:rtl/>
        </w:rPr>
        <w:t>مستخدمين</w:t>
      </w:r>
      <w:r>
        <w:rPr>
          <w:rFonts w:cs="Times New Roman"/>
          <w:rtl/>
        </w:rPr>
        <w:t xml:space="preserve"> </w:t>
      </w:r>
      <w:r>
        <w:rPr>
          <w:rFonts w:cs="Times New Roman" w:hint="cs"/>
          <w:rtl/>
        </w:rPr>
        <w:t>رغم</w:t>
      </w:r>
      <w:r>
        <w:rPr>
          <w:rFonts w:cs="Times New Roman"/>
          <w:rtl/>
        </w:rPr>
        <w:t xml:space="preserve"> </w:t>
      </w:r>
      <w:r>
        <w:rPr>
          <w:rFonts w:cs="Times New Roman" w:hint="cs"/>
          <w:rtl/>
        </w:rPr>
        <w:t>نجاح</w:t>
      </w:r>
      <w:r>
        <w:rPr>
          <w:rFonts w:cs="Times New Roman"/>
          <w:rtl/>
        </w:rPr>
        <w:t xml:space="preserve"> </w:t>
      </w:r>
      <w:r>
        <w:rPr>
          <w:rFonts w:cs="Times New Roman" w:hint="cs"/>
          <w:rtl/>
        </w:rPr>
        <w:t>الاتصال</w:t>
      </w:r>
      <w:r>
        <w:rPr>
          <w:rFonts w:cs="Times New Roman"/>
          <w:rtl/>
        </w:rPr>
        <w:t xml:space="preserve"> </w:t>
      </w:r>
      <w:r>
        <w:rPr>
          <w:rFonts w:cs="Times New Roman" w:hint="cs"/>
          <w:rtl/>
        </w:rPr>
        <w:t>بالمنفذ</w:t>
      </w:r>
      <w:r>
        <w:rPr>
          <w:rFonts w:cs="Times New Roman"/>
          <w:rtl/>
        </w:rPr>
        <w:t xml:space="preserve"> 445. </w:t>
      </w:r>
      <w:r>
        <w:rPr>
          <w:rFonts w:cs="Times New Roman" w:hint="cs"/>
          <w:rtl/>
        </w:rPr>
        <w:t>هذا</w:t>
      </w:r>
      <w:r>
        <w:rPr>
          <w:rFonts w:cs="Times New Roman"/>
          <w:rtl/>
        </w:rPr>
        <w:t xml:space="preserve"> </w:t>
      </w:r>
      <w:r>
        <w:rPr>
          <w:rFonts w:cs="Times New Roman" w:hint="cs"/>
          <w:rtl/>
        </w:rPr>
        <w:t>يثبت</w:t>
      </w:r>
      <w:r>
        <w:rPr>
          <w:rFonts w:cs="Times New Roman"/>
          <w:rtl/>
        </w:rPr>
        <w:t xml:space="preserve"> </w:t>
      </w:r>
      <w:r>
        <w:rPr>
          <w:rFonts w:cs="Times New Roman" w:hint="cs"/>
          <w:rtl/>
        </w:rPr>
        <w:t>أن</w:t>
      </w:r>
      <w:r>
        <w:rPr>
          <w:rFonts w:cs="Times New Roman"/>
          <w:rtl/>
        </w:rPr>
        <w:t xml:space="preserve"> </w:t>
      </w:r>
      <w:r>
        <w:rPr>
          <w:rFonts w:cs="Times New Roman" w:hint="cs"/>
          <w:rtl/>
        </w:rPr>
        <w:t>سياسات</w:t>
      </w:r>
      <w:r>
        <w:rPr>
          <w:rFonts w:cs="Times New Roman"/>
          <w:rtl/>
        </w:rPr>
        <w:t xml:space="preserve"> </w:t>
      </w:r>
      <w:r>
        <w:rPr>
          <w:rFonts w:cs="Times New Roman" w:hint="cs"/>
          <w:rtl/>
        </w:rPr>
        <w:t>الأمان</w:t>
      </w:r>
      <w:r>
        <w:rPr>
          <w:rFonts w:cs="Times New Roman"/>
          <w:rtl/>
        </w:rPr>
        <w:t xml:space="preserve"> </w:t>
      </w:r>
      <w:r>
        <w:rPr>
          <w:rFonts w:cs="Times New Roman" w:hint="cs"/>
          <w:rtl/>
        </w:rPr>
        <w:t>المطبقة</w:t>
      </w:r>
      <w:r>
        <w:rPr>
          <w:rFonts w:cs="Times New Roman"/>
          <w:rtl/>
        </w:rPr>
        <w:t xml:space="preserve"> </w:t>
      </w:r>
      <w:r>
        <w:rPr>
          <w:rFonts w:cs="Times New Roman" w:hint="cs"/>
          <w:rtl/>
        </w:rPr>
        <w:t>على</w:t>
      </w:r>
      <w:r>
        <w:t xml:space="preserve"> Windows Server 2022 </w:t>
      </w:r>
      <w:r>
        <w:rPr>
          <w:rFonts w:cs="Times New Roman" w:hint="cs"/>
          <w:rtl/>
        </w:rPr>
        <w:t>تمنع</w:t>
      </w:r>
      <w:r>
        <w:rPr>
          <w:rFonts w:cs="Times New Roman"/>
          <w:rtl/>
        </w:rPr>
        <w:t xml:space="preserve"> </w:t>
      </w:r>
      <w:r>
        <w:rPr>
          <w:rFonts w:cs="Times New Roman" w:hint="cs"/>
          <w:rtl/>
        </w:rPr>
        <w:t>بنجاح</w:t>
      </w:r>
      <w:r>
        <w:rPr>
          <w:rFonts w:cs="Times New Roman"/>
          <w:rtl/>
        </w:rPr>
        <w:t xml:space="preserve"> </w:t>
      </w:r>
      <w:r>
        <w:rPr>
          <w:rFonts w:cs="Times New Roman" w:hint="cs"/>
          <w:rtl/>
        </w:rPr>
        <w:t>عملية</w:t>
      </w:r>
      <w:r>
        <w:rPr>
          <w:rFonts w:cs="Times New Roman"/>
          <w:rtl/>
        </w:rPr>
        <w:t xml:space="preserve"> </w:t>
      </w:r>
      <w:r>
        <w:rPr>
          <w:rFonts w:cs="Times New Roman" w:hint="cs"/>
          <w:rtl/>
        </w:rPr>
        <w:t>التعداد</w:t>
      </w:r>
      <w:r>
        <w:rPr>
          <w:rFonts w:cs="Times New Roman"/>
          <w:rtl/>
        </w:rPr>
        <w:t xml:space="preserve"> </w:t>
      </w:r>
      <w:r>
        <w:rPr>
          <w:rFonts w:cs="Times New Roman" w:hint="cs"/>
          <w:rtl/>
        </w:rPr>
        <w:t>المجهول</w:t>
      </w:r>
      <w:r>
        <w:t xml:space="preserve"> (Anonymous Enumeration) </w:t>
      </w:r>
      <w:r>
        <w:rPr>
          <w:rFonts w:cs="Times New Roman" w:hint="cs"/>
          <w:rtl/>
        </w:rPr>
        <w:t>لحسابات</w:t>
      </w:r>
      <w:r>
        <w:rPr>
          <w:rFonts w:cs="Times New Roman"/>
          <w:rtl/>
        </w:rPr>
        <w:t xml:space="preserve"> </w:t>
      </w:r>
      <w:r>
        <w:rPr>
          <w:rFonts w:cs="Times New Roman" w:hint="cs"/>
          <w:rtl/>
        </w:rPr>
        <w:t>النظام</w:t>
      </w:r>
      <w:r>
        <w:rPr>
          <w:rFonts w:cs="Times New Roman"/>
          <w:rtl/>
        </w:rPr>
        <w:t xml:space="preserve">، </w:t>
      </w:r>
      <w:r>
        <w:rPr>
          <w:rFonts w:cs="Times New Roman" w:hint="cs"/>
          <w:rtl/>
        </w:rPr>
        <w:t>مما</w:t>
      </w:r>
      <w:r>
        <w:rPr>
          <w:rFonts w:cs="Times New Roman"/>
          <w:rtl/>
        </w:rPr>
        <w:t xml:space="preserve"> </w:t>
      </w:r>
      <w:r>
        <w:rPr>
          <w:rFonts w:cs="Times New Roman" w:hint="cs"/>
          <w:rtl/>
        </w:rPr>
        <w:t>يُعد</w:t>
      </w:r>
      <w:r>
        <w:rPr>
          <w:rFonts w:cs="Times New Roman"/>
          <w:rtl/>
        </w:rPr>
        <w:t xml:space="preserve"> </w:t>
      </w:r>
      <w:r>
        <w:rPr>
          <w:rFonts w:cs="Times New Roman" w:hint="cs"/>
          <w:rtl/>
        </w:rPr>
        <w:t>ممارسة</w:t>
      </w:r>
      <w:r>
        <w:rPr>
          <w:rFonts w:cs="Times New Roman"/>
          <w:rtl/>
        </w:rPr>
        <w:t xml:space="preserve"> </w:t>
      </w:r>
      <w:r>
        <w:rPr>
          <w:rFonts w:cs="Times New Roman" w:hint="cs"/>
          <w:rtl/>
        </w:rPr>
        <w:t>أمنية</w:t>
      </w:r>
      <w:r>
        <w:rPr>
          <w:rFonts w:cs="Times New Roman"/>
          <w:rtl/>
        </w:rPr>
        <w:t xml:space="preserve"> </w:t>
      </w:r>
      <w:r>
        <w:rPr>
          <w:rFonts w:cs="Times New Roman" w:hint="cs"/>
          <w:rtl/>
        </w:rPr>
        <w:t>سليمة</w:t>
      </w:r>
      <w:r>
        <w:rPr>
          <w:rFonts w:cs="Times New Roman"/>
          <w:rtl/>
        </w:rPr>
        <w:t xml:space="preserve"> </w:t>
      </w:r>
      <w:r>
        <w:rPr>
          <w:rFonts w:cs="Times New Roman" w:hint="cs"/>
          <w:rtl/>
        </w:rPr>
        <w:t>تحمي</w:t>
      </w:r>
      <w:r>
        <w:rPr>
          <w:rFonts w:cs="Times New Roman"/>
          <w:rtl/>
        </w:rPr>
        <w:t xml:space="preserve"> </w:t>
      </w:r>
      <w:r>
        <w:rPr>
          <w:rFonts w:cs="Times New Roman" w:hint="cs"/>
          <w:rtl/>
        </w:rPr>
        <w:t>البيئة</w:t>
      </w:r>
      <w:r>
        <w:rPr>
          <w:rFonts w:cs="Times New Roman"/>
          <w:rtl/>
        </w:rPr>
        <w:t xml:space="preserve"> </w:t>
      </w:r>
      <w:r>
        <w:rPr>
          <w:rFonts w:cs="Times New Roman" w:hint="cs"/>
          <w:rtl/>
        </w:rPr>
        <w:t>من</w:t>
      </w:r>
      <w:r>
        <w:rPr>
          <w:rFonts w:cs="Times New Roman"/>
          <w:rtl/>
        </w:rPr>
        <w:t xml:space="preserve"> </w:t>
      </w:r>
      <w:r>
        <w:rPr>
          <w:rFonts w:cs="Times New Roman" w:hint="cs"/>
          <w:rtl/>
        </w:rPr>
        <w:t>تسريب</w:t>
      </w:r>
      <w:r>
        <w:rPr>
          <w:rFonts w:cs="Times New Roman"/>
          <w:rtl/>
        </w:rPr>
        <w:t xml:space="preserve"> </w:t>
      </w:r>
      <w:r>
        <w:rPr>
          <w:rFonts w:cs="Times New Roman" w:hint="cs"/>
          <w:rtl/>
        </w:rPr>
        <w:t>معلومات</w:t>
      </w:r>
      <w:r>
        <w:rPr>
          <w:rFonts w:cs="Times New Roman"/>
          <w:rtl/>
        </w:rPr>
        <w:t xml:space="preserve"> </w:t>
      </w:r>
      <w:r>
        <w:rPr>
          <w:rFonts w:cs="Times New Roman" w:hint="cs"/>
          <w:rtl/>
        </w:rPr>
        <w:t>الهوية</w:t>
      </w:r>
      <w:r>
        <w:t>."</w:t>
      </w:r>
    </w:p>
    <w:p w:rsidR="0016705C" w:rsidRDefault="0016705C" w:rsidP="0016705C">
      <w:pPr>
        <w:tabs>
          <w:tab w:val="left" w:pos="7020"/>
        </w:tabs>
      </w:pPr>
      <w:r>
        <w:t xml:space="preserve">Technical Description (English): "Documenting an attempt to extract user account lists from the Active Directory server using the </w:t>
      </w:r>
      <w:proofErr w:type="spellStart"/>
      <w:r>
        <w:t>smb</w:t>
      </w:r>
      <w:proofErr w:type="spellEnd"/>
      <w:r>
        <w:t>-</w:t>
      </w:r>
      <w:proofErr w:type="spellStart"/>
      <w:r>
        <w:t>enum</w:t>
      </w:r>
      <w:proofErr w:type="spellEnd"/>
      <w:r>
        <w:t>-users Nmap script. The results indicated that the attacker failed to retrieve any usernames despite successfully connecting to port 445. This confirms that the security policies enforced on Windows Server 2022 successfully prevent Anonymous Enumeration of system accounts, representing a solid security practice that protects the environment from identity information leakage."</w:t>
      </w:r>
    </w:p>
    <w:p w:rsidR="006A18C3" w:rsidRDefault="0016705C" w:rsidP="00AF7EBF">
      <w:pPr>
        <w:tabs>
          <w:tab w:val="left" w:pos="7020"/>
        </w:tabs>
        <w:rPr>
          <w:rtl/>
        </w:rPr>
      </w:pPr>
      <w:r>
        <w:rPr>
          <w:noProof/>
        </w:rPr>
        <w:drawing>
          <wp:inline distT="0" distB="0" distL="0" distR="0">
            <wp:extent cx="4102311" cy="123831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محاولة سرد حسابات المستخدمين عبر بروتوكول SMB (SMB Users Enumeration Attempt).png"/>
                    <pic:cNvPicPr/>
                  </pic:nvPicPr>
                  <pic:blipFill>
                    <a:blip r:embed="rId37">
                      <a:extLst>
                        <a:ext uri="{28A0092B-C50C-407E-A947-70E740481C1C}">
                          <a14:useLocalDpi xmlns:a14="http://schemas.microsoft.com/office/drawing/2010/main" val="0"/>
                        </a:ext>
                      </a:extLst>
                    </a:blip>
                    <a:stretch>
                      <a:fillRect/>
                    </a:stretch>
                  </pic:blipFill>
                  <pic:spPr>
                    <a:xfrm>
                      <a:off x="0" y="0"/>
                      <a:ext cx="4102311" cy="1238314"/>
                    </a:xfrm>
                    <a:prstGeom prst="rect">
                      <a:avLst/>
                    </a:prstGeom>
                  </pic:spPr>
                </pic:pic>
              </a:graphicData>
            </a:graphic>
          </wp:inline>
        </w:drawing>
      </w:r>
    </w:p>
    <w:p w:rsidR="0016705C" w:rsidRDefault="0016705C" w:rsidP="00AF7EBF">
      <w:pPr>
        <w:tabs>
          <w:tab w:val="left" w:pos="7020"/>
        </w:tabs>
        <w:rPr>
          <w:rtl/>
        </w:rPr>
      </w:pPr>
    </w:p>
    <w:p w:rsidR="0016705C" w:rsidRDefault="0016705C" w:rsidP="00AF7EBF">
      <w:pPr>
        <w:tabs>
          <w:tab w:val="left" w:pos="7020"/>
        </w:tabs>
        <w:rPr>
          <w:rtl/>
        </w:rPr>
      </w:pPr>
    </w:p>
    <w:p w:rsidR="0016705C" w:rsidRDefault="0016705C" w:rsidP="00AF7EBF">
      <w:pPr>
        <w:tabs>
          <w:tab w:val="left" w:pos="7020"/>
        </w:tabs>
        <w:rPr>
          <w:rtl/>
        </w:rPr>
      </w:pPr>
    </w:p>
    <w:p w:rsidR="0016705C" w:rsidRDefault="0016705C" w:rsidP="00AF7EBF">
      <w:pPr>
        <w:tabs>
          <w:tab w:val="left" w:pos="7020"/>
        </w:tabs>
        <w:rPr>
          <w:rtl/>
        </w:rPr>
      </w:pPr>
    </w:p>
    <w:p w:rsidR="0016705C" w:rsidRDefault="0016705C" w:rsidP="00AF7EBF">
      <w:pPr>
        <w:tabs>
          <w:tab w:val="left" w:pos="7020"/>
        </w:tabs>
        <w:rPr>
          <w:rtl/>
        </w:rPr>
      </w:pPr>
    </w:p>
    <w:p w:rsidR="0016705C" w:rsidRDefault="0016705C" w:rsidP="00AF7EBF">
      <w:pPr>
        <w:tabs>
          <w:tab w:val="left" w:pos="7020"/>
        </w:tabs>
        <w:rPr>
          <w:rtl/>
        </w:rPr>
      </w:pPr>
    </w:p>
    <w:p w:rsidR="0016705C" w:rsidRDefault="0016705C" w:rsidP="00AF7EBF">
      <w:pPr>
        <w:tabs>
          <w:tab w:val="left" w:pos="7020"/>
        </w:tabs>
        <w:rPr>
          <w:rtl/>
        </w:rPr>
      </w:pPr>
    </w:p>
    <w:p w:rsidR="0016705C" w:rsidRDefault="0016705C" w:rsidP="00AF7EBF">
      <w:pPr>
        <w:tabs>
          <w:tab w:val="left" w:pos="7020"/>
        </w:tabs>
        <w:rPr>
          <w:rtl/>
        </w:rPr>
      </w:pPr>
    </w:p>
    <w:p w:rsidR="0016705C" w:rsidRDefault="0016705C" w:rsidP="00AF7EBF">
      <w:pPr>
        <w:tabs>
          <w:tab w:val="left" w:pos="7020"/>
        </w:tabs>
        <w:rPr>
          <w:rtl/>
        </w:rPr>
      </w:pPr>
    </w:p>
    <w:p w:rsidR="0016705C" w:rsidRDefault="0016705C" w:rsidP="00AF7EBF">
      <w:pPr>
        <w:tabs>
          <w:tab w:val="left" w:pos="7020"/>
        </w:tabs>
        <w:rPr>
          <w:rtl/>
        </w:rPr>
      </w:pPr>
    </w:p>
    <w:p w:rsidR="0016705C" w:rsidRDefault="0016705C" w:rsidP="00AF7EBF">
      <w:pPr>
        <w:tabs>
          <w:tab w:val="left" w:pos="7020"/>
        </w:tabs>
        <w:rPr>
          <w:rtl/>
        </w:rPr>
      </w:pPr>
    </w:p>
    <w:p w:rsidR="0016705C" w:rsidRDefault="0016705C" w:rsidP="00AF7EBF">
      <w:pPr>
        <w:tabs>
          <w:tab w:val="left" w:pos="7020"/>
        </w:tabs>
        <w:rPr>
          <w:rtl/>
        </w:rPr>
      </w:pPr>
    </w:p>
    <w:p w:rsidR="0016705C" w:rsidRDefault="0016705C" w:rsidP="0016705C">
      <w:pPr>
        <w:tabs>
          <w:tab w:val="left" w:pos="7020"/>
        </w:tabs>
        <w:rPr>
          <w:rFonts w:cs="Times New Roman"/>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(22): </w:t>
      </w:r>
      <w:r>
        <w:rPr>
          <w:rFonts w:cs="Times New Roman" w:hint="cs"/>
          <w:rtl/>
        </w:rPr>
        <w:t>التحقق</w:t>
      </w:r>
      <w:r>
        <w:rPr>
          <w:rFonts w:cs="Times New Roman"/>
          <w:rtl/>
        </w:rPr>
        <w:t xml:space="preserve"> </w:t>
      </w:r>
      <w:r>
        <w:rPr>
          <w:rFonts w:cs="Times New Roman" w:hint="cs"/>
          <w:rtl/>
        </w:rPr>
        <w:t>من</w:t>
      </w:r>
      <w:r>
        <w:rPr>
          <w:rFonts w:cs="Times New Roman"/>
          <w:rtl/>
        </w:rPr>
        <w:t xml:space="preserve"> </w:t>
      </w:r>
      <w:r>
        <w:rPr>
          <w:rFonts w:cs="Times New Roman" w:hint="cs"/>
          <w:rtl/>
        </w:rPr>
        <w:t>صحة</w:t>
      </w:r>
      <w:r>
        <w:rPr>
          <w:rFonts w:cs="Times New Roman"/>
          <w:rtl/>
        </w:rPr>
        <w:t xml:space="preserve"> </w:t>
      </w:r>
      <w:r>
        <w:rPr>
          <w:rFonts w:cs="Times New Roman" w:hint="cs"/>
          <w:rtl/>
        </w:rPr>
        <w:t>بيانات</w:t>
      </w:r>
      <w:r>
        <w:rPr>
          <w:rFonts w:cs="Times New Roman"/>
          <w:rtl/>
        </w:rPr>
        <w:t xml:space="preserve"> </w:t>
      </w:r>
      <w:r>
        <w:rPr>
          <w:rFonts w:cs="Times New Roman" w:hint="cs"/>
          <w:rtl/>
        </w:rPr>
        <w:t>الاعتماد</w:t>
      </w:r>
      <w:r>
        <w:rPr>
          <w:rFonts w:cs="Times New Roman"/>
          <w:rtl/>
        </w:rPr>
        <w:t xml:space="preserve"> </w:t>
      </w:r>
      <w:r>
        <w:rPr>
          <w:rFonts w:cs="Times New Roman" w:hint="cs"/>
          <w:rtl/>
        </w:rPr>
        <w:t>وسرد</w:t>
      </w:r>
      <w:r>
        <w:rPr>
          <w:rFonts w:cs="Times New Roman"/>
          <w:rtl/>
        </w:rPr>
        <w:t xml:space="preserve"> </w:t>
      </w:r>
      <w:r>
        <w:rPr>
          <w:rFonts w:cs="Times New Roman" w:hint="cs"/>
          <w:rtl/>
        </w:rPr>
        <w:t>المجلدات</w:t>
      </w:r>
      <w:r>
        <w:rPr>
          <w:rFonts w:cs="Times New Roman"/>
          <w:rtl/>
        </w:rPr>
        <w:t xml:space="preserve"> </w:t>
      </w:r>
      <w:r>
        <w:rPr>
          <w:rFonts w:cs="Times New Roman" w:hint="cs"/>
          <w:rtl/>
        </w:rPr>
        <w:t>المشتركة</w:t>
      </w:r>
    </w:p>
    <w:p w:rsidR="0016705C" w:rsidRDefault="0016705C" w:rsidP="0016705C">
      <w:pPr>
        <w:tabs>
          <w:tab w:val="left" w:pos="7020"/>
        </w:tabs>
      </w:pPr>
      <w:r>
        <w:t xml:space="preserve"> (Credential Validation &amp; Share Enumeration)</w:t>
      </w:r>
    </w:p>
    <w:p w:rsidR="0016705C" w:rsidRDefault="0016705C" w:rsidP="0016705C">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نجاح</w:t>
      </w:r>
      <w:r>
        <w:rPr>
          <w:rFonts w:cs="Times New Roman"/>
          <w:rtl/>
        </w:rPr>
        <w:t xml:space="preserve"> </w:t>
      </w:r>
      <w:r>
        <w:rPr>
          <w:rFonts w:cs="Times New Roman" w:hint="cs"/>
          <w:rtl/>
        </w:rPr>
        <w:t>الوصول</w:t>
      </w:r>
      <w:r>
        <w:rPr>
          <w:rFonts w:cs="Times New Roman"/>
          <w:rtl/>
        </w:rPr>
        <w:t xml:space="preserve"> </w:t>
      </w:r>
      <w:r>
        <w:rPr>
          <w:rFonts w:cs="Times New Roman" w:hint="cs"/>
          <w:rtl/>
        </w:rPr>
        <w:t>إلى</w:t>
      </w:r>
      <w:r>
        <w:rPr>
          <w:rFonts w:cs="Times New Roman"/>
          <w:rtl/>
        </w:rPr>
        <w:t xml:space="preserve"> </w:t>
      </w:r>
      <w:r>
        <w:rPr>
          <w:rFonts w:cs="Times New Roman" w:hint="cs"/>
          <w:rtl/>
        </w:rPr>
        <w:t>خادم</w:t>
      </w:r>
      <w:r>
        <w:t xml:space="preserve"> Windows Server </w:t>
      </w:r>
      <w:r>
        <w:rPr>
          <w:rFonts w:cs="Times New Roman" w:hint="cs"/>
          <w:rtl/>
        </w:rPr>
        <w:t>باستخدام</w:t>
      </w:r>
      <w:r>
        <w:rPr>
          <w:rFonts w:cs="Times New Roman"/>
          <w:rtl/>
        </w:rPr>
        <w:t xml:space="preserve"> </w:t>
      </w:r>
      <w:r>
        <w:rPr>
          <w:rFonts w:cs="Times New Roman" w:hint="cs"/>
          <w:rtl/>
        </w:rPr>
        <w:t>بيانات</w:t>
      </w:r>
      <w:r>
        <w:rPr>
          <w:rFonts w:cs="Times New Roman"/>
          <w:rtl/>
        </w:rPr>
        <w:t xml:space="preserve"> </w:t>
      </w:r>
      <w:r>
        <w:rPr>
          <w:rFonts w:cs="Times New Roman" w:hint="cs"/>
          <w:rtl/>
        </w:rPr>
        <w:t>اعتماد</w:t>
      </w:r>
      <w:r>
        <w:rPr>
          <w:rFonts w:cs="Times New Roman"/>
          <w:rtl/>
        </w:rPr>
        <w:t xml:space="preserve"> </w:t>
      </w:r>
      <w:r>
        <w:rPr>
          <w:rFonts w:cs="Times New Roman" w:hint="cs"/>
          <w:rtl/>
        </w:rPr>
        <w:t>مستخدم</w:t>
      </w:r>
      <w:r>
        <w:rPr>
          <w:rFonts w:cs="Times New Roman"/>
          <w:rtl/>
        </w:rPr>
        <w:t xml:space="preserve"> </w:t>
      </w:r>
      <w:r>
        <w:rPr>
          <w:rFonts w:cs="Times New Roman" w:hint="cs"/>
          <w:rtl/>
        </w:rPr>
        <w:t>النطاق</w:t>
      </w:r>
      <w:r>
        <w:t xml:space="preserve"> (</w:t>
      </w:r>
      <w:proofErr w:type="spellStart"/>
      <w:r>
        <w:t>ahmed.ali</w:t>
      </w:r>
      <w:proofErr w:type="spellEnd"/>
      <w:r>
        <w:t xml:space="preserve">) </w:t>
      </w:r>
      <w:r>
        <w:rPr>
          <w:rFonts w:cs="Times New Roman" w:hint="cs"/>
          <w:rtl/>
        </w:rPr>
        <w:t>بعد</w:t>
      </w:r>
      <w:r>
        <w:rPr>
          <w:rFonts w:cs="Times New Roman"/>
          <w:rtl/>
        </w:rPr>
        <w:t xml:space="preserve"> </w:t>
      </w:r>
      <w:r>
        <w:rPr>
          <w:rFonts w:cs="Times New Roman" w:hint="cs"/>
          <w:rtl/>
        </w:rPr>
        <w:t>تغيير</w:t>
      </w:r>
      <w:r>
        <w:rPr>
          <w:rFonts w:cs="Times New Roman"/>
          <w:rtl/>
        </w:rPr>
        <w:t xml:space="preserve"> </w:t>
      </w:r>
      <w:r>
        <w:rPr>
          <w:rFonts w:cs="Times New Roman" w:hint="cs"/>
          <w:rtl/>
        </w:rPr>
        <w:t>كلمة</w:t>
      </w:r>
      <w:r>
        <w:rPr>
          <w:rFonts w:cs="Times New Roman"/>
          <w:rtl/>
        </w:rPr>
        <w:t xml:space="preserve"> </w:t>
      </w:r>
      <w:r>
        <w:rPr>
          <w:rFonts w:cs="Times New Roman" w:hint="cs"/>
          <w:rtl/>
        </w:rPr>
        <w:t>المرور</w:t>
      </w:r>
      <w:r>
        <w:rPr>
          <w:rFonts w:cs="Times New Roman"/>
          <w:rtl/>
        </w:rPr>
        <w:t xml:space="preserve"> </w:t>
      </w:r>
      <w:r>
        <w:rPr>
          <w:rFonts w:cs="Times New Roman" w:hint="cs"/>
          <w:rtl/>
        </w:rPr>
        <w:t>الافتراضية</w:t>
      </w:r>
      <w:r>
        <w:rPr>
          <w:rFonts w:cs="Times New Roman"/>
          <w:rtl/>
        </w:rPr>
        <w:t xml:space="preserve">. </w:t>
      </w:r>
      <w:r>
        <w:rPr>
          <w:rFonts w:cs="Times New Roman" w:hint="cs"/>
          <w:rtl/>
        </w:rPr>
        <w:t>تم</w:t>
      </w:r>
      <w:r>
        <w:rPr>
          <w:rFonts w:cs="Times New Roman"/>
          <w:rtl/>
        </w:rPr>
        <w:t xml:space="preserve"> </w:t>
      </w:r>
      <w:r>
        <w:rPr>
          <w:rFonts w:cs="Times New Roman" w:hint="cs"/>
          <w:rtl/>
        </w:rPr>
        <w:t>استخدام</w:t>
      </w:r>
      <w:r>
        <w:rPr>
          <w:rFonts w:cs="Times New Roman"/>
          <w:rtl/>
        </w:rPr>
        <w:t xml:space="preserve"> </w:t>
      </w:r>
      <w:r>
        <w:rPr>
          <w:rFonts w:cs="Times New Roman" w:hint="cs"/>
          <w:rtl/>
        </w:rPr>
        <w:t>أداة</w:t>
      </w:r>
      <w:r>
        <w:t xml:space="preserve"> </w:t>
      </w:r>
      <w:proofErr w:type="spellStart"/>
      <w:r>
        <w:t>smbclient</w:t>
      </w:r>
      <w:proofErr w:type="spellEnd"/>
      <w:r>
        <w:t xml:space="preserve"> </w:t>
      </w:r>
      <w:r>
        <w:rPr>
          <w:rFonts w:cs="Times New Roman" w:hint="cs"/>
          <w:rtl/>
        </w:rPr>
        <w:t>لسرد</w:t>
      </w:r>
      <w:r>
        <w:rPr>
          <w:rFonts w:cs="Times New Roman"/>
          <w:rtl/>
        </w:rPr>
        <w:t xml:space="preserve"> </w:t>
      </w:r>
      <w:r>
        <w:rPr>
          <w:rFonts w:cs="Times New Roman" w:hint="cs"/>
          <w:rtl/>
        </w:rPr>
        <w:t>المجلدات</w:t>
      </w:r>
      <w:r>
        <w:rPr>
          <w:rFonts w:cs="Times New Roman"/>
          <w:rtl/>
        </w:rPr>
        <w:t xml:space="preserve"> </w:t>
      </w:r>
      <w:r>
        <w:rPr>
          <w:rFonts w:cs="Times New Roman" w:hint="cs"/>
          <w:rtl/>
        </w:rPr>
        <w:t>المشتركة</w:t>
      </w:r>
      <w:r>
        <w:rPr>
          <w:rFonts w:cs="Times New Roman"/>
          <w:rtl/>
        </w:rPr>
        <w:t xml:space="preserve">، </w:t>
      </w:r>
      <w:r>
        <w:rPr>
          <w:rFonts w:cs="Times New Roman" w:hint="cs"/>
          <w:rtl/>
        </w:rPr>
        <w:t>وظهرت</w:t>
      </w:r>
      <w:r>
        <w:rPr>
          <w:rFonts w:cs="Times New Roman"/>
          <w:rtl/>
        </w:rPr>
        <w:t xml:space="preserve"> </w:t>
      </w:r>
      <w:r>
        <w:rPr>
          <w:rFonts w:cs="Times New Roman" w:hint="cs"/>
          <w:rtl/>
        </w:rPr>
        <w:t>المجلدات</w:t>
      </w:r>
      <w:r>
        <w:rPr>
          <w:rFonts w:cs="Times New Roman"/>
          <w:rtl/>
        </w:rPr>
        <w:t xml:space="preserve"> </w:t>
      </w:r>
      <w:r>
        <w:rPr>
          <w:rFonts w:cs="Times New Roman" w:hint="cs"/>
          <w:rtl/>
        </w:rPr>
        <w:t>الحساسة</w:t>
      </w:r>
      <w:r>
        <w:rPr>
          <w:rFonts w:cs="Times New Roman"/>
          <w:rtl/>
        </w:rPr>
        <w:t xml:space="preserve"> </w:t>
      </w:r>
      <w:r>
        <w:rPr>
          <w:rFonts w:cs="Times New Roman" w:hint="cs"/>
          <w:rtl/>
        </w:rPr>
        <w:t>الافتراضية</w:t>
      </w:r>
      <w:r>
        <w:rPr>
          <w:rFonts w:cs="Times New Roman"/>
          <w:rtl/>
        </w:rPr>
        <w:t xml:space="preserve"> </w:t>
      </w:r>
      <w:r>
        <w:rPr>
          <w:rFonts w:cs="Times New Roman" w:hint="cs"/>
          <w:rtl/>
        </w:rPr>
        <w:t>مثل</w:t>
      </w:r>
      <w:r>
        <w:t xml:space="preserve"> C$ </w:t>
      </w:r>
      <w:proofErr w:type="gramStart"/>
      <w:r>
        <w:rPr>
          <w:rFonts w:cs="Times New Roman" w:hint="cs"/>
          <w:rtl/>
        </w:rPr>
        <w:t>و</w:t>
      </w:r>
      <w:r>
        <w:t xml:space="preserve"> ADMIN</w:t>
      </w:r>
      <w:proofErr w:type="gramEnd"/>
      <w:r>
        <w:t xml:space="preserve">$ </w:t>
      </w:r>
      <w:r>
        <w:rPr>
          <w:rFonts w:cs="Times New Roman" w:hint="cs"/>
          <w:rtl/>
        </w:rPr>
        <w:t>بالإضافة</w:t>
      </w:r>
      <w:r>
        <w:rPr>
          <w:rFonts w:cs="Times New Roman"/>
          <w:rtl/>
        </w:rPr>
        <w:t xml:space="preserve"> </w:t>
      </w:r>
      <w:r>
        <w:rPr>
          <w:rFonts w:cs="Times New Roman" w:hint="cs"/>
          <w:rtl/>
        </w:rPr>
        <w:t>إلى</w:t>
      </w:r>
      <w:r>
        <w:rPr>
          <w:rFonts w:cs="Times New Roman"/>
          <w:rtl/>
        </w:rPr>
        <w:t xml:space="preserve"> </w:t>
      </w:r>
      <w:r>
        <w:rPr>
          <w:rFonts w:cs="Times New Roman" w:hint="cs"/>
          <w:rtl/>
        </w:rPr>
        <w:t>مجلدات</w:t>
      </w:r>
      <w:r>
        <w:rPr>
          <w:rFonts w:cs="Times New Roman"/>
          <w:rtl/>
        </w:rPr>
        <w:t xml:space="preserve"> </w:t>
      </w:r>
      <w:r>
        <w:rPr>
          <w:rFonts w:cs="Times New Roman" w:hint="cs"/>
          <w:rtl/>
        </w:rPr>
        <w:t>النطاق</w:t>
      </w:r>
      <w:r>
        <w:rPr>
          <w:rFonts w:cs="Times New Roman"/>
          <w:rtl/>
        </w:rPr>
        <w:t xml:space="preserve"> </w:t>
      </w:r>
      <w:r>
        <w:rPr>
          <w:rFonts w:cs="Times New Roman" w:hint="cs"/>
          <w:rtl/>
        </w:rPr>
        <w:t>الأساسية</w:t>
      </w:r>
      <w:r>
        <w:t xml:space="preserve"> NETLOGON </w:t>
      </w:r>
      <w:r>
        <w:rPr>
          <w:rFonts w:cs="Times New Roman" w:hint="cs"/>
          <w:rtl/>
        </w:rPr>
        <w:t>و</w:t>
      </w:r>
      <w:r>
        <w:t xml:space="preserve"> SYSVOL. </w:t>
      </w:r>
      <w:r>
        <w:rPr>
          <w:rFonts w:cs="Times New Roman" w:hint="cs"/>
          <w:rtl/>
        </w:rPr>
        <w:t>هذه</w:t>
      </w:r>
      <w:r>
        <w:rPr>
          <w:rFonts w:cs="Times New Roman"/>
          <w:rtl/>
        </w:rPr>
        <w:t xml:space="preserve"> </w:t>
      </w:r>
      <w:r>
        <w:rPr>
          <w:rFonts w:cs="Times New Roman" w:hint="cs"/>
          <w:rtl/>
        </w:rPr>
        <w:t>النتيجة</w:t>
      </w:r>
      <w:r>
        <w:rPr>
          <w:rFonts w:cs="Times New Roman"/>
          <w:rtl/>
        </w:rPr>
        <w:t xml:space="preserve"> </w:t>
      </w:r>
      <w:r>
        <w:rPr>
          <w:rFonts w:cs="Times New Roman" w:hint="cs"/>
          <w:rtl/>
        </w:rPr>
        <w:t>تثبت</w:t>
      </w:r>
      <w:r>
        <w:rPr>
          <w:rFonts w:cs="Times New Roman"/>
          <w:rtl/>
        </w:rPr>
        <w:t xml:space="preserve"> </w:t>
      </w:r>
      <w:r>
        <w:rPr>
          <w:rFonts w:cs="Times New Roman" w:hint="cs"/>
          <w:rtl/>
        </w:rPr>
        <w:t>أن</w:t>
      </w:r>
      <w:r>
        <w:rPr>
          <w:rFonts w:cs="Times New Roman"/>
          <w:rtl/>
        </w:rPr>
        <w:t xml:space="preserve"> </w:t>
      </w:r>
      <w:r>
        <w:rPr>
          <w:rFonts w:cs="Times New Roman" w:hint="cs"/>
          <w:rtl/>
        </w:rPr>
        <w:t>المهاجم</w:t>
      </w:r>
      <w:r>
        <w:rPr>
          <w:rFonts w:cs="Times New Roman"/>
          <w:rtl/>
        </w:rPr>
        <w:t xml:space="preserve"> </w:t>
      </w:r>
      <w:r>
        <w:rPr>
          <w:rFonts w:cs="Times New Roman" w:hint="cs"/>
          <w:rtl/>
        </w:rPr>
        <w:t>الذي</w:t>
      </w:r>
      <w:r>
        <w:rPr>
          <w:rFonts w:cs="Times New Roman"/>
          <w:rtl/>
        </w:rPr>
        <w:t xml:space="preserve"> </w:t>
      </w:r>
      <w:r>
        <w:rPr>
          <w:rFonts w:cs="Times New Roman" w:hint="cs"/>
          <w:rtl/>
        </w:rPr>
        <w:t>يمتلك</w:t>
      </w:r>
      <w:r>
        <w:rPr>
          <w:rFonts w:cs="Times New Roman"/>
          <w:rtl/>
        </w:rPr>
        <w:t xml:space="preserve"> </w:t>
      </w:r>
      <w:r>
        <w:rPr>
          <w:rFonts w:cs="Times New Roman" w:hint="cs"/>
          <w:rtl/>
        </w:rPr>
        <w:t>حساب</w:t>
      </w:r>
      <w:r>
        <w:rPr>
          <w:rFonts w:cs="Times New Roman"/>
          <w:rtl/>
        </w:rPr>
        <w:t xml:space="preserve"> </w:t>
      </w:r>
      <w:r>
        <w:rPr>
          <w:rFonts w:cs="Times New Roman" w:hint="cs"/>
          <w:rtl/>
        </w:rPr>
        <w:t>مستخدم</w:t>
      </w:r>
      <w:r>
        <w:rPr>
          <w:rFonts w:cs="Times New Roman"/>
          <w:rtl/>
        </w:rPr>
        <w:t xml:space="preserve"> </w:t>
      </w:r>
      <w:r>
        <w:rPr>
          <w:rFonts w:cs="Times New Roman" w:hint="cs"/>
          <w:rtl/>
        </w:rPr>
        <w:t>عادي</w:t>
      </w:r>
      <w:r>
        <w:rPr>
          <w:rFonts w:cs="Times New Roman"/>
          <w:rtl/>
        </w:rPr>
        <w:t xml:space="preserve"> </w:t>
      </w:r>
      <w:r>
        <w:rPr>
          <w:rFonts w:cs="Times New Roman" w:hint="cs"/>
          <w:rtl/>
        </w:rPr>
        <w:t>يمكنه</w:t>
      </w:r>
      <w:r>
        <w:rPr>
          <w:rFonts w:cs="Times New Roman"/>
          <w:rtl/>
        </w:rPr>
        <w:t xml:space="preserve"> </w:t>
      </w:r>
      <w:r>
        <w:rPr>
          <w:rFonts w:cs="Times New Roman" w:hint="cs"/>
          <w:rtl/>
        </w:rPr>
        <w:t>الوصول</w:t>
      </w:r>
      <w:r>
        <w:rPr>
          <w:rFonts w:cs="Times New Roman"/>
          <w:rtl/>
        </w:rPr>
        <w:t xml:space="preserve"> </w:t>
      </w:r>
      <w:r>
        <w:rPr>
          <w:rFonts w:cs="Times New Roman" w:hint="cs"/>
          <w:rtl/>
        </w:rPr>
        <w:t>لقراءة</w:t>
      </w:r>
      <w:r>
        <w:rPr>
          <w:rFonts w:cs="Times New Roman"/>
          <w:rtl/>
        </w:rPr>
        <w:t xml:space="preserve"> </w:t>
      </w:r>
      <w:r>
        <w:rPr>
          <w:rFonts w:cs="Times New Roman" w:hint="cs"/>
          <w:rtl/>
        </w:rPr>
        <w:t>سياسات</w:t>
      </w:r>
      <w:r>
        <w:rPr>
          <w:rFonts w:cs="Times New Roman"/>
          <w:rtl/>
        </w:rPr>
        <w:t xml:space="preserve"> </w:t>
      </w:r>
      <w:r>
        <w:rPr>
          <w:rFonts w:cs="Times New Roman" w:hint="cs"/>
          <w:rtl/>
        </w:rPr>
        <w:t>النطاق</w:t>
      </w:r>
      <w:r>
        <w:t xml:space="preserve"> (Group Policies) </w:t>
      </w:r>
      <w:r>
        <w:rPr>
          <w:rFonts w:cs="Times New Roman" w:hint="cs"/>
          <w:rtl/>
        </w:rPr>
        <w:t>المخزنة</w:t>
      </w:r>
      <w:r>
        <w:rPr>
          <w:rFonts w:cs="Times New Roman"/>
          <w:rtl/>
        </w:rPr>
        <w:t xml:space="preserve"> </w:t>
      </w:r>
      <w:r>
        <w:rPr>
          <w:rFonts w:cs="Times New Roman" w:hint="cs"/>
          <w:rtl/>
        </w:rPr>
        <w:t>في</w:t>
      </w:r>
      <w:r>
        <w:t xml:space="preserve"> SYSVOL</w:t>
      </w:r>
      <w:r>
        <w:rPr>
          <w:rFonts w:cs="Times New Roman"/>
          <w:rtl/>
        </w:rPr>
        <w:t xml:space="preserve">، </w:t>
      </w:r>
      <w:r>
        <w:rPr>
          <w:rFonts w:cs="Times New Roman" w:hint="cs"/>
          <w:rtl/>
        </w:rPr>
        <w:t>مما</w:t>
      </w:r>
      <w:r>
        <w:rPr>
          <w:rFonts w:cs="Times New Roman"/>
          <w:rtl/>
        </w:rPr>
        <w:t xml:space="preserve"> </w:t>
      </w:r>
      <w:r>
        <w:rPr>
          <w:rFonts w:cs="Times New Roman" w:hint="cs"/>
          <w:rtl/>
        </w:rPr>
        <w:t>يمثل</w:t>
      </w:r>
      <w:r>
        <w:rPr>
          <w:rFonts w:cs="Times New Roman"/>
          <w:rtl/>
        </w:rPr>
        <w:t xml:space="preserve"> </w:t>
      </w:r>
      <w:r>
        <w:rPr>
          <w:rFonts w:cs="Times New Roman" w:hint="cs"/>
          <w:rtl/>
        </w:rPr>
        <w:t>نقطة</w:t>
      </w:r>
      <w:r>
        <w:rPr>
          <w:rFonts w:cs="Times New Roman"/>
          <w:rtl/>
        </w:rPr>
        <w:t xml:space="preserve"> </w:t>
      </w:r>
      <w:r>
        <w:rPr>
          <w:rFonts w:cs="Times New Roman" w:hint="cs"/>
          <w:rtl/>
        </w:rPr>
        <w:t>انطلاق</w:t>
      </w:r>
      <w:r>
        <w:rPr>
          <w:rFonts w:cs="Times New Roman"/>
          <w:rtl/>
        </w:rPr>
        <w:t xml:space="preserve"> </w:t>
      </w:r>
      <w:r>
        <w:rPr>
          <w:rFonts w:cs="Times New Roman" w:hint="cs"/>
          <w:rtl/>
        </w:rPr>
        <w:t>لعمليات</w:t>
      </w:r>
      <w:r>
        <w:rPr>
          <w:rFonts w:cs="Times New Roman"/>
          <w:rtl/>
        </w:rPr>
        <w:t xml:space="preserve"> </w:t>
      </w:r>
      <w:r>
        <w:rPr>
          <w:rFonts w:cs="Times New Roman" w:hint="cs"/>
          <w:rtl/>
        </w:rPr>
        <w:t>استغلال</w:t>
      </w:r>
      <w:r>
        <w:rPr>
          <w:rFonts w:cs="Times New Roman"/>
          <w:rtl/>
        </w:rPr>
        <w:t xml:space="preserve"> </w:t>
      </w:r>
      <w:r>
        <w:rPr>
          <w:rFonts w:cs="Times New Roman" w:hint="cs"/>
          <w:rtl/>
        </w:rPr>
        <w:t>أعمق</w:t>
      </w:r>
      <w:r>
        <w:t>."</w:t>
      </w:r>
    </w:p>
    <w:p w:rsidR="0016705C" w:rsidRDefault="0016705C" w:rsidP="0016705C">
      <w:pPr>
        <w:tabs>
          <w:tab w:val="left" w:pos="7020"/>
        </w:tabs>
        <w:rPr>
          <w:rtl/>
        </w:rPr>
      </w:pPr>
      <w:r>
        <w:t>Technical Description (English): "Documenting successful access to the Windows Server using domain user credentials (</w:t>
      </w:r>
      <w:proofErr w:type="spellStart"/>
      <w:r>
        <w:t>ahmed.ali</w:t>
      </w:r>
      <w:proofErr w:type="spellEnd"/>
      <w:r>
        <w:t xml:space="preserve">) after updating the default password. The </w:t>
      </w:r>
      <w:proofErr w:type="spellStart"/>
      <w:r>
        <w:t>smbclient</w:t>
      </w:r>
      <w:proofErr w:type="spellEnd"/>
      <w:r>
        <w:t xml:space="preserve"> tool was utilized to enumerate shared folders, revealing default administrative shares such as C$ and ADMIN$, alongside essential domain shares NETLOGON and SYSVOL. This outcome confirms that an attacker possessing a standard user account can access and read Group Policy objects stored in SYSVOL, establishing a foothold for further exploitation attempts."</w:t>
      </w:r>
    </w:p>
    <w:p w:rsidR="00324D02" w:rsidRDefault="00324D02" w:rsidP="0016705C">
      <w:pPr>
        <w:tabs>
          <w:tab w:val="left" w:pos="7020"/>
        </w:tabs>
        <w:rPr>
          <w:rtl/>
        </w:rPr>
      </w:pPr>
      <w:r>
        <w:rPr>
          <w:noProof/>
        </w:rPr>
        <w:drawing>
          <wp:inline distT="0" distB="0" distL="0" distR="0">
            <wp:extent cx="4121362" cy="150502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التحقق من صحة بيانات الاعتماد وسرد المجلدات المشتركة (Credential Validation &amp; Share Enumeration).png"/>
                    <pic:cNvPicPr/>
                  </pic:nvPicPr>
                  <pic:blipFill>
                    <a:blip r:embed="rId38">
                      <a:extLst>
                        <a:ext uri="{28A0092B-C50C-407E-A947-70E740481C1C}">
                          <a14:useLocalDpi xmlns:a14="http://schemas.microsoft.com/office/drawing/2010/main" val="0"/>
                        </a:ext>
                      </a:extLst>
                    </a:blip>
                    <a:stretch>
                      <a:fillRect/>
                    </a:stretch>
                  </pic:blipFill>
                  <pic:spPr>
                    <a:xfrm>
                      <a:off x="0" y="0"/>
                      <a:ext cx="4121362" cy="1505027"/>
                    </a:xfrm>
                    <a:prstGeom prst="rect">
                      <a:avLst/>
                    </a:prstGeom>
                  </pic:spPr>
                </pic:pic>
              </a:graphicData>
            </a:graphic>
          </wp:inline>
        </w:drawing>
      </w:r>
    </w:p>
    <w:p w:rsidR="00324D02" w:rsidRDefault="00324D02" w:rsidP="0016705C">
      <w:pPr>
        <w:tabs>
          <w:tab w:val="left" w:pos="7020"/>
        </w:tabs>
        <w:rPr>
          <w:rtl/>
        </w:rPr>
      </w:pPr>
    </w:p>
    <w:p w:rsidR="00324D02" w:rsidRDefault="00324D02" w:rsidP="0016705C">
      <w:pPr>
        <w:tabs>
          <w:tab w:val="left" w:pos="7020"/>
        </w:tabs>
        <w:rPr>
          <w:rtl/>
        </w:rPr>
      </w:pPr>
    </w:p>
    <w:p w:rsidR="00324D02" w:rsidRDefault="00324D02" w:rsidP="0016705C">
      <w:pPr>
        <w:tabs>
          <w:tab w:val="left" w:pos="7020"/>
        </w:tabs>
        <w:rPr>
          <w:rtl/>
        </w:rPr>
      </w:pPr>
    </w:p>
    <w:p w:rsidR="00324D02" w:rsidRDefault="00324D02" w:rsidP="0016705C">
      <w:pPr>
        <w:tabs>
          <w:tab w:val="left" w:pos="7020"/>
        </w:tabs>
        <w:rPr>
          <w:rtl/>
        </w:rPr>
      </w:pPr>
    </w:p>
    <w:p w:rsidR="00324D02" w:rsidRDefault="00324D02" w:rsidP="0016705C">
      <w:pPr>
        <w:tabs>
          <w:tab w:val="left" w:pos="7020"/>
        </w:tabs>
        <w:rPr>
          <w:rtl/>
        </w:rPr>
      </w:pPr>
    </w:p>
    <w:p w:rsidR="00324D02" w:rsidRDefault="00324D02" w:rsidP="0016705C">
      <w:pPr>
        <w:tabs>
          <w:tab w:val="left" w:pos="7020"/>
        </w:tabs>
        <w:rPr>
          <w:rtl/>
        </w:rPr>
      </w:pPr>
    </w:p>
    <w:p w:rsidR="00324D02" w:rsidRDefault="00324D02" w:rsidP="0016705C">
      <w:pPr>
        <w:tabs>
          <w:tab w:val="left" w:pos="7020"/>
        </w:tabs>
        <w:rPr>
          <w:rtl/>
        </w:rPr>
      </w:pPr>
    </w:p>
    <w:p w:rsidR="00324D02" w:rsidRDefault="00324D02" w:rsidP="0016705C">
      <w:pPr>
        <w:tabs>
          <w:tab w:val="left" w:pos="7020"/>
        </w:tabs>
        <w:rPr>
          <w:rtl/>
        </w:rPr>
      </w:pPr>
    </w:p>
    <w:p w:rsidR="00324D02" w:rsidRDefault="00324D02" w:rsidP="0016705C">
      <w:pPr>
        <w:tabs>
          <w:tab w:val="left" w:pos="7020"/>
        </w:tabs>
        <w:rPr>
          <w:rtl/>
        </w:rPr>
      </w:pPr>
    </w:p>
    <w:p w:rsidR="00324D02" w:rsidRDefault="00324D02" w:rsidP="0016705C">
      <w:pPr>
        <w:tabs>
          <w:tab w:val="left" w:pos="7020"/>
        </w:tabs>
        <w:rPr>
          <w:rtl/>
        </w:rPr>
      </w:pPr>
    </w:p>
    <w:p w:rsidR="00324D02" w:rsidRDefault="00324D02" w:rsidP="0016705C">
      <w:pPr>
        <w:tabs>
          <w:tab w:val="left" w:pos="7020"/>
        </w:tabs>
        <w:rPr>
          <w:rtl/>
        </w:rPr>
      </w:pPr>
    </w:p>
    <w:p w:rsidR="003E4C77" w:rsidRDefault="003E4C77" w:rsidP="003E4C77">
      <w:pPr>
        <w:tabs>
          <w:tab w:val="left" w:pos="7020"/>
        </w:tabs>
        <w:rPr>
          <w:rFonts w:cs="Times New Roman"/>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(23): </w:t>
      </w:r>
      <w:r>
        <w:rPr>
          <w:rFonts w:cs="Times New Roman" w:hint="cs"/>
          <w:rtl/>
        </w:rPr>
        <w:t>استعراض</w:t>
      </w:r>
      <w:r>
        <w:rPr>
          <w:rFonts w:cs="Times New Roman"/>
          <w:rtl/>
        </w:rPr>
        <w:t xml:space="preserve"> </w:t>
      </w:r>
      <w:r>
        <w:rPr>
          <w:rFonts w:cs="Times New Roman" w:hint="cs"/>
          <w:rtl/>
        </w:rPr>
        <w:t>محتويات</w:t>
      </w:r>
      <w:r>
        <w:rPr>
          <w:rFonts w:cs="Times New Roman"/>
          <w:rtl/>
        </w:rPr>
        <w:t xml:space="preserve"> </w:t>
      </w:r>
      <w:r>
        <w:rPr>
          <w:rFonts w:cs="Times New Roman" w:hint="cs"/>
          <w:rtl/>
        </w:rPr>
        <w:t>مجلد</w:t>
      </w:r>
      <w:r>
        <w:rPr>
          <w:rFonts w:cs="Times New Roman"/>
          <w:rtl/>
        </w:rPr>
        <w:t xml:space="preserve"> </w:t>
      </w:r>
      <w:r>
        <w:rPr>
          <w:rFonts w:cs="Times New Roman" w:hint="cs"/>
          <w:rtl/>
        </w:rPr>
        <w:t>النطاق</w:t>
      </w:r>
      <w:r>
        <w:rPr>
          <w:rFonts w:cs="Times New Roman"/>
          <w:rtl/>
        </w:rPr>
        <w:t xml:space="preserve"> </w:t>
      </w:r>
      <w:r>
        <w:rPr>
          <w:rFonts w:cs="Times New Roman" w:hint="cs"/>
          <w:rtl/>
        </w:rPr>
        <w:t>عبر</w:t>
      </w:r>
      <w:r>
        <w:rPr>
          <w:rFonts w:cs="Times New Roman"/>
          <w:rtl/>
        </w:rPr>
        <w:t xml:space="preserve"> </w:t>
      </w:r>
      <w:r>
        <w:rPr>
          <w:rFonts w:cs="Times New Roman" w:hint="cs"/>
          <w:rtl/>
        </w:rPr>
        <w:t>بروتوكول</w:t>
      </w:r>
    </w:p>
    <w:p w:rsidR="003E4C77" w:rsidRDefault="003E4C77" w:rsidP="003E4C77">
      <w:pPr>
        <w:tabs>
          <w:tab w:val="left" w:pos="7020"/>
        </w:tabs>
      </w:pPr>
      <w:r>
        <w:t xml:space="preserve"> SMB (SYSVOL Directory Browsing)</w:t>
      </w:r>
    </w:p>
    <w:p w:rsidR="003E4C77" w:rsidRDefault="003E4C77" w:rsidP="003E4C77">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الدخول</w:t>
      </w:r>
      <w:r>
        <w:rPr>
          <w:rFonts w:cs="Times New Roman"/>
          <w:rtl/>
        </w:rPr>
        <w:t xml:space="preserve"> </w:t>
      </w:r>
      <w:r>
        <w:rPr>
          <w:rFonts w:cs="Times New Roman" w:hint="cs"/>
          <w:rtl/>
        </w:rPr>
        <w:t>الفعلي</w:t>
      </w:r>
      <w:r>
        <w:rPr>
          <w:rFonts w:cs="Times New Roman"/>
          <w:rtl/>
        </w:rPr>
        <w:t xml:space="preserve"> </w:t>
      </w:r>
      <w:r>
        <w:rPr>
          <w:rFonts w:cs="Times New Roman" w:hint="cs"/>
          <w:rtl/>
        </w:rPr>
        <w:t>إلى</w:t>
      </w:r>
      <w:r>
        <w:rPr>
          <w:rFonts w:cs="Times New Roman"/>
          <w:rtl/>
        </w:rPr>
        <w:t xml:space="preserve"> </w:t>
      </w:r>
      <w:r>
        <w:rPr>
          <w:rFonts w:cs="Times New Roman" w:hint="cs"/>
          <w:rtl/>
        </w:rPr>
        <w:t>الشريكة</w:t>
      </w:r>
      <w:r>
        <w:rPr>
          <w:rFonts w:cs="Times New Roman"/>
          <w:rtl/>
        </w:rPr>
        <w:t xml:space="preserve"> </w:t>
      </w:r>
      <w:r>
        <w:rPr>
          <w:rFonts w:cs="Times New Roman" w:hint="cs"/>
          <w:rtl/>
        </w:rPr>
        <w:t>الشبكية</w:t>
      </w:r>
      <w:r>
        <w:t xml:space="preserve"> SYSVOL </w:t>
      </w:r>
      <w:r>
        <w:rPr>
          <w:rFonts w:cs="Times New Roman" w:hint="cs"/>
          <w:rtl/>
        </w:rPr>
        <w:t>والتنقل</w:t>
      </w:r>
      <w:r>
        <w:rPr>
          <w:rFonts w:cs="Times New Roman"/>
          <w:rtl/>
        </w:rPr>
        <w:t xml:space="preserve"> </w:t>
      </w:r>
      <w:r>
        <w:rPr>
          <w:rFonts w:cs="Times New Roman" w:hint="cs"/>
          <w:rtl/>
        </w:rPr>
        <w:t>داخل</w:t>
      </w:r>
      <w:r>
        <w:rPr>
          <w:rFonts w:cs="Times New Roman"/>
          <w:rtl/>
        </w:rPr>
        <w:t xml:space="preserve"> </w:t>
      </w:r>
      <w:r>
        <w:rPr>
          <w:rFonts w:cs="Times New Roman" w:hint="cs"/>
          <w:rtl/>
        </w:rPr>
        <w:t>هيكل</w:t>
      </w:r>
      <w:r>
        <w:rPr>
          <w:rFonts w:cs="Times New Roman"/>
          <w:rtl/>
        </w:rPr>
        <w:t xml:space="preserve"> </w:t>
      </w:r>
      <w:r>
        <w:rPr>
          <w:rFonts w:cs="Times New Roman" w:hint="cs"/>
          <w:rtl/>
        </w:rPr>
        <w:t>المجلدات</w:t>
      </w:r>
      <w:r>
        <w:rPr>
          <w:rFonts w:cs="Times New Roman"/>
          <w:rtl/>
        </w:rPr>
        <w:t xml:space="preserve"> </w:t>
      </w:r>
      <w:r>
        <w:rPr>
          <w:rFonts w:cs="Times New Roman" w:hint="cs"/>
          <w:rtl/>
        </w:rPr>
        <w:t>باستخدام</w:t>
      </w:r>
      <w:r>
        <w:rPr>
          <w:rFonts w:cs="Times New Roman"/>
          <w:rtl/>
        </w:rPr>
        <w:t xml:space="preserve"> </w:t>
      </w:r>
      <w:r>
        <w:rPr>
          <w:rFonts w:cs="Times New Roman" w:hint="cs"/>
          <w:rtl/>
        </w:rPr>
        <w:t>بيانات</w:t>
      </w:r>
      <w:r>
        <w:rPr>
          <w:rFonts w:cs="Times New Roman"/>
          <w:rtl/>
        </w:rPr>
        <w:t xml:space="preserve"> </w:t>
      </w:r>
      <w:r>
        <w:rPr>
          <w:rFonts w:cs="Times New Roman" w:hint="cs"/>
          <w:rtl/>
        </w:rPr>
        <w:t>اعتماد</w:t>
      </w:r>
      <w:r>
        <w:rPr>
          <w:rFonts w:cs="Times New Roman"/>
          <w:rtl/>
        </w:rPr>
        <w:t xml:space="preserve"> </w:t>
      </w:r>
      <w:r>
        <w:rPr>
          <w:rFonts w:cs="Times New Roman" w:hint="cs"/>
          <w:rtl/>
        </w:rPr>
        <w:t>المستخدم</w:t>
      </w:r>
      <w:r>
        <w:t xml:space="preserve"> </w:t>
      </w:r>
      <w:proofErr w:type="spellStart"/>
      <w:r>
        <w:t>ahmed.ali</w:t>
      </w:r>
      <w:proofErr w:type="spellEnd"/>
      <w:r>
        <w:t xml:space="preserve">. </w:t>
      </w:r>
      <w:r>
        <w:rPr>
          <w:rFonts w:cs="Times New Roman" w:hint="cs"/>
          <w:rtl/>
        </w:rPr>
        <w:t>أظهر</w:t>
      </w:r>
      <w:r>
        <w:rPr>
          <w:rFonts w:cs="Times New Roman"/>
          <w:rtl/>
        </w:rPr>
        <w:t xml:space="preserve"> </w:t>
      </w:r>
      <w:r>
        <w:rPr>
          <w:rFonts w:cs="Times New Roman" w:hint="cs"/>
          <w:rtl/>
        </w:rPr>
        <w:t>استعراض</w:t>
      </w:r>
      <w:r>
        <w:rPr>
          <w:rFonts w:cs="Times New Roman"/>
          <w:rtl/>
        </w:rPr>
        <w:t xml:space="preserve"> </w:t>
      </w:r>
      <w:r>
        <w:rPr>
          <w:rFonts w:cs="Times New Roman" w:hint="cs"/>
          <w:rtl/>
        </w:rPr>
        <w:t>المحتويات</w:t>
      </w:r>
      <w:r>
        <w:rPr>
          <w:rFonts w:cs="Times New Roman"/>
          <w:rtl/>
        </w:rPr>
        <w:t xml:space="preserve"> </w:t>
      </w:r>
      <w:r>
        <w:rPr>
          <w:rFonts w:cs="Times New Roman" w:hint="cs"/>
          <w:rtl/>
        </w:rPr>
        <w:t>وجود</w:t>
      </w:r>
      <w:r>
        <w:rPr>
          <w:rFonts w:cs="Times New Roman"/>
          <w:rtl/>
        </w:rPr>
        <w:t xml:space="preserve"> </w:t>
      </w:r>
      <w:r>
        <w:rPr>
          <w:rFonts w:cs="Times New Roman" w:hint="cs"/>
          <w:rtl/>
        </w:rPr>
        <w:t>مجلد</w:t>
      </w:r>
      <w:r>
        <w:rPr>
          <w:rFonts w:cs="Times New Roman"/>
          <w:rtl/>
        </w:rPr>
        <w:t xml:space="preserve"> </w:t>
      </w:r>
      <w:r>
        <w:rPr>
          <w:rFonts w:cs="Times New Roman" w:hint="cs"/>
          <w:rtl/>
        </w:rPr>
        <w:t>النطاق</w:t>
      </w:r>
      <w:r>
        <w:rPr>
          <w:rFonts w:cs="Times New Roman"/>
          <w:rtl/>
        </w:rPr>
        <w:t xml:space="preserve"> </w:t>
      </w:r>
      <w:r>
        <w:rPr>
          <w:rFonts w:cs="Times New Roman" w:hint="cs"/>
          <w:rtl/>
        </w:rPr>
        <w:t>الأساسي</w:t>
      </w:r>
      <w:r>
        <w:t xml:space="preserve"> </w:t>
      </w:r>
      <w:proofErr w:type="spellStart"/>
      <w:proofErr w:type="gramStart"/>
      <w:r>
        <w:t>lab.local</w:t>
      </w:r>
      <w:proofErr w:type="spellEnd"/>
      <w:proofErr w:type="gramEnd"/>
      <w:r>
        <w:rPr>
          <w:rFonts w:cs="Times New Roman"/>
          <w:rtl/>
        </w:rPr>
        <w:t xml:space="preserve">، </w:t>
      </w:r>
      <w:r>
        <w:rPr>
          <w:rFonts w:cs="Times New Roman" w:hint="cs"/>
          <w:rtl/>
        </w:rPr>
        <w:t>والذي</w:t>
      </w:r>
      <w:r>
        <w:rPr>
          <w:rFonts w:cs="Times New Roman"/>
          <w:rtl/>
        </w:rPr>
        <w:t xml:space="preserve"> </w:t>
      </w:r>
      <w:r>
        <w:rPr>
          <w:rFonts w:cs="Times New Roman" w:hint="cs"/>
          <w:rtl/>
        </w:rPr>
        <w:t>يمثل</w:t>
      </w:r>
      <w:r>
        <w:rPr>
          <w:rFonts w:cs="Times New Roman"/>
          <w:rtl/>
        </w:rPr>
        <w:t xml:space="preserve"> </w:t>
      </w:r>
      <w:r>
        <w:rPr>
          <w:rFonts w:cs="Times New Roman" w:hint="cs"/>
          <w:rtl/>
        </w:rPr>
        <w:t>المستودع</w:t>
      </w:r>
      <w:r>
        <w:rPr>
          <w:rFonts w:cs="Times New Roman"/>
          <w:rtl/>
        </w:rPr>
        <w:t xml:space="preserve"> </w:t>
      </w:r>
      <w:r>
        <w:rPr>
          <w:rFonts w:cs="Times New Roman" w:hint="cs"/>
          <w:rtl/>
        </w:rPr>
        <w:t>المركزي</w:t>
      </w:r>
      <w:r>
        <w:rPr>
          <w:rFonts w:cs="Times New Roman"/>
          <w:rtl/>
        </w:rPr>
        <w:t xml:space="preserve"> </w:t>
      </w:r>
      <w:r>
        <w:rPr>
          <w:rFonts w:cs="Times New Roman" w:hint="cs"/>
          <w:rtl/>
        </w:rPr>
        <w:t>لسياسات</w:t>
      </w:r>
      <w:r>
        <w:rPr>
          <w:rFonts w:cs="Times New Roman"/>
          <w:rtl/>
        </w:rPr>
        <w:t xml:space="preserve"> </w:t>
      </w:r>
      <w:r>
        <w:rPr>
          <w:rFonts w:cs="Times New Roman" w:hint="cs"/>
          <w:rtl/>
        </w:rPr>
        <w:t>المجموعة</w:t>
      </w:r>
      <w:r>
        <w:t xml:space="preserve"> (Group Policies) </w:t>
      </w:r>
      <w:proofErr w:type="spellStart"/>
      <w:r>
        <w:rPr>
          <w:rFonts w:cs="Times New Roman" w:hint="cs"/>
          <w:rtl/>
        </w:rPr>
        <w:t>والسكربتات</w:t>
      </w:r>
      <w:proofErr w:type="spellEnd"/>
      <w:r>
        <w:rPr>
          <w:rFonts w:cs="Times New Roman"/>
          <w:rtl/>
        </w:rPr>
        <w:t xml:space="preserve"> </w:t>
      </w:r>
      <w:r>
        <w:rPr>
          <w:rFonts w:cs="Times New Roman" w:hint="cs"/>
          <w:rtl/>
        </w:rPr>
        <w:t>الخاصة</w:t>
      </w:r>
      <w:r>
        <w:rPr>
          <w:rFonts w:cs="Times New Roman"/>
          <w:rtl/>
        </w:rPr>
        <w:t xml:space="preserve"> </w:t>
      </w:r>
      <w:r>
        <w:rPr>
          <w:rFonts w:cs="Times New Roman" w:hint="cs"/>
          <w:rtl/>
        </w:rPr>
        <w:t>بتسجيل</w:t>
      </w:r>
      <w:r>
        <w:rPr>
          <w:rFonts w:cs="Times New Roman"/>
          <w:rtl/>
        </w:rPr>
        <w:t xml:space="preserve"> </w:t>
      </w:r>
      <w:r>
        <w:rPr>
          <w:rFonts w:cs="Times New Roman" w:hint="cs"/>
          <w:rtl/>
        </w:rPr>
        <w:t>الدخول</w:t>
      </w:r>
      <w:r>
        <w:rPr>
          <w:rFonts w:cs="Times New Roman"/>
          <w:rtl/>
        </w:rPr>
        <w:t xml:space="preserve">. </w:t>
      </w:r>
      <w:r>
        <w:rPr>
          <w:rFonts w:cs="Times New Roman" w:hint="cs"/>
          <w:rtl/>
        </w:rPr>
        <w:t>هذا</w:t>
      </w:r>
      <w:r>
        <w:rPr>
          <w:rFonts w:cs="Times New Roman"/>
          <w:rtl/>
        </w:rPr>
        <w:t xml:space="preserve"> </w:t>
      </w:r>
      <w:r>
        <w:rPr>
          <w:rFonts w:cs="Times New Roman" w:hint="cs"/>
          <w:rtl/>
        </w:rPr>
        <w:t>الوصول</w:t>
      </w:r>
      <w:r>
        <w:rPr>
          <w:rFonts w:cs="Times New Roman"/>
          <w:rtl/>
        </w:rPr>
        <w:t xml:space="preserve"> </w:t>
      </w:r>
      <w:r>
        <w:rPr>
          <w:rFonts w:cs="Times New Roman" w:hint="cs"/>
          <w:rtl/>
        </w:rPr>
        <w:t>يؤكد</w:t>
      </w:r>
      <w:r>
        <w:rPr>
          <w:rFonts w:cs="Times New Roman"/>
          <w:rtl/>
        </w:rPr>
        <w:t xml:space="preserve"> </w:t>
      </w:r>
      <w:r>
        <w:rPr>
          <w:rFonts w:cs="Times New Roman" w:hint="cs"/>
          <w:rtl/>
        </w:rPr>
        <w:t>قدرة</w:t>
      </w:r>
      <w:r>
        <w:rPr>
          <w:rFonts w:cs="Times New Roman"/>
          <w:rtl/>
        </w:rPr>
        <w:t xml:space="preserve"> </w:t>
      </w:r>
      <w:r>
        <w:rPr>
          <w:rFonts w:cs="Times New Roman" w:hint="cs"/>
          <w:rtl/>
        </w:rPr>
        <w:t>أي</w:t>
      </w:r>
      <w:r>
        <w:rPr>
          <w:rFonts w:cs="Times New Roman"/>
          <w:rtl/>
        </w:rPr>
        <w:t xml:space="preserve"> </w:t>
      </w:r>
      <w:r>
        <w:rPr>
          <w:rFonts w:cs="Times New Roman" w:hint="cs"/>
          <w:rtl/>
        </w:rPr>
        <w:t>مستخدم</w:t>
      </w:r>
      <w:r>
        <w:rPr>
          <w:rFonts w:cs="Times New Roman"/>
          <w:rtl/>
        </w:rPr>
        <w:t xml:space="preserve"> </w:t>
      </w:r>
      <w:r>
        <w:rPr>
          <w:rFonts w:cs="Times New Roman" w:hint="cs"/>
          <w:rtl/>
        </w:rPr>
        <w:t>مصادق</w:t>
      </w:r>
      <w:r>
        <w:rPr>
          <w:rFonts w:cs="Times New Roman"/>
          <w:rtl/>
        </w:rPr>
        <w:t xml:space="preserve"> </w:t>
      </w:r>
      <w:r>
        <w:rPr>
          <w:rFonts w:cs="Times New Roman" w:hint="cs"/>
          <w:rtl/>
        </w:rPr>
        <w:t>عليه</w:t>
      </w:r>
      <w:r>
        <w:rPr>
          <w:rFonts w:cs="Times New Roman"/>
          <w:rtl/>
        </w:rPr>
        <w:t xml:space="preserve"> </w:t>
      </w:r>
      <w:r>
        <w:rPr>
          <w:rFonts w:cs="Times New Roman" w:hint="cs"/>
          <w:rtl/>
        </w:rPr>
        <w:t>على</w:t>
      </w:r>
      <w:r>
        <w:rPr>
          <w:rFonts w:cs="Times New Roman"/>
          <w:rtl/>
        </w:rPr>
        <w:t xml:space="preserve"> </w:t>
      </w:r>
      <w:r>
        <w:rPr>
          <w:rFonts w:cs="Times New Roman" w:hint="cs"/>
          <w:rtl/>
        </w:rPr>
        <w:t>قراءة</w:t>
      </w:r>
      <w:r>
        <w:rPr>
          <w:rFonts w:cs="Times New Roman"/>
          <w:rtl/>
        </w:rPr>
        <w:t xml:space="preserve"> </w:t>
      </w:r>
      <w:r>
        <w:rPr>
          <w:rFonts w:cs="Times New Roman" w:hint="cs"/>
          <w:rtl/>
        </w:rPr>
        <w:t>وتحليل</w:t>
      </w:r>
      <w:r>
        <w:rPr>
          <w:rFonts w:cs="Times New Roman"/>
          <w:rtl/>
        </w:rPr>
        <w:t xml:space="preserve"> </w:t>
      </w:r>
      <w:r>
        <w:rPr>
          <w:rFonts w:cs="Times New Roman" w:hint="cs"/>
          <w:rtl/>
        </w:rPr>
        <w:t>السياسات</w:t>
      </w:r>
      <w:r>
        <w:rPr>
          <w:rFonts w:cs="Times New Roman"/>
          <w:rtl/>
        </w:rPr>
        <w:t xml:space="preserve"> </w:t>
      </w:r>
      <w:r>
        <w:rPr>
          <w:rFonts w:cs="Times New Roman" w:hint="cs"/>
          <w:rtl/>
        </w:rPr>
        <w:t>الأمنية</w:t>
      </w:r>
      <w:r>
        <w:rPr>
          <w:rFonts w:cs="Times New Roman"/>
          <w:rtl/>
        </w:rPr>
        <w:t xml:space="preserve"> </w:t>
      </w:r>
      <w:r>
        <w:rPr>
          <w:rFonts w:cs="Times New Roman" w:hint="cs"/>
          <w:rtl/>
        </w:rPr>
        <w:t>المطبقة</w:t>
      </w:r>
      <w:r>
        <w:rPr>
          <w:rFonts w:cs="Times New Roman"/>
          <w:rtl/>
        </w:rPr>
        <w:t xml:space="preserve"> </w:t>
      </w:r>
      <w:r>
        <w:rPr>
          <w:rFonts w:cs="Times New Roman" w:hint="cs"/>
          <w:rtl/>
        </w:rPr>
        <w:t>على</w:t>
      </w:r>
      <w:r>
        <w:rPr>
          <w:rFonts w:cs="Times New Roman"/>
          <w:rtl/>
        </w:rPr>
        <w:t xml:space="preserve"> </w:t>
      </w:r>
      <w:r>
        <w:rPr>
          <w:rFonts w:cs="Times New Roman" w:hint="cs"/>
          <w:rtl/>
        </w:rPr>
        <w:t>المنشأة</w:t>
      </w:r>
      <w:r>
        <w:rPr>
          <w:rFonts w:cs="Times New Roman"/>
          <w:rtl/>
        </w:rPr>
        <w:t xml:space="preserve">، </w:t>
      </w:r>
      <w:r>
        <w:rPr>
          <w:rFonts w:cs="Times New Roman" w:hint="cs"/>
          <w:rtl/>
        </w:rPr>
        <w:t>مما</w:t>
      </w:r>
      <w:r>
        <w:rPr>
          <w:rFonts w:cs="Times New Roman"/>
          <w:rtl/>
        </w:rPr>
        <w:t xml:space="preserve"> </w:t>
      </w:r>
      <w:r>
        <w:rPr>
          <w:rFonts w:cs="Times New Roman" w:hint="cs"/>
          <w:rtl/>
        </w:rPr>
        <w:t>يساعد</w:t>
      </w:r>
      <w:r>
        <w:rPr>
          <w:rFonts w:cs="Times New Roman"/>
          <w:rtl/>
        </w:rPr>
        <w:t xml:space="preserve"> </w:t>
      </w:r>
      <w:r>
        <w:rPr>
          <w:rFonts w:cs="Times New Roman" w:hint="cs"/>
          <w:rtl/>
        </w:rPr>
        <w:t>المهاجم</w:t>
      </w:r>
      <w:r>
        <w:rPr>
          <w:rFonts w:cs="Times New Roman"/>
          <w:rtl/>
        </w:rPr>
        <w:t xml:space="preserve"> </w:t>
      </w:r>
      <w:r>
        <w:rPr>
          <w:rFonts w:cs="Times New Roman" w:hint="cs"/>
          <w:rtl/>
        </w:rPr>
        <w:t>على</w:t>
      </w:r>
      <w:r>
        <w:rPr>
          <w:rFonts w:cs="Times New Roman"/>
          <w:rtl/>
        </w:rPr>
        <w:t xml:space="preserve"> </w:t>
      </w:r>
      <w:r>
        <w:rPr>
          <w:rFonts w:cs="Times New Roman" w:hint="cs"/>
          <w:rtl/>
        </w:rPr>
        <w:t>فهم</w:t>
      </w:r>
      <w:r>
        <w:rPr>
          <w:rFonts w:cs="Times New Roman"/>
          <w:rtl/>
        </w:rPr>
        <w:t xml:space="preserve"> </w:t>
      </w:r>
      <w:r>
        <w:rPr>
          <w:rFonts w:cs="Times New Roman" w:hint="cs"/>
          <w:rtl/>
        </w:rPr>
        <w:t>البنية</w:t>
      </w:r>
      <w:r>
        <w:rPr>
          <w:rFonts w:cs="Times New Roman"/>
          <w:rtl/>
        </w:rPr>
        <w:t xml:space="preserve"> </w:t>
      </w:r>
      <w:r>
        <w:rPr>
          <w:rFonts w:cs="Times New Roman" w:hint="cs"/>
          <w:rtl/>
        </w:rPr>
        <w:t>الدفاعية</w:t>
      </w:r>
      <w:r>
        <w:rPr>
          <w:rFonts w:cs="Times New Roman"/>
          <w:rtl/>
        </w:rPr>
        <w:t xml:space="preserve"> </w:t>
      </w:r>
      <w:r>
        <w:rPr>
          <w:rFonts w:cs="Times New Roman" w:hint="cs"/>
          <w:rtl/>
        </w:rPr>
        <w:t>والبحث</w:t>
      </w:r>
      <w:r>
        <w:rPr>
          <w:rFonts w:cs="Times New Roman"/>
          <w:rtl/>
        </w:rPr>
        <w:t xml:space="preserve"> </w:t>
      </w:r>
      <w:r>
        <w:rPr>
          <w:rFonts w:cs="Times New Roman" w:hint="cs"/>
          <w:rtl/>
        </w:rPr>
        <w:t>عن</w:t>
      </w:r>
      <w:r>
        <w:rPr>
          <w:rFonts w:cs="Times New Roman"/>
          <w:rtl/>
        </w:rPr>
        <w:t xml:space="preserve"> </w:t>
      </w:r>
      <w:r>
        <w:rPr>
          <w:rFonts w:cs="Times New Roman" w:hint="cs"/>
          <w:rtl/>
        </w:rPr>
        <w:t>بيانات</w:t>
      </w:r>
      <w:r>
        <w:rPr>
          <w:rFonts w:cs="Times New Roman"/>
          <w:rtl/>
        </w:rPr>
        <w:t xml:space="preserve"> </w:t>
      </w:r>
      <w:r>
        <w:rPr>
          <w:rFonts w:cs="Times New Roman" w:hint="cs"/>
          <w:rtl/>
        </w:rPr>
        <w:t>اعتماد</w:t>
      </w:r>
      <w:r>
        <w:rPr>
          <w:rFonts w:cs="Times New Roman"/>
          <w:rtl/>
        </w:rPr>
        <w:t xml:space="preserve"> </w:t>
      </w:r>
      <w:r>
        <w:rPr>
          <w:rFonts w:cs="Times New Roman" w:hint="cs"/>
          <w:rtl/>
        </w:rPr>
        <w:t>مخزنة</w:t>
      </w:r>
      <w:r>
        <w:rPr>
          <w:rFonts w:cs="Times New Roman"/>
          <w:rtl/>
        </w:rPr>
        <w:t xml:space="preserve"> </w:t>
      </w:r>
      <w:r>
        <w:rPr>
          <w:rFonts w:cs="Times New Roman" w:hint="cs"/>
          <w:rtl/>
        </w:rPr>
        <w:t>بشكل</w:t>
      </w:r>
      <w:r>
        <w:rPr>
          <w:rFonts w:cs="Times New Roman"/>
          <w:rtl/>
        </w:rPr>
        <w:t xml:space="preserve"> </w:t>
      </w:r>
      <w:r>
        <w:rPr>
          <w:rFonts w:cs="Times New Roman" w:hint="cs"/>
          <w:rtl/>
        </w:rPr>
        <w:t>خاطئ</w:t>
      </w:r>
      <w:r>
        <w:t>."</w:t>
      </w:r>
    </w:p>
    <w:p w:rsidR="003E4C77" w:rsidRDefault="003E4C77" w:rsidP="003E4C77">
      <w:pPr>
        <w:tabs>
          <w:tab w:val="left" w:pos="7020"/>
        </w:tabs>
        <w:rPr>
          <w:rtl/>
        </w:rPr>
      </w:pPr>
      <w:r>
        <w:t xml:space="preserve">Technical Description (English): "Documenting direct access to the SYSVOL network share and navigation through its directory structure using </w:t>
      </w:r>
      <w:proofErr w:type="spellStart"/>
      <w:r>
        <w:t>ahmed.ali</w:t>
      </w:r>
      <w:proofErr w:type="spellEnd"/>
      <w:r>
        <w:t xml:space="preserve"> credentials. The directory listing revealed the existence of the primary domain folder </w:t>
      </w:r>
      <w:proofErr w:type="spellStart"/>
      <w:proofErr w:type="gramStart"/>
      <w:r>
        <w:t>lab.local</w:t>
      </w:r>
      <w:proofErr w:type="spellEnd"/>
      <w:proofErr w:type="gramEnd"/>
      <w:r>
        <w:t>, which acts as the central repository for Group Policy Objects (GPOs) and logon scripts. This level of access confirms that any authenticated user can read and analyze the organization's applied security policies, aiding an attacker in understanding the defensive posture and searching for improperly stored credentials."</w:t>
      </w:r>
    </w:p>
    <w:p w:rsidR="003E4C77" w:rsidRDefault="003E4C77" w:rsidP="003E4C77">
      <w:pPr>
        <w:tabs>
          <w:tab w:val="left" w:pos="7020"/>
        </w:tabs>
        <w:rPr>
          <w:rtl/>
        </w:rPr>
      </w:pPr>
      <w:r>
        <w:rPr>
          <w:noProof/>
        </w:rPr>
        <w:drawing>
          <wp:inline distT="0" distB="0" distL="0" distR="0">
            <wp:extent cx="4134062" cy="111130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استعراض محتويات مجلد النطاق عبر بروتوكول SMB (SYSVOL Directory Browsing).png"/>
                    <pic:cNvPicPr/>
                  </pic:nvPicPr>
                  <pic:blipFill>
                    <a:blip r:embed="rId39">
                      <a:extLst>
                        <a:ext uri="{28A0092B-C50C-407E-A947-70E740481C1C}">
                          <a14:useLocalDpi xmlns:a14="http://schemas.microsoft.com/office/drawing/2010/main" val="0"/>
                        </a:ext>
                      </a:extLst>
                    </a:blip>
                    <a:stretch>
                      <a:fillRect/>
                    </a:stretch>
                  </pic:blipFill>
                  <pic:spPr>
                    <a:xfrm>
                      <a:off x="0" y="0"/>
                      <a:ext cx="4134062" cy="1111307"/>
                    </a:xfrm>
                    <a:prstGeom prst="rect">
                      <a:avLst/>
                    </a:prstGeom>
                  </pic:spPr>
                </pic:pic>
              </a:graphicData>
            </a:graphic>
          </wp:inline>
        </w:drawing>
      </w:r>
    </w:p>
    <w:p w:rsidR="003E4C77" w:rsidRDefault="003E4C77" w:rsidP="003E4C77">
      <w:pPr>
        <w:tabs>
          <w:tab w:val="left" w:pos="7020"/>
        </w:tabs>
        <w:rPr>
          <w:rtl/>
        </w:rPr>
      </w:pPr>
    </w:p>
    <w:p w:rsidR="003E4C77" w:rsidRDefault="003E4C77" w:rsidP="003E4C77">
      <w:pPr>
        <w:tabs>
          <w:tab w:val="left" w:pos="7020"/>
        </w:tabs>
        <w:rPr>
          <w:rtl/>
        </w:rPr>
      </w:pPr>
    </w:p>
    <w:p w:rsidR="003E4C77" w:rsidRDefault="003E4C77" w:rsidP="003E4C77">
      <w:pPr>
        <w:tabs>
          <w:tab w:val="left" w:pos="7020"/>
        </w:tabs>
        <w:rPr>
          <w:rtl/>
        </w:rPr>
      </w:pPr>
    </w:p>
    <w:p w:rsidR="003E4C77" w:rsidRDefault="003E4C77" w:rsidP="003E4C77">
      <w:pPr>
        <w:tabs>
          <w:tab w:val="left" w:pos="7020"/>
        </w:tabs>
        <w:rPr>
          <w:rtl/>
        </w:rPr>
      </w:pPr>
    </w:p>
    <w:p w:rsidR="003E4C77" w:rsidRDefault="003E4C77" w:rsidP="003E4C77">
      <w:pPr>
        <w:tabs>
          <w:tab w:val="left" w:pos="7020"/>
        </w:tabs>
        <w:rPr>
          <w:rtl/>
        </w:rPr>
      </w:pPr>
    </w:p>
    <w:p w:rsidR="003E4C77" w:rsidRDefault="003E4C77" w:rsidP="003E4C77">
      <w:pPr>
        <w:tabs>
          <w:tab w:val="left" w:pos="7020"/>
        </w:tabs>
        <w:rPr>
          <w:rtl/>
        </w:rPr>
      </w:pPr>
    </w:p>
    <w:p w:rsidR="003E4C77" w:rsidRDefault="003E4C77" w:rsidP="003E4C77">
      <w:pPr>
        <w:tabs>
          <w:tab w:val="left" w:pos="7020"/>
        </w:tabs>
        <w:rPr>
          <w:rtl/>
        </w:rPr>
      </w:pPr>
    </w:p>
    <w:p w:rsidR="003E4C77" w:rsidRDefault="003E4C77" w:rsidP="003E4C77">
      <w:pPr>
        <w:tabs>
          <w:tab w:val="left" w:pos="7020"/>
        </w:tabs>
        <w:rPr>
          <w:rtl/>
        </w:rPr>
      </w:pPr>
    </w:p>
    <w:p w:rsidR="003E4C77" w:rsidRDefault="003E4C77" w:rsidP="003E4C77">
      <w:pPr>
        <w:tabs>
          <w:tab w:val="left" w:pos="7020"/>
        </w:tabs>
        <w:rPr>
          <w:rtl/>
        </w:rPr>
      </w:pPr>
    </w:p>
    <w:p w:rsidR="003E4C77" w:rsidRDefault="003E4C77" w:rsidP="003E4C77">
      <w:pPr>
        <w:tabs>
          <w:tab w:val="left" w:pos="7020"/>
        </w:tabs>
        <w:rPr>
          <w:rtl/>
        </w:rPr>
      </w:pPr>
    </w:p>
    <w:p w:rsidR="003E4C77" w:rsidRDefault="003E4C77" w:rsidP="003E4C77">
      <w:pPr>
        <w:tabs>
          <w:tab w:val="left" w:pos="7020"/>
        </w:tabs>
        <w:rPr>
          <w:rtl/>
        </w:rPr>
      </w:pPr>
    </w:p>
    <w:p w:rsidR="003E4C77" w:rsidRDefault="003E4C77" w:rsidP="003E4C77">
      <w:pPr>
        <w:tabs>
          <w:tab w:val="left" w:pos="7020"/>
        </w:tabs>
        <w:rPr>
          <w:rtl/>
        </w:rPr>
      </w:pPr>
    </w:p>
    <w:p w:rsidR="003E4C77" w:rsidRDefault="003E4C77" w:rsidP="003E4C77">
      <w:pPr>
        <w:tabs>
          <w:tab w:val="left" w:pos="7020"/>
        </w:tabs>
        <w:rPr>
          <w:rtl/>
        </w:rPr>
      </w:pPr>
    </w:p>
    <w:p w:rsidR="00CF7B4F" w:rsidRDefault="00CF7B4F" w:rsidP="00CF7B4F">
      <w:pPr>
        <w:tabs>
          <w:tab w:val="left" w:pos="7020"/>
        </w:tabs>
        <w:rPr>
          <w:rFonts w:cs="Times New Roman"/>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(24): </w:t>
      </w:r>
      <w:r>
        <w:rPr>
          <w:rFonts w:cs="Times New Roman" w:hint="cs"/>
          <w:rtl/>
        </w:rPr>
        <w:t>استكشاف</w:t>
      </w:r>
      <w:r>
        <w:rPr>
          <w:rFonts w:cs="Times New Roman"/>
          <w:rtl/>
        </w:rPr>
        <w:t xml:space="preserve"> </w:t>
      </w:r>
      <w:r>
        <w:rPr>
          <w:rFonts w:cs="Times New Roman" w:hint="cs"/>
          <w:rtl/>
        </w:rPr>
        <w:t>مجلد</w:t>
      </w:r>
      <w:r>
        <w:rPr>
          <w:rFonts w:cs="Times New Roman"/>
          <w:rtl/>
        </w:rPr>
        <w:t xml:space="preserve"> </w:t>
      </w:r>
      <w:r>
        <w:rPr>
          <w:rFonts w:cs="Times New Roman" w:hint="cs"/>
          <w:rtl/>
        </w:rPr>
        <w:t>سياسات</w:t>
      </w:r>
      <w:r>
        <w:rPr>
          <w:rFonts w:cs="Times New Roman"/>
          <w:rtl/>
        </w:rPr>
        <w:t xml:space="preserve"> </w:t>
      </w:r>
      <w:r>
        <w:rPr>
          <w:rFonts w:cs="Times New Roman" w:hint="cs"/>
          <w:rtl/>
        </w:rPr>
        <w:t>المجموعة</w:t>
      </w:r>
      <w:r>
        <w:rPr>
          <w:rFonts w:cs="Times New Roman"/>
          <w:rtl/>
        </w:rPr>
        <w:t xml:space="preserve"> </w:t>
      </w:r>
      <w:proofErr w:type="spellStart"/>
      <w:r>
        <w:rPr>
          <w:rFonts w:cs="Times New Roman" w:hint="cs"/>
          <w:rtl/>
        </w:rPr>
        <w:t>والسكربتات</w:t>
      </w:r>
      <w:proofErr w:type="spellEnd"/>
    </w:p>
    <w:p w:rsidR="00CF7B4F" w:rsidRDefault="00CF7B4F" w:rsidP="00CF7B4F">
      <w:pPr>
        <w:tabs>
          <w:tab w:val="left" w:pos="7020"/>
        </w:tabs>
      </w:pPr>
      <w:r>
        <w:t xml:space="preserve"> (GPOs &amp; Scripts Exploration)</w:t>
      </w:r>
    </w:p>
    <w:p w:rsidR="00CF7B4F" w:rsidRDefault="00CF7B4F" w:rsidP="00CF7B4F">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التنقل</w:t>
      </w:r>
      <w:r>
        <w:rPr>
          <w:rFonts w:cs="Times New Roman"/>
          <w:rtl/>
        </w:rPr>
        <w:t xml:space="preserve"> </w:t>
      </w:r>
      <w:r>
        <w:rPr>
          <w:rFonts w:cs="Times New Roman" w:hint="cs"/>
          <w:rtl/>
        </w:rPr>
        <w:t>داخل</w:t>
      </w:r>
      <w:r>
        <w:rPr>
          <w:rFonts w:cs="Times New Roman"/>
          <w:rtl/>
        </w:rPr>
        <w:t xml:space="preserve"> </w:t>
      </w:r>
      <w:r>
        <w:rPr>
          <w:rFonts w:cs="Times New Roman" w:hint="cs"/>
          <w:rtl/>
        </w:rPr>
        <w:t>مجلد</w:t>
      </w:r>
      <w:r>
        <w:rPr>
          <w:rFonts w:cs="Times New Roman"/>
          <w:rtl/>
        </w:rPr>
        <w:t xml:space="preserve"> </w:t>
      </w:r>
      <w:r>
        <w:rPr>
          <w:rFonts w:cs="Times New Roman" w:hint="cs"/>
          <w:rtl/>
        </w:rPr>
        <w:t>النطاق</w:t>
      </w:r>
      <w:r>
        <w:t xml:space="preserve"> </w:t>
      </w:r>
      <w:proofErr w:type="spellStart"/>
      <w:proofErr w:type="gramStart"/>
      <w:r>
        <w:t>lab.local</w:t>
      </w:r>
      <w:proofErr w:type="spellEnd"/>
      <w:proofErr w:type="gramEnd"/>
      <w:r>
        <w:t xml:space="preserve"> </w:t>
      </w:r>
      <w:r>
        <w:rPr>
          <w:rFonts w:cs="Times New Roman" w:hint="cs"/>
          <w:rtl/>
        </w:rPr>
        <w:t>للوصول</w:t>
      </w:r>
      <w:r>
        <w:rPr>
          <w:rFonts w:cs="Times New Roman"/>
          <w:rtl/>
        </w:rPr>
        <w:t xml:space="preserve"> </w:t>
      </w:r>
      <w:r>
        <w:rPr>
          <w:rFonts w:cs="Times New Roman" w:hint="cs"/>
          <w:rtl/>
        </w:rPr>
        <w:t>إلى</w:t>
      </w:r>
      <w:r>
        <w:rPr>
          <w:rFonts w:cs="Times New Roman"/>
          <w:rtl/>
        </w:rPr>
        <w:t xml:space="preserve"> </w:t>
      </w:r>
      <w:r>
        <w:rPr>
          <w:rFonts w:cs="Times New Roman" w:hint="cs"/>
          <w:rtl/>
        </w:rPr>
        <w:t>البيانات</w:t>
      </w:r>
      <w:r>
        <w:rPr>
          <w:rFonts w:cs="Times New Roman"/>
          <w:rtl/>
        </w:rPr>
        <w:t xml:space="preserve"> </w:t>
      </w:r>
      <w:r>
        <w:rPr>
          <w:rFonts w:cs="Times New Roman" w:hint="cs"/>
          <w:rtl/>
        </w:rPr>
        <w:t>الحساسة</w:t>
      </w:r>
      <w:r>
        <w:rPr>
          <w:rFonts w:cs="Times New Roman"/>
          <w:rtl/>
        </w:rPr>
        <w:t xml:space="preserve">. </w:t>
      </w:r>
      <w:r>
        <w:rPr>
          <w:rFonts w:cs="Times New Roman" w:hint="cs"/>
          <w:rtl/>
        </w:rPr>
        <w:t>أظهر</w:t>
      </w:r>
      <w:r>
        <w:rPr>
          <w:rFonts w:cs="Times New Roman"/>
          <w:rtl/>
        </w:rPr>
        <w:t xml:space="preserve"> </w:t>
      </w:r>
      <w:r>
        <w:rPr>
          <w:rFonts w:cs="Times New Roman" w:hint="cs"/>
          <w:rtl/>
        </w:rPr>
        <w:t>استعراض</w:t>
      </w:r>
      <w:r>
        <w:rPr>
          <w:rFonts w:cs="Times New Roman"/>
          <w:rtl/>
        </w:rPr>
        <w:t xml:space="preserve"> </w:t>
      </w:r>
      <w:r>
        <w:rPr>
          <w:rFonts w:cs="Times New Roman" w:hint="cs"/>
          <w:rtl/>
        </w:rPr>
        <w:t>المحتويات</w:t>
      </w:r>
      <w:r>
        <w:rPr>
          <w:rFonts w:cs="Times New Roman"/>
          <w:rtl/>
        </w:rPr>
        <w:t xml:space="preserve"> </w:t>
      </w:r>
      <w:r>
        <w:rPr>
          <w:rFonts w:cs="Times New Roman" w:hint="cs"/>
          <w:rtl/>
        </w:rPr>
        <w:t>وجود</w:t>
      </w:r>
      <w:r>
        <w:rPr>
          <w:rFonts w:cs="Times New Roman"/>
          <w:rtl/>
        </w:rPr>
        <w:t xml:space="preserve"> </w:t>
      </w:r>
      <w:r>
        <w:rPr>
          <w:rFonts w:cs="Times New Roman" w:hint="cs"/>
          <w:rtl/>
        </w:rPr>
        <w:t>مجلد</w:t>
      </w:r>
      <w:r>
        <w:t xml:space="preserve"> Policies </w:t>
      </w:r>
      <w:r>
        <w:rPr>
          <w:rFonts w:cs="Times New Roman" w:hint="cs"/>
          <w:rtl/>
        </w:rPr>
        <w:t>الذي</w:t>
      </w:r>
      <w:r>
        <w:rPr>
          <w:rFonts w:cs="Times New Roman"/>
          <w:rtl/>
        </w:rPr>
        <w:t xml:space="preserve"> </w:t>
      </w:r>
      <w:r>
        <w:rPr>
          <w:rFonts w:cs="Times New Roman" w:hint="cs"/>
          <w:rtl/>
        </w:rPr>
        <w:t>يخزن</w:t>
      </w:r>
      <w:r>
        <w:rPr>
          <w:rFonts w:cs="Times New Roman"/>
          <w:rtl/>
        </w:rPr>
        <w:t xml:space="preserve"> </w:t>
      </w:r>
      <w:r>
        <w:rPr>
          <w:rFonts w:cs="Times New Roman" w:hint="cs"/>
          <w:rtl/>
        </w:rPr>
        <w:t>كافة</w:t>
      </w:r>
      <w:r>
        <w:rPr>
          <w:rFonts w:cs="Times New Roman"/>
          <w:rtl/>
        </w:rPr>
        <w:t xml:space="preserve"> </w:t>
      </w:r>
      <w:r>
        <w:rPr>
          <w:rFonts w:cs="Times New Roman" w:hint="cs"/>
          <w:rtl/>
        </w:rPr>
        <w:t>سياسات</w:t>
      </w:r>
      <w:r>
        <w:rPr>
          <w:rFonts w:cs="Times New Roman"/>
          <w:rtl/>
        </w:rPr>
        <w:t xml:space="preserve"> </w:t>
      </w:r>
      <w:r>
        <w:rPr>
          <w:rFonts w:cs="Times New Roman" w:hint="cs"/>
          <w:rtl/>
        </w:rPr>
        <w:t>المجموعة</w:t>
      </w:r>
      <w:r>
        <w:t xml:space="preserve"> (GPOs)</w:t>
      </w:r>
      <w:r>
        <w:rPr>
          <w:rFonts w:cs="Times New Roman"/>
          <w:rtl/>
        </w:rPr>
        <w:t xml:space="preserve">، </w:t>
      </w:r>
      <w:r>
        <w:rPr>
          <w:rFonts w:cs="Times New Roman" w:hint="cs"/>
          <w:rtl/>
        </w:rPr>
        <w:t>ومجلد</w:t>
      </w:r>
      <w:r>
        <w:t xml:space="preserve"> scripts </w:t>
      </w:r>
      <w:r>
        <w:rPr>
          <w:rFonts w:cs="Times New Roman" w:hint="cs"/>
          <w:rtl/>
        </w:rPr>
        <w:t>المخصص</w:t>
      </w:r>
      <w:r>
        <w:rPr>
          <w:rFonts w:cs="Times New Roman"/>
          <w:rtl/>
        </w:rPr>
        <w:t xml:space="preserve"> </w:t>
      </w:r>
      <w:proofErr w:type="spellStart"/>
      <w:r>
        <w:rPr>
          <w:rFonts w:cs="Times New Roman" w:hint="cs"/>
          <w:rtl/>
        </w:rPr>
        <w:t>لسكربتات</w:t>
      </w:r>
      <w:proofErr w:type="spellEnd"/>
      <w:r>
        <w:rPr>
          <w:rFonts w:cs="Times New Roman"/>
          <w:rtl/>
        </w:rPr>
        <w:t xml:space="preserve"> </w:t>
      </w:r>
      <w:r>
        <w:rPr>
          <w:rFonts w:cs="Times New Roman" w:hint="cs"/>
          <w:rtl/>
        </w:rPr>
        <w:t>تسجيل</w:t>
      </w:r>
      <w:r>
        <w:rPr>
          <w:rFonts w:cs="Times New Roman"/>
          <w:rtl/>
        </w:rPr>
        <w:t xml:space="preserve"> </w:t>
      </w:r>
      <w:r>
        <w:rPr>
          <w:rFonts w:cs="Times New Roman" w:hint="cs"/>
          <w:rtl/>
        </w:rPr>
        <w:t>الدخول</w:t>
      </w:r>
      <w:r>
        <w:rPr>
          <w:rFonts w:cs="Times New Roman"/>
          <w:rtl/>
        </w:rPr>
        <w:t xml:space="preserve">. </w:t>
      </w:r>
      <w:r>
        <w:rPr>
          <w:rFonts w:cs="Times New Roman" w:hint="cs"/>
          <w:rtl/>
        </w:rPr>
        <w:t>هذا</w:t>
      </w:r>
      <w:r>
        <w:rPr>
          <w:rFonts w:cs="Times New Roman"/>
          <w:rtl/>
        </w:rPr>
        <w:t xml:space="preserve"> </w:t>
      </w:r>
      <w:r>
        <w:rPr>
          <w:rFonts w:cs="Times New Roman" w:hint="cs"/>
          <w:rtl/>
        </w:rPr>
        <w:t>الاكتشاف</w:t>
      </w:r>
      <w:r>
        <w:rPr>
          <w:rFonts w:cs="Times New Roman"/>
          <w:rtl/>
        </w:rPr>
        <w:t xml:space="preserve"> </w:t>
      </w:r>
      <w:r>
        <w:rPr>
          <w:rFonts w:cs="Times New Roman" w:hint="cs"/>
          <w:rtl/>
        </w:rPr>
        <w:t>يؤكد</w:t>
      </w:r>
      <w:r>
        <w:rPr>
          <w:rFonts w:cs="Times New Roman"/>
          <w:rtl/>
        </w:rPr>
        <w:t xml:space="preserve"> </w:t>
      </w:r>
      <w:r>
        <w:rPr>
          <w:rFonts w:cs="Times New Roman" w:hint="cs"/>
          <w:rtl/>
        </w:rPr>
        <w:t>أن</w:t>
      </w:r>
      <w:r>
        <w:rPr>
          <w:rFonts w:cs="Times New Roman"/>
          <w:rtl/>
        </w:rPr>
        <w:t xml:space="preserve"> </w:t>
      </w:r>
      <w:r>
        <w:rPr>
          <w:rFonts w:cs="Times New Roman" w:hint="cs"/>
          <w:rtl/>
        </w:rPr>
        <w:t>أي</w:t>
      </w:r>
      <w:r>
        <w:rPr>
          <w:rFonts w:cs="Times New Roman"/>
          <w:rtl/>
        </w:rPr>
        <w:t xml:space="preserve"> </w:t>
      </w:r>
      <w:r>
        <w:rPr>
          <w:rFonts w:cs="Times New Roman" w:hint="cs"/>
          <w:rtl/>
        </w:rPr>
        <w:t>مستخدم</w:t>
      </w:r>
      <w:r>
        <w:rPr>
          <w:rFonts w:cs="Times New Roman"/>
          <w:rtl/>
        </w:rPr>
        <w:t xml:space="preserve"> </w:t>
      </w:r>
      <w:r>
        <w:rPr>
          <w:rFonts w:cs="Times New Roman" w:hint="cs"/>
          <w:rtl/>
        </w:rPr>
        <w:t>يمتلك</w:t>
      </w:r>
      <w:r>
        <w:rPr>
          <w:rFonts w:cs="Times New Roman"/>
          <w:rtl/>
        </w:rPr>
        <w:t xml:space="preserve"> </w:t>
      </w:r>
      <w:r>
        <w:rPr>
          <w:rFonts w:cs="Times New Roman" w:hint="cs"/>
          <w:rtl/>
        </w:rPr>
        <w:t>حساباً</w:t>
      </w:r>
      <w:r>
        <w:rPr>
          <w:rFonts w:cs="Times New Roman"/>
          <w:rtl/>
        </w:rPr>
        <w:t xml:space="preserve"> </w:t>
      </w:r>
      <w:r>
        <w:rPr>
          <w:rFonts w:cs="Times New Roman" w:hint="cs"/>
          <w:rtl/>
        </w:rPr>
        <w:t>عادياً</w:t>
      </w:r>
      <w:r>
        <w:rPr>
          <w:rFonts w:cs="Times New Roman"/>
          <w:rtl/>
        </w:rPr>
        <w:t xml:space="preserve"> </w:t>
      </w:r>
      <w:r>
        <w:rPr>
          <w:rFonts w:cs="Times New Roman" w:hint="cs"/>
          <w:rtl/>
        </w:rPr>
        <w:t>في</w:t>
      </w:r>
      <w:r>
        <w:rPr>
          <w:rFonts w:cs="Times New Roman"/>
          <w:rtl/>
        </w:rPr>
        <w:t xml:space="preserve"> </w:t>
      </w:r>
      <w:r>
        <w:rPr>
          <w:rFonts w:cs="Times New Roman" w:hint="cs"/>
          <w:rtl/>
        </w:rPr>
        <w:t>النطاق</w:t>
      </w:r>
      <w:r>
        <w:rPr>
          <w:rFonts w:cs="Times New Roman"/>
          <w:rtl/>
        </w:rPr>
        <w:t xml:space="preserve"> </w:t>
      </w:r>
      <w:r>
        <w:rPr>
          <w:rFonts w:cs="Times New Roman" w:hint="cs"/>
          <w:rtl/>
        </w:rPr>
        <w:t>يمتلك</w:t>
      </w:r>
      <w:r>
        <w:rPr>
          <w:rFonts w:cs="Times New Roman"/>
          <w:rtl/>
        </w:rPr>
        <w:t xml:space="preserve"> </w:t>
      </w:r>
      <w:r>
        <w:rPr>
          <w:rFonts w:cs="Times New Roman" w:hint="cs"/>
          <w:rtl/>
        </w:rPr>
        <w:t>القدرة</w:t>
      </w:r>
      <w:r>
        <w:rPr>
          <w:rFonts w:cs="Times New Roman"/>
          <w:rtl/>
        </w:rPr>
        <w:t xml:space="preserve"> </w:t>
      </w:r>
      <w:r>
        <w:rPr>
          <w:rFonts w:cs="Times New Roman" w:hint="cs"/>
          <w:rtl/>
        </w:rPr>
        <w:t>على</w:t>
      </w:r>
      <w:r>
        <w:rPr>
          <w:rFonts w:cs="Times New Roman"/>
          <w:rtl/>
        </w:rPr>
        <w:t xml:space="preserve"> </w:t>
      </w:r>
      <w:r>
        <w:rPr>
          <w:rFonts w:cs="Times New Roman" w:hint="cs"/>
          <w:rtl/>
        </w:rPr>
        <w:t>قراءة</w:t>
      </w:r>
      <w:r>
        <w:rPr>
          <w:rFonts w:cs="Times New Roman"/>
          <w:rtl/>
        </w:rPr>
        <w:t xml:space="preserve"> </w:t>
      </w:r>
      <w:r>
        <w:rPr>
          <w:rFonts w:cs="Times New Roman" w:hint="cs"/>
          <w:rtl/>
        </w:rPr>
        <w:t>هيكل</w:t>
      </w:r>
      <w:r>
        <w:rPr>
          <w:rFonts w:cs="Times New Roman"/>
          <w:rtl/>
        </w:rPr>
        <w:t xml:space="preserve"> </w:t>
      </w:r>
      <w:r>
        <w:rPr>
          <w:rFonts w:cs="Times New Roman" w:hint="cs"/>
          <w:rtl/>
        </w:rPr>
        <w:t>السياسات</w:t>
      </w:r>
      <w:r>
        <w:rPr>
          <w:rFonts w:cs="Times New Roman"/>
          <w:rtl/>
        </w:rPr>
        <w:t xml:space="preserve"> </w:t>
      </w:r>
      <w:r>
        <w:rPr>
          <w:rFonts w:cs="Times New Roman" w:hint="cs"/>
          <w:rtl/>
        </w:rPr>
        <w:t>الأمنية</w:t>
      </w:r>
      <w:r>
        <w:rPr>
          <w:rFonts w:cs="Times New Roman"/>
          <w:rtl/>
        </w:rPr>
        <w:t xml:space="preserve"> </w:t>
      </w:r>
      <w:r>
        <w:rPr>
          <w:rFonts w:cs="Times New Roman" w:hint="cs"/>
          <w:rtl/>
        </w:rPr>
        <w:t>وتحليل</w:t>
      </w:r>
      <w:r>
        <w:rPr>
          <w:rFonts w:cs="Times New Roman"/>
          <w:rtl/>
        </w:rPr>
        <w:t xml:space="preserve"> </w:t>
      </w:r>
      <w:proofErr w:type="spellStart"/>
      <w:r>
        <w:rPr>
          <w:rFonts w:cs="Times New Roman" w:hint="cs"/>
          <w:rtl/>
        </w:rPr>
        <w:t>السكربتات</w:t>
      </w:r>
      <w:proofErr w:type="spellEnd"/>
      <w:r>
        <w:rPr>
          <w:rFonts w:cs="Times New Roman"/>
          <w:rtl/>
        </w:rPr>
        <w:t xml:space="preserve">، </w:t>
      </w:r>
      <w:r>
        <w:rPr>
          <w:rFonts w:cs="Times New Roman" w:hint="cs"/>
          <w:rtl/>
        </w:rPr>
        <w:t>مما</w:t>
      </w:r>
      <w:r>
        <w:rPr>
          <w:rFonts w:cs="Times New Roman"/>
          <w:rtl/>
        </w:rPr>
        <w:t xml:space="preserve"> </w:t>
      </w:r>
      <w:r>
        <w:rPr>
          <w:rFonts w:cs="Times New Roman" w:hint="cs"/>
          <w:rtl/>
        </w:rPr>
        <w:t>قد</w:t>
      </w:r>
      <w:r>
        <w:rPr>
          <w:rFonts w:cs="Times New Roman"/>
          <w:rtl/>
        </w:rPr>
        <w:t xml:space="preserve"> </w:t>
      </w:r>
      <w:r>
        <w:rPr>
          <w:rFonts w:cs="Times New Roman" w:hint="cs"/>
          <w:rtl/>
        </w:rPr>
        <w:t>يؤدي</w:t>
      </w:r>
      <w:r>
        <w:rPr>
          <w:rFonts w:cs="Times New Roman"/>
          <w:rtl/>
        </w:rPr>
        <w:t xml:space="preserve"> </w:t>
      </w:r>
      <w:r>
        <w:rPr>
          <w:rFonts w:cs="Times New Roman" w:hint="cs"/>
          <w:rtl/>
        </w:rPr>
        <w:t>إلى</w:t>
      </w:r>
      <w:r>
        <w:rPr>
          <w:rFonts w:cs="Times New Roman"/>
          <w:rtl/>
        </w:rPr>
        <w:t xml:space="preserve"> </w:t>
      </w:r>
      <w:r>
        <w:rPr>
          <w:rFonts w:cs="Times New Roman" w:hint="cs"/>
          <w:rtl/>
        </w:rPr>
        <w:t>كشف</w:t>
      </w:r>
      <w:r>
        <w:rPr>
          <w:rFonts w:cs="Times New Roman"/>
          <w:rtl/>
        </w:rPr>
        <w:t xml:space="preserve"> </w:t>
      </w:r>
      <w:r>
        <w:rPr>
          <w:rFonts w:cs="Times New Roman" w:hint="cs"/>
          <w:rtl/>
        </w:rPr>
        <w:t>إعدادات</w:t>
      </w:r>
      <w:r>
        <w:rPr>
          <w:rFonts w:cs="Times New Roman"/>
          <w:rtl/>
        </w:rPr>
        <w:t xml:space="preserve"> </w:t>
      </w:r>
      <w:r>
        <w:rPr>
          <w:rFonts w:cs="Times New Roman" w:hint="cs"/>
          <w:rtl/>
        </w:rPr>
        <w:t>المسؤول</w:t>
      </w:r>
      <w:r>
        <w:rPr>
          <w:rFonts w:cs="Times New Roman"/>
          <w:rtl/>
        </w:rPr>
        <w:t xml:space="preserve"> </w:t>
      </w:r>
      <w:r>
        <w:rPr>
          <w:rFonts w:cs="Times New Roman" w:hint="cs"/>
          <w:rtl/>
        </w:rPr>
        <w:t>أو</w:t>
      </w:r>
      <w:r>
        <w:rPr>
          <w:rFonts w:cs="Times New Roman"/>
          <w:rtl/>
        </w:rPr>
        <w:t xml:space="preserve"> </w:t>
      </w:r>
      <w:r>
        <w:rPr>
          <w:rFonts w:cs="Times New Roman" w:hint="cs"/>
          <w:rtl/>
        </w:rPr>
        <w:t>بيانات</w:t>
      </w:r>
      <w:r>
        <w:rPr>
          <w:rFonts w:cs="Times New Roman"/>
          <w:rtl/>
        </w:rPr>
        <w:t xml:space="preserve"> </w:t>
      </w:r>
      <w:r>
        <w:rPr>
          <w:rFonts w:cs="Times New Roman" w:hint="cs"/>
          <w:rtl/>
        </w:rPr>
        <w:t>اعتماد</w:t>
      </w:r>
      <w:r>
        <w:rPr>
          <w:rFonts w:cs="Times New Roman"/>
          <w:rtl/>
        </w:rPr>
        <w:t xml:space="preserve"> </w:t>
      </w:r>
      <w:r>
        <w:rPr>
          <w:rFonts w:cs="Times New Roman" w:hint="cs"/>
          <w:rtl/>
        </w:rPr>
        <w:t>مخزنة</w:t>
      </w:r>
      <w:r>
        <w:rPr>
          <w:rFonts w:cs="Times New Roman"/>
          <w:rtl/>
        </w:rPr>
        <w:t xml:space="preserve"> </w:t>
      </w:r>
      <w:r>
        <w:rPr>
          <w:rFonts w:cs="Times New Roman" w:hint="cs"/>
          <w:rtl/>
        </w:rPr>
        <w:t>بشكل</w:t>
      </w:r>
      <w:r>
        <w:rPr>
          <w:rFonts w:cs="Times New Roman"/>
          <w:rtl/>
        </w:rPr>
        <w:t xml:space="preserve"> </w:t>
      </w:r>
      <w:r>
        <w:rPr>
          <w:rFonts w:cs="Times New Roman" w:hint="cs"/>
          <w:rtl/>
        </w:rPr>
        <w:t>خاطئ</w:t>
      </w:r>
      <w:r>
        <w:rPr>
          <w:rFonts w:cs="Times New Roman"/>
          <w:rtl/>
        </w:rPr>
        <w:t xml:space="preserve">، </w:t>
      </w:r>
      <w:r>
        <w:rPr>
          <w:rFonts w:cs="Times New Roman" w:hint="cs"/>
          <w:rtl/>
        </w:rPr>
        <w:t>وهو</w:t>
      </w:r>
      <w:r>
        <w:rPr>
          <w:rFonts w:cs="Times New Roman"/>
          <w:rtl/>
        </w:rPr>
        <w:t xml:space="preserve"> </w:t>
      </w:r>
      <w:r>
        <w:rPr>
          <w:rFonts w:cs="Times New Roman" w:hint="cs"/>
          <w:rtl/>
        </w:rPr>
        <w:t>ما</w:t>
      </w:r>
      <w:r>
        <w:rPr>
          <w:rFonts w:cs="Times New Roman"/>
          <w:rtl/>
        </w:rPr>
        <w:t xml:space="preserve"> </w:t>
      </w:r>
      <w:r>
        <w:rPr>
          <w:rFonts w:cs="Times New Roman" w:hint="cs"/>
          <w:rtl/>
        </w:rPr>
        <w:t>يُعرف</w:t>
      </w:r>
      <w:r>
        <w:rPr>
          <w:rFonts w:cs="Times New Roman"/>
          <w:rtl/>
        </w:rPr>
        <w:t xml:space="preserve"> </w:t>
      </w:r>
      <w:r>
        <w:rPr>
          <w:rFonts w:cs="Times New Roman" w:hint="cs"/>
          <w:rtl/>
        </w:rPr>
        <w:t>بهجوم</w:t>
      </w:r>
      <w:r>
        <w:rPr>
          <w:rFonts w:cs="Times New Roman"/>
          <w:rtl/>
        </w:rPr>
        <w:t xml:space="preserve"> </w:t>
      </w:r>
      <w:r>
        <w:rPr>
          <w:rFonts w:cs="Times New Roman" w:hint="cs"/>
          <w:rtl/>
        </w:rPr>
        <w:t>استخراج</w:t>
      </w:r>
      <w:r>
        <w:rPr>
          <w:rFonts w:cs="Times New Roman"/>
          <w:rtl/>
        </w:rPr>
        <w:t xml:space="preserve"> </w:t>
      </w:r>
      <w:r>
        <w:rPr>
          <w:rFonts w:cs="Times New Roman" w:hint="cs"/>
          <w:rtl/>
        </w:rPr>
        <w:t>كلمات</w:t>
      </w:r>
      <w:r>
        <w:rPr>
          <w:rFonts w:cs="Times New Roman"/>
          <w:rtl/>
        </w:rPr>
        <w:t xml:space="preserve"> </w:t>
      </w:r>
      <w:r>
        <w:rPr>
          <w:rFonts w:cs="Times New Roman" w:hint="cs"/>
          <w:rtl/>
        </w:rPr>
        <w:t>مرور</w:t>
      </w:r>
      <w:r>
        <w:t xml:space="preserve"> GPP (Group Policy Preferences)."</w:t>
      </w:r>
    </w:p>
    <w:p w:rsidR="003E4C77" w:rsidRDefault="00CF7B4F" w:rsidP="00CF7B4F">
      <w:pPr>
        <w:tabs>
          <w:tab w:val="left" w:pos="7020"/>
        </w:tabs>
        <w:rPr>
          <w:rtl/>
        </w:rPr>
      </w:pPr>
      <w:r>
        <w:t xml:space="preserve">Technical Description (English): "Documenting navigation inside the </w:t>
      </w:r>
      <w:proofErr w:type="spellStart"/>
      <w:proofErr w:type="gramStart"/>
      <w:r>
        <w:t>lab.local</w:t>
      </w:r>
      <w:proofErr w:type="spellEnd"/>
      <w:proofErr w:type="gramEnd"/>
      <w:r>
        <w:t xml:space="preserve"> directory to access sensitive data. The listing revealed the existence of the Policies folder, which stores all Group Policy Objects (GPOs), and the scripts folder designated for logon scripts. This discovery confirms that any standard domain user has the capability to read the security policy structure and analyze scripts, potentially leading to the exposure of administrative configurations or improperly stored credentials, commonly exploited via the GPP (Group Policy Preferences) password attack."</w:t>
      </w:r>
    </w:p>
    <w:p w:rsidR="00CF7B4F" w:rsidRDefault="00CF7B4F" w:rsidP="00CF7B4F">
      <w:pPr>
        <w:tabs>
          <w:tab w:val="left" w:pos="7020"/>
        </w:tabs>
        <w:rPr>
          <w:rtl/>
        </w:rPr>
      </w:pPr>
      <w:r>
        <w:rPr>
          <w:noProof/>
        </w:rPr>
        <w:drawing>
          <wp:inline distT="0" distB="0" distL="0" distR="0">
            <wp:extent cx="4115011" cy="10732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استكشاف مجلد سياسات المجموعة والسكربتات (GPOs &amp; Scripts Exploration).png"/>
                    <pic:cNvPicPr/>
                  </pic:nvPicPr>
                  <pic:blipFill>
                    <a:blip r:embed="rId40">
                      <a:extLst>
                        <a:ext uri="{28A0092B-C50C-407E-A947-70E740481C1C}">
                          <a14:useLocalDpi xmlns:a14="http://schemas.microsoft.com/office/drawing/2010/main" val="0"/>
                        </a:ext>
                      </a:extLst>
                    </a:blip>
                    <a:stretch>
                      <a:fillRect/>
                    </a:stretch>
                  </pic:blipFill>
                  <pic:spPr>
                    <a:xfrm>
                      <a:off x="0" y="0"/>
                      <a:ext cx="4115011" cy="1073205"/>
                    </a:xfrm>
                    <a:prstGeom prst="rect">
                      <a:avLst/>
                    </a:prstGeom>
                  </pic:spPr>
                </pic:pic>
              </a:graphicData>
            </a:graphic>
          </wp:inline>
        </w:drawing>
      </w:r>
    </w:p>
    <w:p w:rsidR="00CF7B4F" w:rsidRDefault="00CF7B4F" w:rsidP="00CF7B4F">
      <w:pPr>
        <w:tabs>
          <w:tab w:val="left" w:pos="7020"/>
        </w:tabs>
        <w:rPr>
          <w:rtl/>
        </w:rPr>
      </w:pPr>
    </w:p>
    <w:p w:rsidR="00CD2AC8" w:rsidRDefault="00CD2AC8" w:rsidP="00CF7B4F">
      <w:pPr>
        <w:tabs>
          <w:tab w:val="left" w:pos="7020"/>
        </w:tabs>
        <w:rPr>
          <w:rtl/>
        </w:rPr>
      </w:pPr>
    </w:p>
    <w:p w:rsidR="00CD2AC8" w:rsidRDefault="00CD2AC8" w:rsidP="00CF7B4F">
      <w:pPr>
        <w:tabs>
          <w:tab w:val="left" w:pos="7020"/>
        </w:tabs>
        <w:rPr>
          <w:rtl/>
        </w:rPr>
      </w:pPr>
    </w:p>
    <w:p w:rsidR="00CD2AC8" w:rsidRDefault="00CD2AC8" w:rsidP="00CF7B4F">
      <w:pPr>
        <w:tabs>
          <w:tab w:val="left" w:pos="7020"/>
        </w:tabs>
        <w:rPr>
          <w:rtl/>
        </w:rPr>
      </w:pPr>
    </w:p>
    <w:p w:rsidR="00CD2AC8" w:rsidRDefault="00CD2AC8" w:rsidP="00CF7B4F">
      <w:pPr>
        <w:tabs>
          <w:tab w:val="left" w:pos="7020"/>
        </w:tabs>
        <w:rPr>
          <w:rtl/>
        </w:rPr>
      </w:pPr>
    </w:p>
    <w:p w:rsidR="00CD2AC8" w:rsidRDefault="00CD2AC8" w:rsidP="00CF7B4F">
      <w:pPr>
        <w:tabs>
          <w:tab w:val="left" w:pos="7020"/>
        </w:tabs>
        <w:rPr>
          <w:rtl/>
        </w:rPr>
      </w:pPr>
    </w:p>
    <w:p w:rsidR="00CD2AC8" w:rsidRDefault="00CD2AC8" w:rsidP="00CF7B4F">
      <w:pPr>
        <w:tabs>
          <w:tab w:val="left" w:pos="7020"/>
        </w:tabs>
        <w:rPr>
          <w:rtl/>
        </w:rPr>
      </w:pPr>
    </w:p>
    <w:p w:rsidR="00CD2AC8" w:rsidRDefault="00CD2AC8" w:rsidP="00CF7B4F">
      <w:pPr>
        <w:tabs>
          <w:tab w:val="left" w:pos="7020"/>
        </w:tabs>
        <w:rPr>
          <w:rtl/>
        </w:rPr>
      </w:pPr>
    </w:p>
    <w:p w:rsidR="00CD2AC8" w:rsidRDefault="00CD2AC8" w:rsidP="00CF7B4F">
      <w:pPr>
        <w:tabs>
          <w:tab w:val="left" w:pos="7020"/>
        </w:tabs>
        <w:rPr>
          <w:rtl/>
        </w:rPr>
      </w:pPr>
    </w:p>
    <w:p w:rsidR="00CD2AC8" w:rsidRDefault="00CD2AC8" w:rsidP="00CF7B4F">
      <w:pPr>
        <w:tabs>
          <w:tab w:val="left" w:pos="7020"/>
        </w:tabs>
        <w:rPr>
          <w:rtl/>
        </w:rPr>
      </w:pPr>
    </w:p>
    <w:p w:rsidR="00CD2AC8" w:rsidRDefault="00CD2AC8" w:rsidP="00CF7B4F">
      <w:pPr>
        <w:tabs>
          <w:tab w:val="left" w:pos="7020"/>
        </w:tabs>
        <w:rPr>
          <w:rtl/>
        </w:rPr>
      </w:pPr>
    </w:p>
    <w:p w:rsidR="00CD2AC8" w:rsidRDefault="00CD2AC8" w:rsidP="00CF7B4F">
      <w:pPr>
        <w:tabs>
          <w:tab w:val="left" w:pos="7020"/>
        </w:tabs>
        <w:rPr>
          <w:rtl/>
        </w:rPr>
      </w:pPr>
    </w:p>
    <w:p w:rsidR="00CD2AC8" w:rsidRDefault="00CD2AC8" w:rsidP="00CF7B4F">
      <w:pPr>
        <w:tabs>
          <w:tab w:val="left" w:pos="7020"/>
        </w:tabs>
        <w:rPr>
          <w:rtl/>
        </w:rPr>
      </w:pPr>
    </w:p>
    <w:p w:rsidR="00CD2AC8" w:rsidRDefault="00CD2AC8" w:rsidP="00CF7B4F">
      <w:pPr>
        <w:tabs>
          <w:tab w:val="left" w:pos="7020"/>
        </w:tabs>
      </w:pPr>
    </w:p>
    <w:p w:rsidR="00CD2AC8" w:rsidRDefault="00CD2AC8" w:rsidP="00CD2AC8">
      <w:pPr>
        <w:tabs>
          <w:tab w:val="left" w:pos="7020"/>
        </w:tabs>
        <w:rPr>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(25): </w:t>
      </w:r>
      <w:r>
        <w:rPr>
          <w:rFonts w:cs="Times New Roman" w:hint="cs"/>
          <w:rtl/>
        </w:rPr>
        <w:t>محاكاة</w:t>
      </w:r>
      <w:r>
        <w:rPr>
          <w:rFonts w:cs="Times New Roman"/>
          <w:rtl/>
        </w:rPr>
        <w:t xml:space="preserve"> </w:t>
      </w:r>
      <w:r>
        <w:rPr>
          <w:rFonts w:cs="Times New Roman" w:hint="cs"/>
          <w:rtl/>
        </w:rPr>
        <w:t>سحب</w:t>
      </w:r>
      <w:r>
        <w:rPr>
          <w:rFonts w:cs="Times New Roman"/>
          <w:rtl/>
        </w:rPr>
        <w:t xml:space="preserve"> </w:t>
      </w:r>
      <w:r>
        <w:rPr>
          <w:rFonts w:cs="Times New Roman" w:hint="cs"/>
          <w:rtl/>
        </w:rPr>
        <w:t>البيانات</w:t>
      </w:r>
      <w:r>
        <w:rPr>
          <w:rFonts w:cs="Times New Roman"/>
          <w:rtl/>
        </w:rPr>
        <w:t xml:space="preserve"> </w:t>
      </w:r>
      <w:r>
        <w:rPr>
          <w:rFonts w:cs="Times New Roman" w:hint="cs"/>
          <w:rtl/>
        </w:rPr>
        <w:t>من</w:t>
      </w:r>
      <w:r>
        <w:rPr>
          <w:rFonts w:cs="Times New Roman"/>
          <w:rtl/>
        </w:rPr>
        <w:t xml:space="preserve"> </w:t>
      </w:r>
      <w:r>
        <w:rPr>
          <w:rFonts w:cs="Times New Roman" w:hint="cs"/>
          <w:rtl/>
        </w:rPr>
        <w:t>النطاق</w:t>
      </w:r>
      <w:r>
        <w:t xml:space="preserve"> </w:t>
      </w:r>
    </w:p>
    <w:p w:rsidR="00CD2AC8" w:rsidRDefault="00CD2AC8" w:rsidP="00CD2AC8">
      <w:pPr>
        <w:tabs>
          <w:tab w:val="left" w:pos="7020"/>
        </w:tabs>
      </w:pPr>
      <w:r>
        <w:t>(Data Exfiltration Simulation)</w:t>
      </w:r>
    </w:p>
    <w:p w:rsidR="00CD2AC8" w:rsidRDefault="00CD2AC8" w:rsidP="00CD2AC8">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محاولة</w:t>
      </w:r>
      <w:r>
        <w:rPr>
          <w:rFonts w:cs="Times New Roman"/>
          <w:rtl/>
        </w:rPr>
        <w:t xml:space="preserve"> </w:t>
      </w:r>
      <w:r>
        <w:rPr>
          <w:rFonts w:cs="Times New Roman" w:hint="cs"/>
          <w:rtl/>
        </w:rPr>
        <w:t>سحب</w:t>
      </w:r>
      <w:r>
        <w:rPr>
          <w:rFonts w:cs="Times New Roman"/>
          <w:rtl/>
        </w:rPr>
        <w:t xml:space="preserve"> </w:t>
      </w:r>
      <w:r>
        <w:rPr>
          <w:rFonts w:cs="Times New Roman" w:hint="cs"/>
          <w:rtl/>
        </w:rPr>
        <w:t>وتنزيل</w:t>
      </w:r>
      <w:r>
        <w:t xml:space="preserve"> (Download) </w:t>
      </w:r>
      <w:r>
        <w:rPr>
          <w:rFonts w:cs="Times New Roman" w:hint="cs"/>
          <w:rtl/>
        </w:rPr>
        <w:t>محتويات</w:t>
      </w:r>
      <w:r>
        <w:rPr>
          <w:rFonts w:cs="Times New Roman"/>
          <w:rtl/>
        </w:rPr>
        <w:t xml:space="preserve"> </w:t>
      </w:r>
      <w:r>
        <w:rPr>
          <w:rFonts w:cs="Times New Roman" w:hint="cs"/>
          <w:rtl/>
        </w:rPr>
        <w:t>مجلد</w:t>
      </w:r>
      <w:r>
        <w:rPr>
          <w:rFonts w:cs="Times New Roman"/>
          <w:rtl/>
        </w:rPr>
        <w:t xml:space="preserve"> </w:t>
      </w:r>
      <w:proofErr w:type="spellStart"/>
      <w:r>
        <w:rPr>
          <w:rFonts w:cs="Times New Roman" w:hint="cs"/>
          <w:rtl/>
        </w:rPr>
        <w:t>السكربتات</w:t>
      </w:r>
      <w:proofErr w:type="spellEnd"/>
      <w:r>
        <w:t xml:space="preserve"> scripts </w:t>
      </w:r>
      <w:r>
        <w:rPr>
          <w:rFonts w:cs="Times New Roman" w:hint="cs"/>
          <w:rtl/>
        </w:rPr>
        <w:t>من</w:t>
      </w:r>
      <w:r>
        <w:rPr>
          <w:rFonts w:cs="Times New Roman"/>
          <w:rtl/>
        </w:rPr>
        <w:t xml:space="preserve"> </w:t>
      </w:r>
      <w:r>
        <w:rPr>
          <w:rFonts w:cs="Times New Roman" w:hint="cs"/>
          <w:rtl/>
        </w:rPr>
        <w:t>مسار</w:t>
      </w:r>
      <w:r>
        <w:t xml:space="preserve"> SYSVOL </w:t>
      </w:r>
      <w:r>
        <w:rPr>
          <w:rFonts w:cs="Times New Roman" w:hint="cs"/>
          <w:rtl/>
        </w:rPr>
        <w:t>إلى</w:t>
      </w:r>
      <w:r>
        <w:rPr>
          <w:rFonts w:cs="Times New Roman"/>
          <w:rtl/>
        </w:rPr>
        <w:t xml:space="preserve"> </w:t>
      </w:r>
      <w:r>
        <w:rPr>
          <w:rFonts w:cs="Times New Roman" w:hint="cs"/>
          <w:rtl/>
        </w:rPr>
        <w:t>جهاز</w:t>
      </w:r>
      <w:r>
        <w:rPr>
          <w:rFonts w:cs="Times New Roman"/>
          <w:rtl/>
        </w:rPr>
        <w:t xml:space="preserve"> </w:t>
      </w:r>
      <w:r>
        <w:rPr>
          <w:rFonts w:cs="Times New Roman" w:hint="cs"/>
          <w:rtl/>
        </w:rPr>
        <w:t>الاختراق</w:t>
      </w:r>
      <w:r>
        <w:t xml:space="preserve"> Kali Linux </w:t>
      </w:r>
      <w:r>
        <w:rPr>
          <w:rFonts w:cs="Times New Roman" w:hint="cs"/>
          <w:rtl/>
        </w:rPr>
        <w:t>باستخدام</w:t>
      </w:r>
      <w:r>
        <w:rPr>
          <w:rFonts w:cs="Times New Roman"/>
          <w:rtl/>
        </w:rPr>
        <w:t xml:space="preserve"> </w:t>
      </w:r>
      <w:r>
        <w:rPr>
          <w:rFonts w:cs="Times New Roman" w:hint="cs"/>
          <w:rtl/>
        </w:rPr>
        <w:t>أداة</w:t>
      </w:r>
      <w:r>
        <w:t xml:space="preserve"> </w:t>
      </w:r>
      <w:proofErr w:type="spellStart"/>
      <w:r>
        <w:t>smbget</w:t>
      </w:r>
      <w:proofErr w:type="spellEnd"/>
      <w:r>
        <w:t xml:space="preserve">. </w:t>
      </w:r>
      <w:r>
        <w:rPr>
          <w:rFonts w:cs="Times New Roman" w:hint="cs"/>
          <w:rtl/>
        </w:rPr>
        <w:t>أسفرت</w:t>
      </w:r>
      <w:r>
        <w:rPr>
          <w:rFonts w:cs="Times New Roman"/>
          <w:rtl/>
        </w:rPr>
        <w:t xml:space="preserve"> </w:t>
      </w:r>
      <w:r>
        <w:rPr>
          <w:rFonts w:cs="Times New Roman" w:hint="cs"/>
          <w:rtl/>
        </w:rPr>
        <w:t>العملية</w:t>
      </w:r>
      <w:r>
        <w:rPr>
          <w:rFonts w:cs="Times New Roman"/>
          <w:rtl/>
        </w:rPr>
        <w:t xml:space="preserve"> </w:t>
      </w:r>
      <w:r>
        <w:rPr>
          <w:rFonts w:cs="Times New Roman" w:hint="cs"/>
          <w:rtl/>
        </w:rPr>
        <w:t>عن</w:t>
      </w:r>
      <w:r>
        <w:rPr>
          <w:rFonts w:cs="Times New Roman"/>
          <w:rtl/>
        </w:rPr>
        <w:t xml:space="preserve"> </w:t>
      </w:r>
      <w:r>
        <w:rPr>
          <w:rFonts w:cs="Times New Roman" w:hint="cs"/>
          <w:rtl/>
        </w:rPr>
        <w:t>نجاح</w:t>
      </w:r>
      <w:r>
        <w:rPr>
          <w:rFonts w:cs="Times New Roman"/>
          <w:rtl/>
        </w:rPr>
        <w:t xml:space="preserve"> </w:t>
      </w:r>
      <w:r>
        <w:rPr>
          <w:rFonts w:cs="Times New Roman" w:hint="cs"/>
          <w:rtl/>
        </w:rPr>
        <w:t>الاتصال</w:t>
      </w:r>
      <w:r>
        <w:rPr>
          <w:rFonts w:cs="Times New Roman"/>
          <w:rtl/>
        </w:rPr>
        <w:t xml:space="preserve"> </w:t>
      </w:r>
      <w:r>
        <w:rPr>
          <w:rFonts w:cs="Times New Roman" w:hint="cs"/>
          <w:rtl/>
        </w:rPr>
        <w:t>والصلاحية</w:t>
      </w:r>
      <w:r>
        <w:rPr>
          <w:rFonts w:cs="Times New Roman"/>
          <w:rtl/>
        </w:rPr>
        <w:t xml:space="preserve">، </w:t>
      </w:r>
      <w:r>
        <w:rPr>
          <w:rFonts w:cs="Times New Roman" w:hint="cs"/>
          <w:rtl/>
        </w:rPr>
        <w:t>لكن</w:t>
      </w:r>
      <w:r>
        <w:rPr>
          <w:rFonts w:cs="Times New Roman"/>
          <w:rtl/>
        </w:rPr>
        <w:t xml:space="preserve"> </w:t>
      </w:r>
      <w:r>
        <w:rPr>
          <w:rFonts w:cs="Times New Roman" w:hint="cs"/>
          <w:rtl/>
        </w:rPr>
        <w:t>تم</w:t>
      </w:r>
      <w:r>
        <w:rPr>
          <w:rFonts w:cs="Times New Roman"/>
          <w:rtl/>
        </w:rPr>
        <w:t xml:space="preserve"> </w:t>
      </w:r>
      <w:r>
        <w:rPr>
          <w:rFonts w:cs="Times New Roman" w:hint="cs"/>
          <w:rtl/>
        </w:rPr>
        <w:t>تنزيل</w:t>
      </w:r>
      <w:r>
        <w:rPr>
          <w:rFonts w:cs="Times New Roman"/>
          <w:rtl/>
        </w:rPr>
        <w:t xml:space="preserve"> 0 </w:t>
      </w:r>
      <w:r>
        <w:rPr>
          <w:rFonts w:cs="Times New Roman" w:hint="cs"/>
          <w:rtl/>
        </w:rPr>
        <w:t>بايت</w:t>
      </w:r>
      <w:r>
        <w:rPr>
          <w:rFonts w:cs="Times New Roman"/>
          <w:rtl/>
        </w:rPr>
        <w:t xml:space="preserve">، </w:t>
      </w:r>
      <w:r>
        <w:rPr>
          <w:rFonts w:cs="Times New Roman" w:hint="cs"/>
          <w:rtl/>
        </w:rPr>
        <w:t>مما</w:t>
      </w:r>
      <w:r>
        <w:rPr>
          <w:rFonts w:cs="Times New Roman"/>
          <w:rtl/>
        </w:rPr>
        <w:t xml:space="preserve"> </w:t>
      </w:r>
      <w:r>
        <w:rPr>
          <w:rFonts w:cs="Times New Roman" w:hint="cs"/>
          <w:rtl/>
        </w:rPr>
        <w:t>يثبت</w:t>
      </w:r>
      <w:r>
        <w:rPr>
          <w:rFonts w:cs="Times New Roman"/>
          <w:rtl/>
        </w:rPr>
        <w:t xml:space="preserve"> </w:t>
      </w:r>
      <w:r>
        <w:rPr>
          <w:rFonts w:cs="Times New Roman" w:hint="cs"/>
          <w:rtl/>
        </w:rPr>
        <w:t>أن</w:t>
      </w:r>
      <w:r>
        <w:rPr>
          <w:rFonts w:cs="Times New Roman"/>
          <w:rtl/>
        </w:rPr>
        <w:t xml:space="preserve"> </w:t>
      </w:r>
      <w:r>
        <w:rPr>
          <w:rFonts w:cs="Times New Roman" w:hint="cs"/>
          <w:rtl/>
        </w:rPr>
        <w:t>المجلد</w:t>
      </w:r>
      <w:r>
        <w:rPr>
          <w:rFonts w:cs="Times New Roman"/>
          <w:rtl/>
        </w:rPr>
        <w:t xml:space="preserve"> </w:t>
      </w:r>
      <w:r>
        <w:rPr>
          <w:rFonts w:cs="Times New Roman" w:hint="cs"/>
          <w:rtl/>
        </w:rPr>
        <w:t>فارغ</w:t>
      </w:r>
      <w:r>
        <w:rPr>
          <w:rFonts w:cs="Times New Roman"/>
          <w:rtl/>
        </w:rPr>
        <w:t xml:space="preserve"> </w:t>
      </w:r>
      <w:r>
        <w:rPr>
          <w:rFonts w:cs="Times New Roman" w:hint="cs"/>
          <w:rtl/>
        </w:rPr>
        <w:t>ولا</w:t>
      </w:r>
      <w:r>
        <w:rPr>
          <w:rFonts w:cs="Times New Roman"/>
          <w:rtl/>
        </w:rPr>
        <w:t xml:space="preserve"> </w:t>
      </w:r>
      <w:r>
        <w:rPr>
          <w:rFonts w:cs="Times New Roman" w:hint="cs"/>
          <w:rtl/>
        </w:rPr>
        <w:t>يحتوي</w:t>
      </w:r>
      <w:r>
        <w:rPr>
          <w:rFonts w:cs="Times New Roman"/>
          <w:rtl/>
        </w:rPr>
        <w:t xml:space="preserve"> </w:t>
      </w:r>
      <w:r>
        <w:rPr>
          <w:rFonts w:cs="Times New Roman" w:hint="cs"/>
          <w:rtl/>
        </w:rPr>
        <w:t>على</w:t>
      </w:r>
      <w:r>
        <w:rPr>
          <w:rFonts w:cs="Times New Roman"/>
          <w:rtl/>
        </w:rPr>
        <w:t xml:space="preserve"> </w:t>
      </w:r>
      <w:proofErr w:type="spellStart"/>
      <w:r>
        <w:rPr>
          <w:rFonts w:cs="Times New Roman" w:hint="cs"/>
          <w:rtl/>
        </w:rPr>
        <w:t>سكربتات</w:t>
      </w:r>
      <w:proofErr w:type="spellEnd"/>
      <w:r>
        <w:rPr>
          <w:rFonts w:cs="Times New Roman"/>
          <w:rtl/>
        </w:rPr>
        <w:t xml:space="preserve"> </w:t>
      </w:r>
      <w:r>
        <w:rPr>
          <w:rFonts w:cs="Times New Roman" w:hint="cs"/>
          <w:rtl/>
        </w:rPr>
        <w:t>تسجيل</w:t>
      </w:r>
      <w:r>
        <w:rPr>
          <w:rFonts w:cs="Times New Roman"/>
          <w:rtl/>
        </w:rPr>
        <w:t xml:space="preserve"> </w:t>
      </w:r>
      <w:r>
        <w:rPr>
          <w:rFonts w:cs="Times New Roman" w:hint="cs"/>
          <w:rtl/>
        </w:rPr>
        <w:t>دخول</w:t>
      </w:r>
      <w:r>
        <w:rPr>
          <w:rFonts w:cs="Times New Roman"/>
          <w:rtl/>
        </w:rPr>
        <w:t xml:space="preserve"> </w:t>
      </w:r>
      <w:r>
        <w:rPr>
          <w:rFonts w:cs="Times New Roman" w:hint="cs"/>
          <w:rtl/>
        </w:rPr>
        <w:t>حالية</w:t>
      </w:r>
      <w:r>
        <w:rPr>
          <w:rFonts w:cs="Times New Roman"/>
          <w:rtl/>
        </w:rPr>
        <w:t xml:space="preserve">. </w:t>
      </w:r>
      <w:r>
        <w:rPr>
          <w:rFonts w:cs="Times New Roman" w:hint="cs"/>
          <w:rtl/>
        </w:rPr>
        <w:t>على</w:t>
      </w:r>
      <w:r>
        <w:rPr>
          <w:rFonts w:cs="Times New Roman"/>
          <w:rtl/>
        </w:rPr>
        <w:t xml:space="preserve"> </w:t>
      </w:r>
      <w:r>
        <w:rPr>
          <w:rFonts w:cs="Times New Roman" w:hint="cs"/>
          <w:rtl/>
        </w:rPr>
        <w:t>الرغم</w:t>
      </w:r>
      <w:r>
        <w:rPr>
          <w:rFonts w:cs="Times New Roman"/>
          <w:rtl/>
        </w:rPr>
        <w:t xml:space="preserve"> </w:t>
      </w:r>
      <w:r>
        <w:rPr>
          <w:rFonts w:cs="Times New Roman" w:hint="cs"/>
          <w:rtl/>
        </w:rPr>
        <w:t>من</w:t>
      </w:r>
      <w:r>
        <w:rPr>
          <w:rFonts w:cs="Times New Roman"/>
          <w:rtl/>
        </w:rPr>
        <w:t xml:space="preserve"> </w:t>
      </w:r>
      <w:r>
        <w:rPr>
          <w:rFonts w:cs="Times New Roman" w:hint="cs"/>
          <w:rtl/>
        </w:rPr>
        <w:t>ذلك</w:t>
      </w:r>
      <w:r>
        <w:rPr>
          <w:rFonts w:cs="Times New Roman"/>
          <w:rtl/>
        </w:rPr>
        <w:t xml:space="preserve">، </w:t>
      </w:r>
      <w:r>
        <w:rPr>
          <w:rFonts w:cs="Times New Roman" w:hint="cs"/>
          <w:rtl/>
        </w:rPr>
        <w:t>يؤكد</w:t>
      </w:r>
      <w:r>
        <w:rPr>
          <w:rFonts w:cs="Times New Roman"/>
          <w:rtl/>
        </w:rPr>
        <w:t xml:space="preserve"> </w:t>
      </w:r>
      <w:r>
        <w:rPr>
          <w:rFonts w:cs="Times New Roman" w:hint="cs"/>
          <w:rtl/>
        </w:rPr>
        <w:t>هذا</w:t>
      </w:r>
      <w:r>
        <w:rPr>
          <w:rFonts w:cs="Times New Roman"/>
          <w:rtl/>
        </w:rPr>
        <w:t xml:space="preserve"> </w:t>
      </w:r>
      <w:r>
        <w:rPr>
          <w:rFonts w:cs="Times New Roman" w:hint="cs"/>
          <w:rtl/>
        </w:rPr>
        <w:t>الاختبار</w:t>
      </w:r>
      <w:r>
        <w:rPr>
          <w:rFonts w:cs="Times New Roman"/>
          <w:rtl/>
        </w:rPr>
        <w:t xml:space="preserve"> </w:t>
      </w:r>
      <w:r>
        <w:rPr>
          <w:rFonts w:cs="Times New Roman" w:hint="cs"/>
          <w:rtl/>
        </w:rPr>
        <w:t>نجاح</w:t>
      </w:r>
      <w:r>
        <w:rPr>
          <w:rFonts w:cs="Times New Roman"/>
          <w:rtl/>
        </w:rPr>
        <w:t xml:space="preserve"> </w:t>
      </w:r>
      <w:r>
        <w:rPr>
          <w:rFonts w:cs="Times New Roman" w:hint="cs"/>
          <w:rtl/>
        </w:rPr>
        <w:t>محاكاة</w:t>
      </w:r>
      <w:r>
        <w:rPr>
          <w:rFonts w:cs="Times New Roman"/>
          <w:rtl/>
        </w:rPr>
        <w:t xml:space="preserve"> </w:t>
      </w:r>
      <w:r>
        <w:rPr>
          <w:rFonts w:cs="Times New Roman" w:hint="cs"/>
          <w:rtl/>
        </w:rPr>
        <w:t>عملية</w:t>
      </w:r>
      <w:r>
        <w:rPr>
          <w:rFonts w:cs="Times New Roman"/>
          <w:rtl/>
        </w:rPr>
        <w:t xml:space="preserve"> </w:t>
      </w:r>
      <w:r>
        <w:rPr>
          <w:rFonts w:cs="Times New Roman" w:hint="cs"/>
          <w:rtl/>
        </w:rPr>
        <w:t>سحب</w:t>
      </w:r>
      <w:r>
        <w:rPr>
          <w:rFonts w:cs="Times New Roman"/>
          <w:rtl/>
        </w:rPr>
        <w:t xml:space="preserve"> </w:t>
      </w:r>
      <w:r>
        <w:rPr>
          <w:rFonts w:cs="Times New Roman" w:hint="cs"/>
          <w:rtl/>
        </w:rPr>
        <w:t>البيانات</w:t>
      </w:r>
      <w:r>
        <w:t xml:space="preserve"> (Data Exfiltration) </w:t>
      </w:r>
      <w:r>
        <w:rPr>
          <w:rFonts w:cs="Times New Roman" w:hint="cs"/>
          <w:rtl/>
        </w:rPr>
        <w:t>من</w:t>
      </w:r>
      <w:r>
        <w:rPr>
          <w:rFonts w:cs="Times New Roman"/>
          <w:rtl/>
        </w:rPr>
        <w:t xml:space="preserve"> </w:t>
      </w:r>
      <w:r>
        <w:rPr>
          <w:rFonts w:cs="Times New Roman" w:hint="cs"/>
          <w:rtl/>
        </w:rPr>
        <w:t>مجلدات</w:t>
      </w:r>
      <w:r>
        <w:rPr>
          <w:rFonts w:cs="Times New Roman"/>
          <w:rtl/>
        </w:rPr>
        <w:t xml:space="preserve"> </w:t>
      </w:r>
      <w:r>
        <w:rPr>
          <w:rFonts w:cs="Times New Roman" w:hint="cs"/>
          <w:rtl/>
        </w:rPr>
        <w:t>النطاق</w:t>
      </w:r>
      <w:r>
        <w:rPr>
          <w:rFonts w:cs="Times New Roman"/>
          <w:rtl/>
        </w:rPr>
        <w:t xml:space="preserve"> </w:t>
      </w:r>
      <w:r>
        <w:rPr>
          <w:rFonts w:cs="Times New Roman" w:hint="cs"/>
          <w:rtl/>
        </w:rPr>
        <w:t>الحساسة</w:t>
      </w:r>
      <w:r>
        <w:rPr>
          <w:rFonts w:cs="Times New Roman"/>
          <w:rtl/>
        </w:rPr>
        <w:t xml:space="preserve"> </w:t>
      </w:r>
      <w:r>
        <w:rPr>
          <w:rFonts w:cs="Times New Roman" w:hint="cs"/>
          <w:rtl/>
        </w:rPr>
        <w:t>باستخدام</w:t>
      </w:r>
      <w:r>
        <w:rPr>
          <w:rFonts w:cs="Times New Roman"/>
          <w:rtl/>
        </w:rPr>
        <w:t xml:space="preserve"> </w:t>
      </w:r>
      <w:r>
        <w:rPr>
          <w:rFonts w:cs="Times New Roman" w:hint="cs"/>
          <w:rtl/>
        </w:rPr>
        <w:t>حساب</w:t>
      </w:r>
      <w:r>
        <w:rPr>
          <w:rFonts w:cs="Times New Roman"/>
          <w:rtl/>
        </w:rPr>
        <w:t xml:space="preserve"> </w:t>
      </w:r>
      <w:r>
        <w:rPr>
          <w:rFonts w:cs="Times New Roman" w:hint="cs"/>
          <w:rtl/>
        </w:rPr>
        <w:t>مستخدم</w:t>
      </w:r>
      <w:r>
        <w:rPr>
          <w:rFonts w:cs="Times New Roman"/>
          <w:rtl/>
        </w:rPr>
        <w:t xml:space="preserve"> </w:t>
      </w:r>
      <w:r>
        <w:rPr>
          <w:rFonts w:cs="Times New Roman" w:hint="cs"/>
          <w:rtl/>
        </w:rPr>
        <w:t>عادي</w:t>
      </w:r>
      <w:r>
        <w:t>."</w:t>
      </w:r>
    </w:p>
    <w:p w:rsidR="00CD2AC8" w:rsidRDefault="00CD2AC8" w:rsidP="00CD2AC8">
      <w:pPr>
        <w:tabs>
          <w:tab w:val="left" w:pos="7020"/>
        </w:tabs>
      </w:pPr>
      <w:r>
        <w:t xml:space="preserve">Technical Description (English): "Documenting an attempt to download the contents of the scripts folder from the SYSVOL path to the Kali Linux attack machine using the </w:t>
      </w:r>
      <w:proofErr w:type="spellStart"/>
      <w:r>
        <w:t>smbget</w:t>
      </w:r>
      <w:proofErr w:type="spellEnd"/>
      <w:r>
        <w:t xml:space="preserve"> tool. The operation resulted in a successful connection and authorization, but downloaded 0 bytes, confirming the folder is empty and contains no current logon scripts. Nevertheless, this test validates the successful simulation of Data Exfiltration from sensitive domain shares using a standard user account."</w:t>
      </w:r>
    </w:p>
    <w:p w:rsidR="00324D02" w:rsidRDefault="00324D02" w:rsidP="0016705C">
      <w:pPr>
        <w:tabs>
          <w:tab w:val="left" w:pos="7020"/>
        </w:tabs>
      </w:pPr>
    </w:p>
    <w:p w:rsidR="0016705C" w:rsidRDefault="00426F3D" w:rsidP="00AF7EBF">
      <w:pPr>
        <w:tabs>
          <w:tab w:val="left" w:pos="7020"/>
        </w:tabs>
        <w:rPr>
          <w:rtl/>
        </w:rPr>
      </w:pPr>
      <w:r>
        <w:rPr>
          <w:noProof/>
        </w:rPr>
        <w:drawing>
          <wp:inline distT="0" distB="0" distL="0" distR="0">
            <wp:extent cx="4083260" cy="71123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محاكاة سحب البيانات من النطاق (Data Exfiltration Simulation).png"/>
                    <pic:cNvPicPr/>
                  </pic:nvPicPr>
                  <pic:blipFill>
                    <a:blip r:embed="rId41">
                      <a:extLst>
                        <a:ext uri="{28A0092B-C50C-407E-A947-70E740481C1C}">
                          <a14:useLocalDpi xmlns:a14="http://schemas.microsoft.com/office/drawing/2010/main" val="0"/>
                        </a:ext>
                      </a:extLst>
                    </a:blip>
                    <a:stretch>
                      <a:fillRect/>
                    </a:stretch>
                  </pic:blipFill>
                  <pic:spPr>
                    <a:xfrm>
                      <a:off x="0" y="0"/>
                      <a:ext cx="4083260" cy="711237"/>
                    </a:xfrm>
                    <a:prstGeom prst="rect">
                      <a:avLst/>
                    </a:prstGeom>
                  </pic:spPr>
                </pic:pic>
              </a:graphicData>
            </a:graphic>
          </wp:inline>
        </w:drawing>
      </w:r>
    </w:p>
    <w:p w:rsidR="00426F3D" w:rsidRDefault="00426F3D" w:rsidP="00AF7EBF">
      <w:pPr>
        <w:tabs>
          <w:tab w:val="left" w:pos="7020"/>
        </w:tabs>
        <w:rPr>
          <w:rtl/>
        </w:rPr>
      </w:pPr>
    </w:p>
    <w:p w:rsidR="00426F3D" w:rsidRDefault="00426F3D" w:rsidP="00AF7EBF">
      <w:pPr>
        <w:tabs>
          <w:tab w:val="left" w:pos="7020"/>
        </w:tabs>
        <w:rPr>
          <w:rtl/>
        </w:rPr>
      </w:pPr>
    </w:p>
    <w:p w:rsidR="00426F3D" w:rsidRDefault="00426F3D" w:rsidP="00AF7EBF">
      <w:pPr>
        <w:tabs>
          <w:tab w:val="left" w:pos="7020"/>
        </w:tabs>
        <w:rPr>
          <w:rtl/>
        </w:rPr>
      </w:pPr>
    </w:p>
    <w:p w:rsidR="00426F3D" w:rsidRDefault="00426F3D" w:rsidP="00AF7EBF">
      <w:pPr>
        <w:tabs>
          <w:tab w:val="left" w:pos="7020"/>
        </w:tabs>
        <w:rPr>
          <w:rtl/>
        </w:rPr>
      </w:pPr>
    </w:p>
    <w:p w:rsidR="00426F3D" w:rsidRDefault="00426F3D" w:rsidP="00AF7EBF">
      <w:pPr>
        <w:tabs>
          <w:tab w:val="left" w:pos="7020"/>
        </w:tabs>
        <w:rPr>
          <w:rtl/>
        </w:rPr>
      </w:pPr>
    </w:p>
    <w:p w:rsidR="00426F3D" w:rsidRDefault="00426F3D" w:rsidP="00AF7EBF">
      <w:pPr>
        <w:tabs>
          <w:tab w:val="left" w:pos="7020"/>
        </w:tabs>
        <w:rPr>
          <w:rtl/>
        </w:rPr>
      </w:pPr>
    </w:p>
    <w:p w:rsidR="00426F3D" w:rsidRDefault="00426F3D" w:rsidP="00AF7EBF">
      <w:pPr>
        <w:tabs>
          <w:tab w:val="left" w:pos="7020"/>
        </w:tabs>
        <w:rPr>
          <w:rtl/>
        </w:rPr>
      </w:pPr>
    </w:p>
    <w:p w:rsidR="00426F3D" w:rsidRDefault="00426F3D" w:rsidP="00AF7EBF">
      <w:pPr>
        <w:tabs>
          <w:tab w:val="left" w:pos="7020"/>
        </w:tabs>
        <w:rPr>
          <w:rtl/>
        </w:rPr>
      </w:pPr>
    </w:p>
    <w:p w:rsidR="00426F3D" w:rsidRDefault="00426F3D" w:rsidP="00AF7EBF">
      <w:pPr>
        <w:tabs>
          <w:tab w:val="left" w:pos="7020"/>
        </w:tabs>
        <w:rPr>
          <w:rtl/>
        </w:rPr>
      </w:pPr>
    </w:p>
    <w:p w:rsidR="00426F3D" w:rsidRDefault="00426F3D" w:rsidP="00AF7EBF">
      <w:pPr>
        <w:tabs>
          <w:tab w:val="left" w:pos="7020"/>
        </w:tabs>
        <w:rPr>
          <w:rtl/>
        </w:rPr>
      </w:pPr>
    </w:p>
    <w:p w:rsidR="00426F3D" w:rsidRDefault="00426F3D" w:rsidP="00AF7EBF">
      <w:pPr>
        <w:tabs>
          <w:tab w:val="left" w:pos="7020"/>
        </w:tabs>
        <w:rPr>
          <w:rtl/>
        </w:rPr>
      </w:pPr>
    </w:p>
    <w:p w:rsidR="00426F3D" w:rsidRDefault="00426F3D" w:rsidP="00AF7EBF">
      <w:pPr>
        <w:tabs>
          <w:tab w:val="left" w:pos="7020"/>
        </w:tabs>
        <w:rPr>
          <w:rtl/>
        </w:rPr>
      </w:pPr>
    </w:p>
    <w:p w:rsidR="00426F3D" w:rsidRDefault="00426F3D" w:rsidP="00426F3D">
      <w:pPr>
        <w:tabs>
          <w:tab w:val="left" w:pos="7020"/>
        </w:tabs>
        <w:rPr>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(26): </w:t>
      </w:r>
      <w:r>
        <w:rPr>
          <w:rFonts w:cs="Times New Roman" w:hint="cs"/>
          <w:rtl/>
        </w:rPr>
        <w:t>استخراج</w:t>
      </w:r>
      <w:r>
        <w:rPr>
          <w:rFonts w:cs="Times New Roman"/>
          <w:rtl/>
        </w:rPr>
        <w:t xml:space="preserve"> </w:t>
      </w:r>
      <w:r>
        <w:rPr>
          <w:rFonts w:cs="Times New Roman" w:hint="cs"/>
          <w:rtl/>
        </w:rPr>
        <w:t>قائمة</w:t>
      </w:r>
      <w:r>
        <w:rPr>
          <w:rFonts w:cs="Times New Roman"/>
          <w:rtl/>
        </w:rPr>
        <w:t xml:space="preserve"> </w:t>
      </w:r>
      <w:r>
        <w:rPr>
          <w:rFonts w:cs="Times New Roman" w:hint="cs"/>
          <w:rtl/>
        </w:rPr>
        <w:t>المستخدمين</w:t>
      </w:r>
      <w:r>
        <w:rPr>
          <w:rFonts w:cs="Times New Roman"/>
          <w:rtl/>
        </w:rPr>
        <w:t xml:space="preserve"> </w:t>
      </w:r>
      <w:r>
        <w:rPr>
          <w:rFonts w:cs="Times New Roman" w:hint="cs"/>
          <w:rtl/>
        </w:rPr>
        <w:t>باستخدام</w:t>
      </w:r>
      <w:r>
        <w:rPr>
          <w:rFonts w:cs="Times New Roman"/>
          <w:rtl/>
        </w:rPr>
        <w:t xml:space="preserve"> </w:t>
      </w:r>
      <w:r>
        <w:rPr>
          <w:rFonts w:cs="Times New Roman" w:hint="cs"/>
          <w:rtl/>
        </w:rPr>
        <w:t>بيانات</w:t>
      </w:r>
      <w:r>
        <w:rPr>
          <w:rFonts w:cs="Times New Roman"/>
          <w:rtl/>
        </w:rPr>
        <w:t xml:space="preserve"> </w:t>
      </w:r>
      <w:r>
        <w:rPr>
          <w:rFonts w:cs="Times New Roman" w:hint="cs"/>
          <w:rtl/>
        </w:rPr>
        <w:t>اعتماد</w:t>
      </w:r>
      <w:r>
        <w:rPr>
          <w:rFonts w:cs="Times New Roman"/>
          <w:rtl/>
        </w:rPr>
        <w:t xml:space="preserve"> </w:t>
      </w:r>
      <w:r>
        <w:rPr>
          <w:rFonts w:cs="Times New Roman" w:hint="cs"/>
          <w:rtl/>
        </w:rPr>
        <w:t>صالحة</w:t>
      </w:r>
      <w:r>
        <w:t xml:space="preserve"> </w:t>
      </w:r>
    </w:p>
    <w:p w:rsidR="00426F3D" w:rsidRDefault="00426F3D" w:rsidP="00426F3D">
      <w:pPr>
        <w:tabs>
          <w:tab w:val="left" w:pos="7020"/>
        </w:tabs>
      </w:pPr>
      <w:r>
        <w:t>(Authenticated User Enumeration)</w:t>
      </w:r>
    </w:p>
    <w:p w:rsidR="00426F3D" w:rsidRDefault="00426F3D" w:rsidP="00426F3D">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نجاح</w:t>
      </w:r>
      <w:r>
        <w:rPr>
          <w:rFonts w:cs="Times New Roman"/>
          <w:rtl/>
        </w:rPr>
        <w:t xml:space="preserve"> </w:t>
      </w:r>
      <w:r>
        <w:rPr>
          <w:rFonts w:cs="Times New Roman" w:hint="cs"/>
          <w:rtl/>
        </w:rPr>
        <w:t>المهاجم</w:t>
      </w:r>
      <w:r>
        <w:rPr>
          <w:rFonts w:cs="Times New Roman"/>
          <w:rtl/>
        </w:rPr>
        <w:t xml:space="preserve"> </w:t>
      </w:r>
      <w:r>
        <w:rPr>
          <w:rFonts w:cs="Times New Roman" w:hint="cs"/>
          <w:rtl/>
        </w:rPr>
        <w:t>في</w:t>
      </w:r>
      <w:r>
        <w:rPr>
          <w:rFonts w:cs="Times New Roman"/>
          <w:rtl/>
        </w:rPr>
        <w:t xml:space="preserve"> </w:t>
      </w:r>
      <w:r>
        <w:rPr>
          <w:rFonts w:cs="Times New Roman" w:hint="cs"/>
          <w:rtl/>
        </w:rPr>
        <w:t>سحب</w:t>
      </w:r>
      <w:r>
        <w:rPr>
          <w:rFonts w:cs="Times New Roman"/>
          <w:rtl/>
        </w:rPr>
        <w:t xml:space="preserve"> </w:t>
      </w:r>
      <w:r>
        <w:rPr>
          <w:rFonts w:cs="Times New Roman" w:hint="cs"/>
          <w:rtl/>
        </w:rPr>
        <w:t>قائمة</w:t>
      </w:r>
      <w:r>
        <w:rPr>
          <w:rFonts w:cs="Times New Roman"/>
          <w:rtl/>
        </w:rPr>
        <w:t xml:space="preserve"> </w:t>
      </w:r>
      <w:r>
        <w:rPr>
          <w:rFonts w:cs="Times New Roman" w:hint="cs"/>
          <w:rtl/>
        </w:rPr>
        <w:t>كاملة</w:t>
      </w:r>
      <w:r>
        <w:rPr>
          <w:rFonts w:cs="Times New Roman"/>
          <w:rtl/>
        </w:rPr>
        <w:t xml:space="preserve"> </w:t>
      </w:r>
      <w:r>
        <w:rPr>
          <w:rFonts w:cs="Times New Roman" w:hint="cs"/>
          <w:rtl/>
        </w:rPr>
        <w:t>بحسابات</w:t>
      </w:r>
      <w:r>
        <w:rPr>
          <w:rFonts w:cs="Times New Roman"/>
          <w:rtl/>
        </w:rPr>
        <w:t xml:space="preserve"> </w:t>
      </w:r>
      <w:r>
        <w:rPr>
          <w:rFonts w:cs="Times New Roman" w:hint="cs"/>
          <w:rtl/>
        </w:rPr>
        <w:t>مستخدمي</w:t>
      </w:r>
      <w:r>
        <w:rPr>
          <w:rFonts w:cs="Times New Roman"/>
          <w:rtl/>
        </w:rPr>
        <w:t xml:space="preserve"> </w:t>
      </w:r>
      <w:r>
        <w:rPr>
          <w:rFonts w:cs="Times New Roman" w:hint="cs"/>
          <w:rtl/>
        </w:rPr>
        <w:t>النطاق</w:t>
      </w:r>
      <w:r>
        <w:rPr>
          <w:rFonts w:cs="Times New Roman"/>
          <w:rtl/>
        </w:rPr>
        <w:t xml:space="preserve"> </w:t>
      </w:r>
      <w:r>
        <w:rPr>
          <w:rFonts w:cs="Times New Roman" w:hint="cs"/>
          <w:rtl/>
        </w:rPr>
        <w:t>باستخدام</w:t>
      </w:r>
      <w:r>
        <w:rPr>
          <w:rFonts w:cs="Times New Roman"/>
          <w:rtl/>
        </w:rPr>
        <w:t xml:space="preserve"> </w:t>
      </w:r>
      <w:r>
        <w:rPr>
          <w:rFonts w:cs="Times New Roman" w:hint="cs"/>
          <w:rtl/>
        </w:rPr>
        <w:t>أداة</w:t>
      </w:r>
      <w:r>
        <w:t xml:space="preserve"> </w:t>
      </w:r>
      <w:proofErr w:type="spellStart"/>
      <w:r>
        <w:t>rpcclient</w:t>
      </w:r>
      <w:proofErr w:type="spellEnd"/>
      <w:r>
        <w:t xml:space="preserve"> </w:t>
      </w:r>
      <w:r>
        <w:rPr>
          <w:rFonts w:cs="Times New Roman" w:hint="cs"/>
          <w:rtl/>
        </w:rPr>
        <w:t>عبر</w:t>
      </w:r>
      <w:r>
        <w:rPr>
          <w:rFonts w:cs="Times New Roman"/>
          <w:rtl/>
        </w:rPr>
        <w:t xml:space="preserve"> </w:t>
      </w:r>
      <w:r>
        <w:rPr>
          <w:rFonts w:cs="Times New Roman" w:hint="cs"/>
          <w:rtl/>
        </w:rPr>
        <w:t>بروتوكول</w:t>
      </w:r>
      <w:r>
        <w:t xml:space="preserve"> RPC. </w:t>
      </w:r>
      <w:r>
        <w:rPr>
          <w:rFonts w:cs="Times New Roman" w:hint="cs"/>
          <w:rtl/>
        </w:rPr>
        <w:t>باستخدام</w:t>
      </w:r>
      <w:r>
        <w:rPr>
          <w:rFonts w:cs="Times New Roman"/>
          <w:rtl/>
        </w:rPr>
        <w:t xml:space="preserve"> </w:t>
      </w:r>
      <w:r>
        <w:rPr>
          <w:rFonts w:cs="Times New Roman" w:hint="cs"/>
          <w:rtl/>
        </w:rPr>
        <w:t>بيانات</w:t>
      </w:r>
      <w:r>
        <w:rPr>
          <w:rFonts w:cs="Times New Roman"/>
          <w:rtl/>
        </w:rPr>
        <w:t xml:space="preserve"> </w:t>
      </w:r>
      <w:r>
        <w:rPr>
          <w:rFonts w:cs="Times New Roman" w:hint="cs"/>
          <w:rtl/>
        </w:rPr>
        <w:t>اعتماد</w:t>
      </w:r>
      <w:r>
        <w:rPr>
          <w:rFonts w:cs="Times New Roman"/>
          <w:rtl/>
        </w:rPr>
        <w:t xml:space="preserve"> </w:t>
      </w:r>
      <w:r>
        <w:rPr>
          <w:rFonts w:cs="Times New Roman" w:hint="cs"/>
          <w:rtl/>
        </w:rPr>
        <w:t>المستخدم</w:t>
      </w:r>
      <w:r>
        <w:rPr>
          <w:rFonts w:cs="Times New Roman"/>
          <w:rtl/>
        </w:rPr>
        <w:t xml:space="preserve"> </w:t>
      </w:r>
      <w:r>
        <w:rPr>
          <w:rFonts w:cs="Times New Roman" w:hint="cs"/>
          <w:rtl/>
        </w:rPr>
        <w:t>العادي</w:t>
      </w:r>
      <w:r>
        <w:t xml:space="preserve"> </w:t>
      </w:r>
      <w:proofErr w:type="spellStart"/>
      <w:r>
        <w:t>ahmed.ali</w:t>
      </w:r>
      <w:proofErr w:type="spellEnd"/>
      <w:r>
        <w:rPr>
          <w:rFonts w:cs="Times New Roman"/>
          <w:rtl/>
        </w:rPr>
        <w:t xml:space="preserve">، </w:t>
      </w:r>
      <w:r>
        <w:rPr>
          <w:rFonts w:cs="Times New Roman" w:hint="cs"/>
          <w:rtl/>
        </w:rPr>
        <w:t>تم</w:t>
      </w:r>
      <w:r>
        <w:rPr>
          <w:rFonts w:cs="Times New Roman"/>
          <w:rtl/>
        </w:rPr>
        <w:t xml:space="preserve"> </w:t>
      </w:r>
      <w:r>
        <w:rPr>
          <w:rFonts w:cs="Times New Roman" w:hint="cs"/>
          <w:rtl/>
        </w:rPr>
        <w:t>استخراج</w:t>
      </w:r>
      <w:r>
        <w:rPr>
          <w:rFonts w:cs="Times New Roman"/>
          <w:rtl/>
        </w:rPr>
        <w:t xml:space="preserve"> </w:t>
      </w:r>
      <w:r>
        <w:rPr>
          <w:rFonts w:cs="Times New Roman" w:hint="cs"/>
          <w:rtl/>
        </w:rPr>
        <w:t>أسماء</w:t>
      </w:r>
      <w:r>
        <w:rPr>
          <w:rFonts w:cs="Times New Roman"/>
          <w:rtl/>
        </w:rPr>
        <w:t xml:space="preserve"> </w:t>
      </w:r>
      <w:r>
        <w:rPr>
          <w:rFonts w:cs="Times New Roman" w:hint="cs"/>
          <w:rtl/>
        </w:rPr>
        <w:t>الحسابات</w:t>
      </w:r>
      <w:r>
        <w:rPr>
          <w:rFonts w:cs="Times New Roman"/>
          <w:rtl/>
        </w:rPr>
        <w:t xml:space="preserve"> </w:t>
      </w:r>
      <w:r>
        <w:rPr>
          <w:rFonts w:cs="Times New Roman" w:hint="cs"/>
          <w:rtl/>
        </w:rPr>
        <w:t>الحساسة</w:t>
      </w:r>
      <w:r>
        <w:rPr>
          <w:rFonts w:cs="Times New Roman"/>
          <w:rtl/>
        </w:rPr>
        <w:t xml:space="preserve"> </w:t>
      </w:r>
      <w:r>
        <w:rPr>
          <w:rFonts w:cs="Times New Roman" w:hint="cs"/>
          <w:rtl/>
        </w:rPr>
        <w:t>بما</w:t>
      </w:r>
      <w:r>
        <w:rPr>
          <w:rFonts w:cs="Times New Roman"/>
          <w:rtl/>
        </w:rPr>
        <w:t xml:space="preserve"> </w:t>
      </w:r>
      <w:r>
        <w:rPr>
          <w:rFonts w:cs="Times New Roman" w:hint="cs"/>
          <w:rtl/>
        </w:rPr>
        <w:t>في</w:t>
      </w:r>
      <w:r>
        <w:rPr>
          <w:rFonts w:cs="Times New Roman"/>
          <w:rtl/>
        </w:rPr>
        <w:t xml:space="preserve"> </w:t>
      </w:r>
      <w:r>
        <w:rPr>
          <w:rFonts w:cs="Times New Roman" w:hint="cs"/>
          <w:rtl/>
        </w:rPr>
        <w:t>ذلك</w:t>
      </w:r>
      <w:r>
        <w:rPr>
          <w:rFonts w:cs="Times New Roman"/>
          <w:rtl/>
        </w:rPr>
        <w:t xml:space="preserve"> </w:t>
      </w:r>
      <w:r>
        <w:rPr>
          <w:rFonts w:cs="Times New Roman" w:hint="cs"/>
          <w:rtl/>
        </w:rPr>
        <w:t>حساب</w:t>
      </w:r>
      <w:r>
        <w:rPr>
          <w:rFonts w:cs="Times New Roman"/>
          <w:rtl/>
        </w:rPr>
        <w:t xml:space="preserve"> </w:t>
      </w:r>
      <w:r>
        <w:rPr>
          <w:rFonts w:cs="Times New Roman" w:hint="cs"/>
          <w:rtl/>
        </w:rPr>
        <w:t>المسؤول</w:t>
      </w:r>
      <w:r>
        <w:t xml:space="preserve"> Administrator </w:t>
      </w:r>
      <w:r>
        <w:rPr>
          <w:rFonts w:cs="Times New Roman" w:hint="cs"/>
          <w:rtl/>
        </w:rPr>
        <w:t>وحساب</w:t>
      </w:r>
      <w:r>
        <w:rPr>
          <w:rFonts w:cs="Times New Roman"/>
          <w:rtl/>
        </w:rPr>
        <w:t xml:space="preserve"> </w:t>
      </w:r>
      <w:r>
        <w:rPr>
          <w:rFonts w:cs="Times New Roman" w:hint="cs"/>
          <w:rtl/>
        </w:rPr>
        <w:t>خدمة</w:t>
      </w:r>
      <w:r>
        <w:rPr>
          <w:rFonts w:cs="Times New Roman"/>
          <w:rtl/>
        </w:rPr>
        <w:t xml:space="preserve"> </w:t>
      </w:r>
      <w:r>
        <w:rPr>
          <w:rFonts w:cs="Times New Roman" w:hint="cs"/>
          <w:rtl/>
        </w:rPr>
        <w:t>المصادقة</w:t>
      </w:r>
      <w:r>
        <w:t xml:space="preserve"> </w:t>
      </w:r>
      <w:proofErr w:type="spellStart"/>
      <w:r>
        <w:t>krbtgt</w:t>
      </w:r>
      <w:proofErr w:type="spellEnd"/>
      <w:r>
        <w:t xml:space="preserve">. </w:t>
      </w:r>
      <w:r>
        <w:rPr>
          <w:rFonts w:cs="Times New Roman" w:hint="cs"/>
          <w:rtl/>
        </w:rPr>
        <w:t>هذه</w:t>
      </w:r>
      <w:r>
        <w:rPr>
          <w:rFonts w:cs="Times New Roman"/>
          <w:rtl/>
        </w:rPr>
        <w:t xml:space="preserve"> </w:t>
      </w:r>
      <w:r>
        <w:rPr>
          <w:rFonts w:cs="Times New Roman" w:hint="cs"/>
          <w:rtl/>
        </w:rPr>
        <w:t>الثغرة</w:t>
      </w:r>
      <w:r>
        <w:rPr>
          <w:rFonts w:cs="Times New Roman"/>
          <w:rtl/>
        </w:rPr>
        <w:t xml:space="preserve"> (</w:t>
      </w:r>
      <w:r>
        <w:rPr>
          <w:rFonts w:cs="Times New Roman" w:hint="cs"/>
          <w:rtl/>
        </w:rPr>
        <w:t>السماح</w:t>
      </w:r>
      <w:r>
        <w:rPr>
          <w:rFonts w:cs="Times New Roman"/>
          <w:rtl/>
        </w:rPr>
        <w:t xml:space="preserve"> </w:t>
      </w:r>
      <w:r>
        <w:rPr>
          <w:rFonts w:cs="Times New Roman" w:hint="cs"/>
          <w:rtl/>
        </w:rPr>
        <w:t>للمستخدمين</w:t>
      </w:r>
      <w:r>
        <w:rPr>
          <w:rFonts w:cs="Times New Roman"/>
          <w:rtl/>
        </w:rPr>
        <w:t xml:space="preserve"> </w:t>
      </w:r>
      <w:r>
        <w:rPr>
          <w:rFonts w:cs="Times New Roman" w:hint="cs"/>
          <w:rtl/>
        </w:rPr>
        <w:t>المصادق</w:t>
      </w:r>
      <w:r>
        <w:rPr>
          <w:rFonts w:cs="Times New Roman"/>
          <w:rtl/>
        </w:rPr>
        <w:t xml:space="preserve"> </w:t>
      </w:r>
      <w:r>
        <w:rPr>
          <w:rFonts w:cs="Times New Roman" w:hint="cs"/>
          <w:rtl/>
        </w:rPr>
        <w:t>عليهم</w:t>
      </w:r>
      <w:r>
        <w:rPr>
          <w:rFonts w:cs="Times New Roman"/>
          <w:rtl/>
        </w:rPr>
        <w:t xml:space="preserve"> </w:t>
      </w:r>
      <w:r>
        <w:rPr>
          <w:rFonts w:cs="Times New Roman" w:hint="cs"/>
          <w:rtl/>
        </w:rPr>
        <w:t>برؤية</w:t>
      </w:r>
      <w:r>
        <w:rPr>
          <w:rFonts w:cs="Times New Roman"/>
          <w:rtl/>
        </w:rPr>
        <w:t xml:space="preserve"> </w:t>
      </w:r>
      <w:r>
        <w:rPr>
          <w:rFonts w:cs="Times New Roman" w:hint="cs"/>
          <w:rtl/>
        </w:rPr>
        <w:t>كل</w:t>
      </w:r>
      <w:r>
        <w:rPr>
          <w:rFonts w:cs="Times New Roman"/>
          <w:rtl/>
        </w:rPr>
        <w:t xml:space="preserve"> </w:t>
      </w:r>
      <w:r>
        <w:rPr>
          <w:rFonts w:cs="Times New Roman" w:hint="cs"/>
          <w:rtl/>
        </w:rPr>
        <w:t>الحسابات</w:t>
      </w:r>
      <w:r>
        <w:rPr>
          <w:rFonts w:cs="Times New Roman"/>
          <w:rtl/>
        </w:rPr>
        <w:t xml:space="preserve">) </w:t>
      </w:r>
      <w:r>
        <w:rPr>
          <w:rFonts w:cs="Times New Roman" w:hint="cs"/>
          <w:rtl/>
        </w:rPr>
        <w:t>تمثل</w:t>
      </w:r>
      <w:r>
        <w:rPr>
          <w:rFonts w:cs="Times New Roman"/>
          <w:rtl/>
        </w:rPr>
        <w:t xml:space="preserve"> </w:t>
      </w:r>
      <w:r>
        <w:rPr>
          <w:rFonts w:cs="Times New Roman" w:hint="cs"/>
          <w:rtl/>
        </w:rPr>
        <w:t>خطراً</w:t>
      </w:r>
      <w:r>
        <w:rPr>
          <w:rFonts w:cs="Times New Roman"/>
          <w:rtl/>
        </w:rPr>
        <w:t xml:space="preserve"> </w:t>
      </w:r>
      <w:r>
        <w:rPr>
          <w:rFonts w:cs="Times New Roman" w:hint="cs"/>
          <w:rtl/>
        </w:rPr>
        <w:t>أمنياً</w:t>
      </w:r>
      <w:r>
        <w:rPr>
          <w:rFonts w:cs="Times New Roman"/>
          <w:rtl/>
        </w:rPr>
        <w:t xml:space="preserve"> </w:t>
      </w:r>
      <w:r>
        <w:rPr>
          <w:rFonts w:cs="Times New Roman" w:hint="cs"/>
          <w:rtl/>
        </w:rPr>
        <w:t>كبيراً</w:t>
      </w:r>
      <w:r>
        <w:rPr>
          <w:rFonts w:cs="Times New Roman"/>
          <w:rtl/>
        </w:rPr>
        <w:t xml:space="preserve">، </w:t>
      </w:r>
      <w:r>
        <w:rPr>
          <w:rFonts w:cs="Times New Roman" w:hint="cs"/>
          <w:rtl/>
        </w:rPr>
        <w:t>حيث</w:t>
      </w:r>
      <w:r>
        <w:rPr>
          <w:rFonts w:cs="Times New Roman"/>
          <w:rtl/>
        </w:rPr>
        <w:t xml:space="preserve"> </w:t>
      </w:r>
      <w:r>
        <w:rPr>
          <w:rFonts w:cs="Times New Roman" w:hint="cs"/>
          <w:rtl/>
        </w:rPr>
        <w:t>تمنح</w:t>
      </w:r>
      <w:r>
        <w:rPr>
          <w:rFonts w:cs="Times New Roman"/>
          <w:rtl/>
        </w:rPr>
        <w:t xml:space="preserve"> </w:t>
      </w:r>
      <w:r>
        <w:rPr>
          <w:rFonts w:cs="Times New Roman" w:hint="cs"/>
          <w:rtl/>
        </w:rPr>
        <w:t>المهاجم</w:t>
      </w:r>
      <w:r>
        <w:rPr>
          <w:rFonts w:cs="Times New Roman"/>
          <w:rtl/>
        </w:rPr>
        <w:t xml:space="preserve"> </w:t>
      </w:r>
      <w:r>
        <w:rPr>
          <w:rFonts w:cs="Times New Roman" w:hint="cs"/>
          <w:rtl/>
        </w:rPr>
        <w:t>خريطة</w:t>
      </w:r>
      <w:r>
        <w:rPr>
          <w:rFonts w:cs="Times New Roman"/>
          <w:rtl/>
        </w:rPr>
        <w:t xml:space="preserve"> </w:t>
      </w:r>
      <w:r>
        <w:rPr>
          <w:rFonts w:cs="Times New Roman" w:hint="cs"/>
          <w:rtl/>
        </w:rPr>
        <w:t>كاملة</w:t>
      </w:r>
      <w:r>
        <w:rPr>
          <w:rFonts w:cs="Times New Roman"/>
          <w:rtl/>
        </w:rPr>
        <w:t xml:space="preserve"> </w:t>
      </w:r>
      <w:r>
        <w:rPr>
          <w:rFonts w:cs="Times New Roman" w:hint="cs"/>
          <w:rtl/>
        </w:rPr>
        <w:t>للهدف</w:t>
      </w:r>
      <w:r>
        <w:rPr>
          <w:rFonts w:cs="Times New Roman"/>
          <w:rtl/>
        </w:rPr>
        <w:t xml:space="preserve"> </w:t>
      </w:r>
      <w:r>
        <w:rPr>
          <w:rFonts w:cs="Times New Roman" w:hint="cs"/>
          <w:rtl/>
        </w:rPr>
        <w:t>لتوجيه</w:t>
      </w:r>
      <w:r>
        <w:rPr>
          <w:rFonts w:cs="Times New Roman"/>
          <w:rtl/>
        </w:rPr>
        <w:t xml:space="preserve"> </w:t>
      </w:r>
      <w:r>
        <w:rPr>
          <w:rFonts w:cs="Times New Roman" w:hint="cs"/>
          <w:rtl/>
        </w:rPr>
        <w:t>هجمات</w:t>
      </w:r>
      <w:r>
        <w:rPr>
          <w:rFonts w:cs="Times New Roman"/>
          <w:rtl/>
        </w:rPr>
        <w:t xml:space="preserve"> </w:t>
      </w:r>
      <w:r>
        <w:rPr>
          <w:rFonts w:cs="Times New Roman" w:hint="cs"/>
          <w:rtl/>
        </w:rPr>
        <w:t>تخمين</w:t>
      </w:r>
      <w:r>
        <w:rPr>
          <w:rFonts w:cs="Times New Roman"/>
          <w:rtl/>
        </w:rPr>
        <w:t xml:space="preserve"> </w:t>
      </w:r>
      <w:r>
        <w:rPr>
          <w:rFonts w:cs="Times New Roman" w:hint="cs"/>
          <w:rtl/>
        </w:rPr>
        <w:t>كلمات</w:t>
      </w:r>
      <w:r>
        <w:rPr>
          <w:rFonts w:cs="Times New Roman"/>
          <w:rtl/>
        </w:rPr>
        <w:t xml:space="preserve"> </w:t>
      </w:r>
      <w:r>
        <w:rPr>
          <w:rFonts w:cs="Times New Roman" w:hint="cs"/>
          <w:rtl/>
        </w:rPr>
        <w:t>المرور</w:t>
      </w:r>
      <w:r>
        <w:t xml:space="preserve"> (Password Spraying) </w:t>
      </w:r>
      <w:r>
        <w:rPr>
          <w:rFonts w:cs="Times New Roman" w:hint="cs"/>
          <w:rtl/>
        </w:rPr>
        <w:t>أو</w:t>
      </w:r>
      <w:r>
        <w:rPr>
          <w:rFonts w:cs="Times New Roman"/>
          <w:rtl/>
        </w:rPr>
        <w:t xml:space="preserve"> </w:t>
      </w:r>
      <w:r>
        <w:rPr>
          <w:rFonts w:cs="Times New Roman" w:hint="cs"/>
          <w:rtl/>
        </w:rPr>
        <w:t>هجمات</w:t>
      </w:r>
      <w:r>
        <w:t xml:space="preserve"> </w:t>
      </w:r>
      <w:proofErr w:type="spellStart"/>
      <w:r>
        <w:t>Kerberoasting</w:t>
      </w:r>
      <w:proofErr w:type="spellEnd"/>
      <w:r>
        <w:t xml:space="preserve"> </w:t>
      </w:r>
      <w:r>
        <w:rPr>
          <w:rFonts w:cs="Times New Roman" w:hint="cs"/>
          <w:rtl/>
        </w:rPr>
        <w:t>لاحقاً</w:t>
      </w:r>
      <w:r>
        <w:t>."</w:t>
      </w:r>
    </w:p>
    <w:p w:rsidR="00426F3D" w:rsidRDefault="00426F3D" w:rsidP="00426F3D">
      <w:pPr>
        <w:tabs>
          <w:tab w:val="left" w:pos="7020"/>
        </w:tabs>
        <w:rPr>
          <w:rtl/>
        </w:rPr>
      </w:pPr>
      <w:r>
        <w:t xml:space="preserve">Technical Description (English): "Documenting the attacker's success in extracting the complete domain user account list using the </w:t>
      </w:r>
      <w:proofErr w:type="spellStart"/>
      <w:r>
        <w:t>rpcclient</w:t>
      </w:r>
      <w:proofErr w:type="spellEnd"/>
      <w:r>
        <w:t xml:space="preserve"> tool via the RPC protocol. Utilizing standard user credentials (</w:t>
      </w:r>
      <w:proofErr w:type="spellStart"/>
      <w:r>
        <w:t>ahmed.ali</w:t>
      </w:r>
      <w:proofErr w:type="spellEnd"/>
      <w:r>
        <w:t xml:space="preserve">), sensitive account names were extracted, including the Administrator and the </w:t>
      </w:r>
      <w:proofErr w:type="spellStart"/>
      <w:r>
        <w:t>krbtgt</w:t>
      </w:r>
      <w:proofErr w:type="spellEnd"/>
      <w:r>
        <w:t xml:space="preserve"> service account. This vulnerability (allowing authenticated users to enumerate all accounts) poses a significant security risk, providing the attacker with a complete map of the target to launch targeted Password Spraying or </w:t>
      </w:r>
      <w:proofErr w:type="spellStart"/>
      <w:r>
        <w:t>Kerberoasting</w:t>
      </w:r>
      <w:proofErr w:type="spellEnd"/>
      <w:r>
        <w:t xml:space="preserve"> attacks."</w:t>
      </w:r>
    </w:p>
    <w:p w:rsidR="00426F3D" w:rsidRDefault="00426F3D" w:rsidP="00426F3D">
      <w:pPr>
        <w:tabs>
          <w:tab w:val="left" w:pos="7020"/>
        </w:tabs>
        <w:rPr>
          <w:rtl/>
        </w:rPr>
      </w:pPr>
      <w:r>
        <w:rPr>
          <w:noProof/>
        </w:rPr>
        <w:drawing>
          <wp:inline distT="0" distB="0" distL="0" distR="0">
            <wp:extent cx="4121362" cy="13526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استخراج قائمة المستخدمين باستخدام بيانات اعتماد صالحة (Authenticated User Enumeration).png"/>
                    <pic:cNvPicPr/>
                  </pic:nvPicPr>
                  <pic:blipFill>
                    <a:blip r:embed="rId42">
                      <a:extLst>
                        <a:ext uri="{28A0092B-C50C-407E-A947-70E740481C1C}">
                          <a14:useLocalDpi xmlns:a14="http://schemas.microsoft.com/office/drawing/2010/main" val="0"/>
                        </a:ext>
                      </a:extLst>
                    </a:blip>
                    <a:stretch>
                      <a:fillRect/>
                    </a:stretch>
                  </pic:blipFill>
                  <pic:spPr>
                    <a:xfrm>
                      <a:off x="0" y="0"/>
                      <a:ext cx="4121362" cy="1352620"/>
                    </a:xfrm>
                    <a:prstGeom prst="rect">
                      <a:avLst/>
                    </a:prstGeom>
                  </pic:spPr>
                </pic:pic>
              </a:graphicData>
            </a:graphic>
          </wp:inline>
        </w:drawing>
      </w:r>
    </w:p>
    <w:p w:rsidR="00426F3D" w:rsidRDefault="00426F3D" w:rsidP="00426F3D">
      <w:pPr>
        <w:tabs>
          <w:tab w:val="left" w:pos="7020"/>
        </w:tabs>
        <w:rPr>
          <w:rtl/>
        </w:rPr>
      </w:pPr>
    </w:p>
    <w:p w:rsidR="00426F3D" w:rsidRDefault="00426F3D" w:rsidP="00426F3D">
      <w:pPr>
        <w:tabs>
          <w:tab w:val="left" w:pos="7020"/>
        </w:tabs>
      </w:pPr>
    </w:p>
    <w:p w:rsidR="00426F3D" w:rsidRDefault="00426F3D" w:rsidP="00AF7EBF">
      <w:pPr>
        <w:tabs>
          <w:tab w:val="left" w:pos="7020"/>
        </w:tabs>
        <w:rPr>
          <w:rtl/>
        </w:rPr>
      </w:pPr>
    </w:p>
    <w:p w:rsidR="00C92B9F" w:rsidRDefault="00C92B9F" w:rsidP="00AF7EBF">
      <w:pPr>
        <w:tabs>
          <w:tab w:val="left" w:pos="7020"/>
        </w:tabs>
        <w:rPr>
          <w:rtl/>
        </w:rPr>
      </w:pPr>
    </w:p>
    <w:p w:rsidR="00C92B9F" w:rsidRDefault="00C92B9F" w:rsidP="00AF7EBF">
      <w:pPr>
        <w:tabs>
          <w:tab w:val="left" w:pos="7020"/>
        </w:tabs>
        <w:rPr>
          <w:rtl/>
        </w:rPr>
      </w:pPr>
    </w:p>
    <w:p w:rsidR="00C92B9F" w:rsidRDefault="00C92B9F" w:rsidP="00AF7EBF">
      <w:pPr>
        <w:tabs>
          <w:tab w:val="left" w:pos="7020"/>
        </w:tabs>
        <w:rPr>
          <w:rtl/>
        </w:rPr>
      </w:pPr>
    </w:p>
    <w:p w:rsidR="00C92B9F" w:rsidRDefault="00C92B9F" w:rsidP="00AF7EBF">
      <w:pPr>
        <w:tabs>
          <w:tab w:val="left" w:pos="7020"/>
        </w:tabs>
        <w:rPr>
          <w:rtl/>
        </w:rPr>
      </w:pPr>
    </w:p>
    <w:p w:rsidR="00C92B9F" w:rsidRDefault="00C92B9F" w:rsidP="00AF7EBF">
      <w:pPr>
        <w:tabs>
          <w:tab w:val="left" w:pos="7020"/>
        </w:tabs>
        <w:rPr>
          <w:rtl/>
        </w:rPr>
      </w:pPr>
    </w:p>
    <w:p w:rsidR="00C92B9F" w:rsidRDefault="00C92B9F" w:rsidP="00AF7EBF">
      <w:pPr>
        <w:tabs>
          <w:tab w:val="left" w:pos="7020"/>
        </w:tabs>
        <w:rPr>
          <w:rtl/>
        </w:rPr>
      </w:pPr>
    </w:p>
    <w:p w:rsidR="00C92B9F" w:rsidRDefault="00C92B9F" w:rsidP="00AF7EBF">
      <w:pPr>
        <w:tabs>
          <w:tab w:val="left" w:pos="7020"/>
        </w:tabs>
        <w:rPr>
          <w:rtl/>
        </w:rPr>
      </w:pPr>
    </w:p>
    <w:p w:rsidR="00C92B9F" w:rsidRDefault="00C92B9F" w:rsidP="00AF7EBF">
      <w:pPr>
        <w:tabs>
          <w:tab w:val="left" w:pos="7020"/>
        </w:tabs>
        <w:rPr>
          <w:rtl/>
        </w:rPr>
      </w:pPr>
    </w:p>
    <w:p w:rsidR="00C92B9F" w:rsidRDefault="00C92B9F" w:rsidP="00AF7EBF">
      <w:pPr>
        <w:tabs>
          <w:tab w:val="left" w:pos="7020"/>
        </w:tabs>
        <w:rPr>
          <w:rtl/>
        </w:rPr>
      </w:pPr>
    </w:p>
    <w:p w:rsidR="00F81D1A" w:rsidRDefault="00F81D1A" w:rsidP="00F81D1A">
      <w:pPr>
        <w:tabs>
          <w:tab w:val="left" w:pos="7020"/>
        </w:tabs>
        <w:rPr>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(27): </w:t>
      </w:r>
      <w:r>
        <w:rPr>
          <w:rFonts w:cs="Times New Roman" w:hint="cs"/>
          <w:rtl/>
        </w:rPr>
        <w:t>استخراج</w:t>
      </w:r>
      <w:r>
        <w:rPr>
          <w:rFonts w:cs="Times New Roman"/>
          <w:rtl/>
        </w:rPr>
        <w:t xml:space="preserve"> </w:t>
      </w:r>
      <w:r>
        <w:rPr>
          <w:rFonts w:cs="Times New Roman" w:hint="cs"/>
          <w:rtl/>
        </w:rPr>
        <w:t>قائمة</w:t>
      </w:r>
      <w:r>
        <w:rPr>
          <w:rFonts w:cs="Times New Roman"/>
          <w:rtl/>
        </w:rPr>
        <w:t xml:space="preserve"> </w:t>
      </w:r>
      <w:r>
        <w:rPr>
          <w:rFonts w:cs="Times New Roman" w:hint="cs"/>
          <w:rtl/>
        </w:rPr>
        <w:t>المجموعات</w:t>
      </w:r>
      <w:r>
        <w:rPr>
          <w:rFonts w:cs="Times New Roman"/>
          <w:rtl/>
        </w:rPr>
        <w:t xml:space="preserve"> </w:t>
      </w:r>
      <w:r>
        <w:rPr>
          <w:rFonts w:cs="Times New Roman" w:hint="cs"/>
          <w:rtl/>
        </w:rPr>
        <w:t>الأمنية</w:t>
      </w:r>
      <w:r>
        <w:t xml:space="preserve"> </w:t>
      </w:r>
    </w:p>
    <w:p w:rsidR="00F81D1A" w:rsidRDefault="00F81D1A" w:rsidP="00F81D1A">
      <w:pPr>
        <w:tabs>
          <w:tab w:val="left" w:pos="7020"/>
        </w:tabs>
      </w:pPr>
      <w:r>
        <w:t>(Domain Groups Enumeration)</w:t>
      </w:r>
    </w:p>
    <w:p w:rsidR="00F81D1A" w:rsidRDefault="00F81D1A" w:rsidP="00F81D1A">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نجاح</w:t>
      </w:r>
      <w:r>
        <w:rPr>
          <w:rFonts w:cs="Times New Roman"/>
          <w:rtl/>
        </w:rPr>
        <w:t xml:space="preserve"> </w:t>
      </w:r>
      <w:r>
        <w:rPr>
          <w:rFonts w:cs="Times New Roman" w:hint="cs"/>
          <w:rtl/>
        </w:rPr>
        <w:t>المهاجم</w:t>
      </w:r>
      <w:r>
        <w:rPr>
          <w:rFonts w:cs="Times New Roman"/>
          <w:rtl/>
        </w:rPr>
        <w:t xml:space="preserve"> </w:t>
      </w:r>
      <w:r>
        <w:rPr>
          <w:rFonts w:cs="Times New Roman" w:hint="cs"/>
          <w:rtl/>
        </w:rPr>
        <w:t>في</w:t>
      </w:r>
      <w:r>
        <w:rPr>
          <w:rFonts w:cs="Times New Roman"/>
          <w:rtl/>
        </w:rPr>
        <w:t xml:space="preserve"> </w:t>
      </w:r>
      <w:r>
        <w:rPr>
          <w:rFonts w:cs="Times New Roman" w:hint="cs"/>
          <w:rtl/>
        </w:rPr>
        <w:t>سحب</w:t>
      </w:r>
      <w:r>
        <w:rPr>
          <w:rFonts w:cs="Times New Roman"/>
          <w:rtl/>
        </w:rPr>
        <w:t xml:space="preserve"> </w:t>
      </w:r>
      <w:r>
        <w:rPr>
          <w:rFonts w:cs="Times New Roman" w:hint="cs"/>
          <w:rtl/>
        </w:rPr>
        <w:t>قائمة</w:t>
      </w:r>
      <w:r>
        <w:rPr>
          <w:rFonts w:cs="Times New Roman"/>
          <w:rtl/>
        </w:rPr>
        <w:t xml:space="preserve"> </w:t>
      </w:r>
      <w:r>
        <w:rPr>
          <w:rFonts w:cs="Times New Roman" w:hint="cs"/>
          <w:rtl/>
        </w:rPr>
        <w:t>كاملة</w:t>
      </w:r>
      <w:r>
        <w:rPr>
          <w:rFonts w:cs="Times New Roman"/>
          <w:rtl/>
        </w:rPr>
        <w:t xml:space="preserve"> </w:t>
      </w:r>
      <w:r>
        <w:rPr>
          <w:rFonts w:cs="Times New Roman" w:hint="cs"/>
          <w:rtl/>
        </w:rPr>
        <w:t>بمجموعات</w:t>
      </w:r>
      <w:r>
        <w:rPr>
          <w:rFonts w:cs="Times New Roman"/>
          <w:rtl/>
        </w:rPr>
        <w:t xml:space="preserve"> </w:t>
      </w:r>
      <w:r>
        <w:rPr>
          <w:rFonts w:cs="Times New Roman" w:hint="cs"/>
          <w:rtl/>
        </w:rPr>
        <w:t>النطاق</w:t>
      </w:r>
      <w:r>
        <w:t xml:space="preserve"> (Domain Groups) </w:t>
      </w:r>
      <w:r>
        <w:rPr>
          <w:rFonts w:cs="Times New Roman" w:hint="cs"/>
          <w:rtl/>
        </w:rPr>
        <w:t>باستخدام</w:t>
      </w:r>
      <w:r>
        <w:rPr>
          <w:rFonts w:cs="Times New Roman"/>
          <w:rtl/>
        </w:rPr>
        <w:t xml:space="preserve"> </w:t>
      </w:r>
      <w:r>
        <w:rPr>
          <w:rFonts w:cs="Times New Roman" w:hint="cs"/>
          <w:rtl/>
        </w:rPr>
        <w:t>أداة</w:t>
      </w:r>
      <w:r>
        <w:t xml:space="preserve"> </w:t>
      </w:r>
      <w:proofErr w:type="spellStart"/>
      <w:r>
        <w:t>rpcclient</w:t>
      </w:r>
      <w:proofErr w:type="spellEnd"/>
      <w:r>
        <w:t xml:space="preserve">. </w:t>
      </w:r>
      <w:r>
        <w:rPr>
          <w:rFonts w:cs="Times New Roman" w:hint="cs"/>
          <w:rtl/>
        </w:rPr>
        <w:t>أظهرت</w:t>
      </w:r>
      <w:r>
        <w:rPr>
          <w:rFonts w:cs="Times New Roman"/>
          <w:rtl/>
        </w:rPr>
        <w:t xml:space="preserve"> </w:t>
      </w:r>
      <w:r>
        <w:rPr>
          <w:rFonts w:cs="Times New Roman" w:hint="cs"/>
          <w:rtl/>
        </w:rPr>
        <w:t>النتائج</w:t>
      </w:r>
      <w:r>
        <w:rPr>
          <w:rFonts w:cs="Times New Roman"/>
          <w:rtl/>
        </w:rPr>
        <w:t xml:space="preserve"> </w:t>
      </w:r>
      <w:r>
        <w:rPr>
          <w:rFonts w:cs="Times New Roman" w:hint="cs"/>
          <w:rtl/>
        </w:rPr>
        <w:t>الكشف</w:t>
      </w:r>
      <w:r>
        <w:rPr>
          <w:rFonts w:cs="Times New Roman"/>
          <w:rtl/>
        </w:rPr>
        <w:t xml:space="preserve"> </w:t>
      </w:r>
      <w:r>
        <w:rPr>
          <w:rFonts w:cs="Times New Roman" w:hint="cs"/>
          <w:rtl/>
        </w:rPr>
        <w:t>عن</w:t>
      </w:r>
      <w:r>
        <w:rPr>
          <w:rFonts w:cs="Times New Roman"/>
          <w:rtl/>
        </w:rPr>
        <w:t xml:space="preserve"> </w:t>
      </w:r>
      <w:r>
        <w:rPr>
          <w:rFonts w:cs="Times New Roman" w:hint="cs"/>
          <w:rtl/>
        </w:rPr>
        <w:t>مجموعات</w:t>
      </w:r>
      <w:r>
        <w:rPr>
          <w:rFonts w:cs="Times New Roman"/>
          <w:rtl/>
        </w:rPr>
        <w:t xml:space="preserve"> </w:t>
      </w:r>
      <w:r>
        <w:rPr>
          <w:rFonts w:cs="Times New Roman" w:hint="cs"/>
          <w:rtl/>
        </w:rPr>
        <w:t>حساسة</w:t>
      </w:r>
      <w:r>
        <w:rPr>
          <w:rFonts w:cs="Times New Roman"/>
          <w:rtl/>
        </w:rPr>
        <w:t xml:space="preserve"> </w:t>
      </w:r>
      <w:r>
        <w:rPr>
          <w:rFonts w:cs="Times New Roman" w:hint="cs"/>
          <w:rtl/>
        </w:rPr>
        <w:t>للغاية</w:t>
      </w:r>
      <w:r>
        <w:rPr>
          <w:rFonts w:cs="Times New Roman"/>
          <w:rtl/>
        </w:rPr>
        <w:t xml:space="preserve"> </w:t>
      </w:r>
      <w:r>
        <w:rPr>
          <w:rFonts w:cs="Times New Roman" w:hint="cs"/>
          <w:rtl/>
        </w:rPr>
        <w:t>مثل</w:t>
      </w:r>
      <w:r>
        <w:t xml:space="preserve"> Domain Admins </w:t>
      </w:r>
      <w:proofErr w:type="gramStart"/>
      <w:r>
        <w:rPr>
          <w:rFonts w:cs="Times New Roman" w:hint="cs"/>
          <w:rtl/>
        </w:rPr>
        <w:t>و</w:t>
      </w:r>
      <w:r>
        <w:t xml:space="preserve"> Enterprise</w:t>
      </w:r>
      <w:proofErr w:type="gramEnd"/>
      <w:r>
        <w:t xml:space="preserve"> Admins </w:t>
      </w:r>
      <w:r>
        <w:rPr>
          <w:rFonts w:cs="Times New Roman" w:hint="cs"/>
          <w:rtl/>
        </w:rPr>
        <w:t>و</w:t>
      </w:r>
      <w:r>
        <w:t xml:space="preserve"> Schema Admins. </w:t>
      </w:r>
      <w:r>
        <w:rPr>
          <w:rFonts w:cs="Times New Roman" w:hint="cs"/>
          <w:rtl/>
        </w:rPr>
        <w:t>هذه</w:t>
      </w:r>
      <w:r>
        <w:rPr>
          <w:rFonts w:cs="Times New Roman"/>
          <w:rtl/>
        </w:rPr>
        <w:t xml:space="preserve"> </w:t>
      </w:r>
      <w:r>
        <w:rPr>
          <w:rFonts w:cs="Times New Roman" w:hint="cs"/>
          <w:rtl/>
        </w:rPr>
        <w:t>المعلومات</w:t>
      </w:r>
      <w:r>
        <w:rPr>
          <w:rFonts w:cs="Times New Roman"/>
          <w:rtl/>
        </w:rPr>
        <w:t xml:space="preserve"> </w:t>
      </w:r>
      <w:r>
        <w:rPr>
          <w:rFonts w:cs="Times New Roman" w:hint="cs"/>
          <w:rtl/>
        </w:rPr>
        <w:t>تتيح</w:t>
      </w:r>
      <w:r>
        <w:rPr>
          <w:rFonts w:cs="Times New Roman"/>
          <w:rtl/>
        </w:rPr>
        <w:t xml:space="preserve"> </w:t>
      </w:r>
      <w:r>
        <w:rPr>
          <w:rFonts w:cs="Times New Roman" w:hint="cs"/>
          <w:rtl/>
        </w:rPr>
        <w:t>للمهاجم</w:t>
      </w:r>
      <w:r>
        <w:rPr>
          <w:rFonts w:cs="Times New Roman"/>
          <w:rtl/>
        </w:rPr>
        <w:t xml:space="preserve"> </w:t>
      </w:r>
      <w:r>
        <w:rPr>
          <w:rFonts w:cs="Times New Roman" w:hint="cs"/>
          <w:rtl/>
        </w:rPr>
        <w:t>تحديد</w:t>
      </w:r>
      <w:r>
        <w:rPr>
          <w:rFonts w:cs="Times New Roman"/>
          <w:rtl/>
        </w:rPr>
        <w:t xml:space="preserve"> </w:t>
      </w:r>
      <w:r>
        <w:rPr>
          <w:rFonts w:cs="Times New Roman" w:hint="cs"/>
          <w:rtl/>
        </w:rPr>
        <w:t>الأهداف</w:t>
      </w:r>
      <w:r>
        <w:rPr>
          <w:rFonts w:cs="Times New Roman"/>
          <w:rtl/>
        </w:rPr>
        <w:t xml:space="preserve"> </w:t>
      </w:r>
      <w:r>
        <w:rPr>
          <w:rFonts w:cs="Times New Roman" w:hint="cs"/>
          <w:rtl/>
        </w:rPr>
        <w:t>عالية</w:t>
      </w:r>
      <w:r>
        <w:rPr>
          <w:rFonts w:cs="Times New Roman"/>
          <w:rtl/>
        </w:rPr>
        <w:t xml:space="preserve"> </w:t>
      </w:r>
      <w:r>
        <w:rPr>
          <w:rFonts w:cs="Times New Roman" w:hint="cs"/>
          <w:rtl/>
        </w:rPr>
        <w:t>القيمة</w:t>
      </w:r>
      <w:r>
        <w:t xml:space="preserve"> (High-Value Targets) </w:t>
      </w:r>
      <w:r>
        <w:rPr>
          <w:rFonts w:cs="Times New Roman" w:hint="cs"/>
          <w:rtl/>
        </w:rPr>
        <w:t>بسهولة</w:t>
      </w:r>
      <w:r>
        <w:rPr>
          <w:rFonts w:cs="Times New Roman"/>
          <w:rtl/>
        </w:rPr>
        <w:t xml:space="preserve">، </w:t>
      </w:r>
      <w:r>
        <w:rPr>
          <w:rFonts w:cs="Times New Roman" w:hint="cs"/>
          <w:rtl/>
        </w:rPr>
        <w:t>حيث</w:t>
      </w:r>
      <w:r>
        <w:rPr>
          <w:rFonts w:cs="Times New Roman"/>
          <w:rtl/>
        </w:rPr>
        <w:t xml:space="preserve"> </w:t>
      </w:r>
      <w:r>
        <w:rPr>
          <w:rFonts w:cs="Times New Roman" w:hint="cs"/>
          <w:rtl/>
        </w:rPr>
        <w:t>يصبح</w:t>
      </w:r>
      <w:r>
        <w:rPr>
          <w:rFonts w:cs="Times New Roman"/>
          <w:rtl/>
        </w:rPr>
        <w:t xml:space="preserve"> </w:t>
      </w:r>
      <w:r>
        <w:rPr>
          <w:rFonts w:cs="Times New Roman" w:hint="cs"/>
          <w:rtl/>
        </w:rPr>
        <w:t>تركيزه</w:t>
      </w:r>
      <w:r>
        <w:rPr>
          <w:rFonts w:cs="Times New Roman"/>
          <w:rtl/>
        </w:rPr>
        <w:t xml:space="preserve"> </w:t>
      </w:r>
      <w:r>
        <w:rPr>
          <w:rFonts w:cs="Times New Roman" w:hint="cs"/>
          <w:rtl/>
        </w:rPr>
        <w:t>منصباً</w:t>
      </w:r>
      <w:r>
        <w:rPr>
          <w:rFonts w:cs="Times New Roman"/>
          <w:rtl/>
        </w:rPr>
        <w:t xml:space="preserve"> </w:t>
      </w:r>
      <w:r>
        <w:rPr>
          <w:rFonts w:cs="Times New Roman" w:hint="cs"/>
          <w:rtl/>
        </w:rPr>
        <w:t>على</w:t>
      </w:r>
      <w:r>
        <w:rPr>
          <w:rFonts w:cs="Times New Roman"/>
          <w:rtl/>
        </w:rPr>
        <w:t xml:space="preserve"> </w:t>
      </w:r>
      <w:r>
        <w:rPr>
          <w:rFonts w:cs="Times New Roman" w:hint="cs"/>
          <w:rtl/>
        </w:rPr>
        <w:t>محاولة</w:t>
      </w:r>
      <w:r>
        <w:rPr>
          <w:rFonts w:cs="Times New Roman"/>
          <w:rtl/>
        </w:rPr>
        <w:t xml:space="preserve"> </w:t>
      </w:r>
      <w:r>
        <w:rPr>
          <w:rFonts w:cs="Times New Roman" w:hint="cs"/>
          <w:rtl/>
        </w:rPr>
        <w:t>اختراق</w:t>
      </w:r>
      <w:r>
        <w:rPr>
          <w:rFonts w:cs="Times New Roman"/>
          <w:rtl/>
        </w:rPr>
        <w:t xml:space="preserve"> </w:t>
      </w:r>
      <w:r>
        <w:rPr>
          <w:rFonts w:cs="Times New Roman" w:hint="cs"/>
          <w:rtl/>
        </w:rPr>
        <w:t>أو</w:t>
      </w:r>
      <w:r>
        <w:rPr>
          <w:rFonts w:cs="Times New Roman"/>
          <w:rtl/>
        </w:rPr>
        <w:t xml:space="preserve"> </w:t>
      </w:r>
      <w:r>
        <w:rPr>
          <w:rFonts w:cs="Times New Roman" w:hint="cs"/>
          <w:rtl/>
        </w:rPr>
        <w:t>انتحال</w:t>
      </w:r>
      <w:r>
        <w:rPr>
          <w:rFonts w:cs="Times New Roman"/>
          <w:rtl/>
        </w:rPr>
        <w:t xml:space="preserve"> </w:t>
      </w:r>
      <w:r>
        <w:rPr>
          <w:rFonts w:cs="Times New Roman" w:hint="cs"/>
          <w:rtl/>
        </w:rPr>
        <w:t>صلاحيات</w:t>
      </w:r>
      <w:r>
        <w:rPr>
          <w:rFonts w:cs="Times New Roman"/>
          <w:rtl/>
        </w:rPr>
        <w:t xml:space="preserve"> </w:t>
      </w:r>
      <w:r>
        <w:rPr>
          <w:rFonts w:cs="Times New Roman" w:hint="cs"/>
          <w:rtl/>
        </w:rPr>
        <w:t>الحسابات</w:t>
      </w:r>
      <w:r>
        <w:rPr>
          <w:rFonts w:cs="Times New Roman"/>
          <w:rtl/>
        </w:rPr>
        <w:t xml:space="preserve"> </w:t>
      </w:r>
      <w:r>
        <w:rPr>
          <w:rFonts w:cs="Times New Roman" w:hint="cs"/>
          <w:rtl/>
        </w:rPr>
        <w:t>المنتمية</w:t>
      </w:r>
      <w:r>
        <w:rPr>
          <w:rFonts w:cs="Times New Roman"/>
          <w:rtl/>
        </w:rPr>
        <w:t xml:space="preserve"> </w:t>
      </w:r>
      <w:r>
        <w:rPr>
          <w:rFonts w:cs="Times New Roman" w:hint="cs"/>
          <w:rtl/>
        </w:rPr>
        <w:t>لهذه</w:t>
      </w:r>
      <w:r>
        <w:rPr>
          <w:rFonts w:cs="Times New Roman"/>
          <w:rtl/>
        </w:rPr>
        <w:t xml:space="preserve"> </w:t>
      </w:r>
      <w:r>
        <w:rPr>
          <w:rFonts w:cs="Times New Roman" w:hint="cs"/>
          <w:rtl/>
        </w:rPr>
        <w:t>المجموعات</w:t>
      </w:r>
      <w:r>
        <w:rPr>
          <w:rFonts w:cs="Times New Roman"/>
          <w:rtl/>
        </w:rPr>
        <w:t xml:space="preserve"> </w:t>
      </w:r>
      <w:r>
        <w:rPr>
          <w:rFonts w:cs="Times New Roman" w:hint="cs"/>
          <w:rtl/>
        </w:rPr>
        <w:t>للسيطرة</w:t>
      </w:r>
      <w:r>
        <w:rPr>
          <w:rFonts w:cs="Times New Roman"/>
          <w:rtl/>
        </w:rPr>
        <w:t xml:space="preserve"> </w:t>
      </w:r>
      <w:r>
        <w:rPr>
          <w:rFonts w:cs="Times New Roman" w:hint="cs"/>
          <w:rtl/>
        </w:rPr>
        <w:t>الكاملة</w:t>
      </w:r>
      <w:r>
        <w:rPr>
          <w:rFonts w:cs="Times New Roman"/>
          <w:rtl/>
        </w:rPr>
        <w:t xml:space="preserve"> </w:t>
      </w:r>
      <w:r>
        <w:rPr>
          <w:rFonts w:cs="Times New Roman" w:hint="cs"/>
          <w:rtl/>
        </w:rPr>
        <w:t>على</w:t>
      </w:r>
      <w:r>
        <w:rPr>
          <w:rFonts w:cs="Times New Roman"/>
          <w:rtl/>
        </w:rPr>
        <w:t xml:space="preserve"> </w:t>
      </w:r>
      <w:r>
        <w:rPr>
          <w:rFonts w:cs="Times New Roman" w:hint="cs"/>
          <w:rtl/>
        </w:rPr>
        <w:t>البنية</w:t>
      </w:r>
      <w:r>
        <w:rPr>
          <w:rFonts w:cs="Times New Roman"/>
          <w:rtl/>
        </w:rPr>
        <w:t xml:space="preserve"> </w:t>
      </w:r>
      <w:r>
        <w:rPr>
          <w:rFonts w:cs="Times New Roman" w:hint="cs"/>
          <w:rtl/>
        </w:rPr>
        <w:t>التحتية</w:t>
      </w:r>
      <w:r>
        <w:t>."</w:t>
      </w:r>
    </w:p>
    <w:p w:rsidR="00F81D1A" w:rsidRDefault="00F81D1A" w:rsidP="00F81D1A">
      <w:pPr>
        <w:tabs>
          <w:tab w:val="left" w:pos="7020"/>
        </w:tabs>
      </w:pPr>
      <w:r>
        <w:t xml:space="preserve">Technical Description (English): "Documenting the attacker's success in extracting the complete list of Domain Groups using the </w:t>
      </w:r>
      <w:proofErr w:type="spellStart"/>
      <w:r>
        <w:t>rpcclient</w:t>
      </w:r>
      <w:proofErr w:type="spellEnd"/>
      <w:r>
        <w:t xml:space="preserve"> tool. The results revealed the exposure of highly sensitive groups such as Domain Admins, Enterprise Admins, and Schema Admins. This information allows the attacker to easily identify High-Value Targets, focusing their efforts on compromising or impersonating the accounts belonging to these groups to gain complete control over the infrastructure."</w:t>
      </w:r>
    </w:p>
    <w:p w:rsidR="00C92B9F" w:rsidRDefault="00C6579D" w:rsidP="00AF7EBF">
      <w:pPr>
        <w:tabs>
          <w:tab w:val="left" w:pos="7020"/>
        </w:tabs>
        <w:rPr>
          <w:rtl/>
        </w:rPr>
      </w:pPr>
      <w:r>
        <w:rPr>
          <w:noProof/>
        </w:rPr>
        <w:drawing>
          <wp:inline distT="0" distB="0" distL="0" distR="0">
            <wp:extent cx="4121362" cy="21400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استخراج قائمة المجموعات الأمنية (Domain Groups Enumeration).png"/>
                    <pic:cNvPicPr/>
                  </pic:nvPicPr>
                  <pic:blipFill>
                    <a:blip r:embed="rId43">
                      <a:extLst>
                        <a:ext uri="{28A0092B-C50C-407E-A947-70E740481C1C}">
                          <a14:useLocalDpi xmlns:a14="http://schemas.microsoft.com/office/drawing/2010/main" val="0"/>
                        </a:ext>
                      </a:extLst>
                    </a:blip>
                    <a:stretch>
                      <a:fillRect/>
                    </a:stretch>
                  </pic:blipFill>
                  <pic:spPr>
                    <a:xfrm>
                      <a:off x="0" y="0"/>
                      <a:ext cx="4121362" cy="2140060"/>
                    </a:xfrm>
                    <a:prstGeom prst="rect">
                      <a:avLst/>
                    </a:prstGeom>
                  </pic:spPr>
                </pic:pic>
              </a:graphicData>
            </a:graphic>
          </wp:inline>
        </w:drawing>
      </w:r>
    </w:p>
    <w:p w:rsidR="00C6579D" w:rsidRDefault="00C6579D" w:rsidP="00AF7EBF">
      <w:pPr>
        <w:tabs>
          <w:tab w:val="left" w:pos="7020"/>
        </w:tabs>
        <w:rPr>
          <w:rtl/>
        </w:rPr>
      </w:pPr>
    </w:p>
    <w:p w:rsidR="00C6579D" w:rsidRDefault="00C6579D" w:rsidP="00AF7EBF">
      <w:pPr>
        <w:tabs>
          <w:tab w:val="left" w:pos="7020"/>
        </w:tabs>
        <w:rPr>
          <w:rtl/>
        </w:rPr>
      </w:pPr>
    </w:p>
    <w:p w:rsidR="00C6579D" w:rsidRDefault="00C6579D" w:rsidP="00AF7EBF">
      <w:pPr>
        <w:tabs>
          <w:tab w:val="left" w:pos="7020"/>
        </w:tabs>
        <w:rPr>
          <w:rtl/>
        </w:rPr>
      </w:pPr>
    </w:p>
    <w:p w:rsidR="00C6579D" w:rsidRDefault="00C6579D" w:rsidP="00AF7EBF">
      <w:pPr>
        <w:tabs>
          <w:tab w:val="left" w:pos="7020"/>
        </w:tabs>
        <w:rPr>
          <w:rtl/>
        </w:rPr>
      </w:pPr>
    </w:p>
    <w:p w:rsidR="00C6579D" w:rsidRDefault="00C6579D" w:rsidP="00AF7EBF">
      <w:pPr>
        <w:tabs>
          <w:tab w:val="left" w:pos="7020"/>
        </w:tabs>
        <w:rPr>
          <w:rtl/>
        </w:rPr>
      </w:pPr>
    </w:p>
    <w:p w:rsidR="00C6579D" w:rsidRDefault="00C6579D" w:rsidP="00AF7EBF">
      <w:pPr>
        <w:tabs>
          <w:tab w:val="left" w:pos="7020"/>
        </w:tabs>
        <w:rPr>
          <w:rtl/>
        </w:rPr>
      </w:pPr>
    </w:p>
    <w:p w:rsidR="00C6579D" w:rsidRDefault="00C6579D" w:rsidP="00AF7EBF">
      <w:pPr>
        <w:tabs>
          <w:tab w:val="left" w:pos="7020"/>
        </w:tabs>
        <w:rPr>
          <w:rtl/>
        </w:rPr>
      </w:pPr>
    </w:p>
    <w:p w:rsidR="00C6579D" w:rsidRDefault="00C6579D" w:rsidP="00AF7EBF">
      <w:pPr>
        <w:tabs>
          <w:tab w:val="left" w:pos="7020"/>
        </w:tabs>
        <w:rPr>
          <w:rtl/>
        </w:rPr>
      </w:pPr>
    </w:p>
    <w:p w:rsidR="00C6579D" w:rsidRDefault="00C6579D" w:rsidP="00AF7EBF">
      <w:pPr>
        <w:tabs>
          <w:tab w:val="left" w:pos="7020"/>
        </w:tabs>
        <w:rPr>
          <w:rtl/>
        </w:rPr>
      </w:pPr>
    </w:p>
    <w:p w:rsidR="00C6579D" w:rsidRDefault="00C6579D" w:rsidP="00AF7EBF">
      <w:pPr>
        <w:tabs>
          <w:tab w:val="left" w:pos="7020"/>
        </w:tabs>
        <w:rPr>
          <w:rtl/>
        </w:rPr>
      </w:pPr>
    </w:p>
    <w:p w:rsidR="00624035" w:rsidRDefault="00624035" w:rsidP="00624035">
      <w:pPr>
        <w:tabs>
          <w:tab w:val="left" w:pos="7020"/>
        </w:tabs>
        <w:rPr>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(28): </w:t>
      </w:r>
      <w:r>
        <w:rPr>
          <w:rFonts w:cs="Times New Roman" w:hint="cs"/>
          <w:rtl/>
        </w:rPr>
        <w:t>استهداف</w:t>
      </w:r>
      <w:r>
        <w:rPr>
          <w:rFonts w:cs="Times New Roman"/>
          <w:rtl/>
        </w:rPr>
        <w:t xml:space="preserve"> </w:t>
      </w:r>
      <w:r>
        <w:rPr>
          <w:rFonts w:cs="Times New Roman" w:hint="cs"/>
          <w:rtl/>
        </w:rPr>
        <w:t>مجموعة</w:t>
      </w:r>
      <w:r>
        <w:rPr>
          <w:rFonts w:cs="Times New Roman"/>
          <w:rtl/>
        </w:rPr>
        <w:t xml:space="preserve"> </w:t>
      </w:r>
      <w:r>
        <w:rPr>
          <w:rFonts w:cs="Times New Roman" w:hint="cs"/>
          <w:rtl/>
        </w:rPr>
        <w:t>مسؤولي</w:t>
      </w:r>
      <w:r>
        <w:rPr>
          <w:rFonts w:cs="Times New Roman"/>
          <w:rtl/>
        </w:rPr>
        <w:t xml:space="preserve"> </w:t>
      </w:r>
      <w:r>
        <w:rPr>
          <w:rFonts w:cs="Times New Roman" w:hint="cs"/>
          <w:rtl/>
        </w:rPr>
        <w:t>النطاق</w:t>
      </w:r>
      <w:r>
        <w:t xml:space="preserve"> </w:t>
      </w:r>
    </w:p>
    <w:p w:rsidR="00624035" w:rsidRDefault="00624035" w:rsidP="00624035">
      <w:pPr>
        <w:tabs>
          <w:tab w:val="left" w:pos="7020"/>
        </w:tabs>
      </w:pPr>
      <w:r>
        <w:t>(Domain Admins Membership Extraction)</w:t>
      </w:r>
    </w:p>
    <w:p w:rsidR="00624035" w:rsidRDefault="00624035" w:rsidP="00624035">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نجاح</w:t>
      </w:r>
      <w:r>
        <w:rPr>
          <w:rFonts w:cs="Times New Roman"/>
          <w:rtl/>
        </w:rPr>
        <w:t xml:space="preserve"> </w:t>
      </w:r>
      <w:r>
        <w:rPr>
          <w:rFonts w:cs="Times New Roman" w:hint="cs"/>
          <w:rtl/>
        </w:rPr>
        <w:t>المهاجم</w:t>
      </w:r>
      <w:r>
        <w:rPr>
          <w:rFonts w:cs="Times New Roman"/>
          <w:rtl/>
        </w:rPr>
        <w:t xml:space="preserve"> </w:t>
      </w:r>
      <w:r>
        <w:rPr>
          <w:rFonts w:cs="Times New Roman" w:hint="cs"/>
          <w:rtl/>
        </w:rPr>
        <w:t>في</w:t>
      </w:r>
      <w:r>
        <w:rPr>
          <w:rFonts w:cs="Times New Roman"/>
          <w:rtl/>
        </w:rPr>
        <w:t xml:space="preserve"> </w:t>
      </w:r>
      <w:r>
        <w:rPr>
          <w:rFonts w:cs="Times New Roman" w:hint="cs"/>
          <w:rtl/>
        </w:rPr>
        <w:t>تحديد</w:t>
      </w:r>
      <w:r>
        <w:rPr>
          <w:rFonts w:cs="Times New Roman"/>
          <w:rtl/>
        </w:rPr>
        <w:t xml:space="preserve"> </w:t>
      </w:r>
      <w:r>
        <w:rPr>
          <w:rFonts w:cs="Times New Roman" w:hint="cs"/>
          <w:rtl/>
        </w:rPr>
        <w:t>الأعضاء</w:t>
      </w:r>
      <w:r>
        <w:rPr>
          <w:rFonts w:cs="Times New Roman"/>
          <w:rtl/>
        </w:rPr>
        <w:t xml:space="preserve"> </w:t>
      </w:r>
      <w:r>
        <w:rPr>
          <w:rFonts w:cs="Times New Roman" w:hint="cs"/>
          <w:rtl/>
        </w:rPr>
        <w:t>المنتمين</w:t>
      </w:r>
      <w:r>
        <w:rPr>
          <w:rFonts w:cs="Times New Roman"/>
          <w:rtl/>
        </w:rPr>
        <w:t xml:space="preserve"> </w:t>
      </w:r>
      <w:r>
        <w:rPr>
          <w:rFonts w:cs="Times New Roman" w:hint="cs"/>
          <w:rtl/>
        </w:rPr>
        <w:t>لمجموعة</w:t>
      </w:r>
      <w:r>
        <w:rPr>
          <w:rFonts w:cs="Times New Roman"/>
          <w:rtl/>
        </w:rPr>
        <w:t xml:space="preserve"> </w:t>
      </w:r>
      <w:r>
        <w:rPr>
          <w:rFonts w:cs="Times New Roman" w:hint="cs"/>
          <w:rtl/>
        </w:rPr>
        <w:t>المسؤولين</w:t>
      </w:r>
      <w:r>
        <w:t xml:space="preserve"> Domain Admins </w:t>
      </w:r>
      <w:r>
        <w:rPr>
          <w:rFonts w:cs="Times New Roman" w:hint="cs"/>
          <w:rtl/>
        </w:rPr>
        <w:t>باستخدام</w:t>
      </w:r>
      <w:r>
        <w:rPr>
          <w:rFonts w:cs="Times New Roman"/>
          <w:rtl/>
        </w:rPr>
        <w:t xml:space="preserve"> </w:t>
      </w:r>
      <w:r>
        <w:rPr>
          <w:rFonts w:cs="Times New Roman" w:hint="cs"/>
          <w:rtl/>
        </w:rPr>
        <w:t>أداة</w:t>
      </w:r>
      <w:r>
        <w:t xml:space="preserve"> net </w:t>
      </w:r>
      <w:proofErr w:type="spellStart"/>
      <w:r>
        <w:t>rpc</w:t>
      </w:r>
      <w:proofErr w:type="spellEnd"/>
      <w:r>
        <w:t xml:space="preserve">. </w:t>
      </w:r>
      <w:r>
        <w:rPr>
          <w:rFonts w:cs="Times New Roman" w:hint="cs"/>
          <w:rtl/>
        </w:rPr>
        <w:t>أظهرت</w:t>
      </w:r>
      <w:r>
        <w:rPr>
          <w:rFonts w:cs="Times New Roman"/>
          <w:rtl/>
        </w:rPr>
        <w:t xml:space="preserve"> </w:t>
      </w:r>
      <w:r>
        <w:rPr>
          <w:rFonts w:cs="Times New Roman" w:hint="cs"/>
          <w:rtl/>
        </w:rPr>
        <w:t>النتيجة</w:t>
      </w:r>
      <w:r>
        <w:rPr>
          <w:rFonts w:cs="Times New Roman"/>
          <w:rtl/>
        </w:rPr>
        <w:t xml:space="preserve"> </w:t>
      </w:r>
      <w:r>
        <w:rPr>
          <w:rFonts w:cs="Times New Roman" w:hint="cs"/>
          <w:rtl/>
        </w:rPr>
        <w:t>أن</w:t>
      </w:r>
      <w:r>
        <w:rPr>
          <w:rFonts w:cs="Times New Roman"/>
          <w:rtl/>
        </w:rPr>
        <w:t xml:space="preserve"> </w:t>
      </w:r>
      <w:r>
        <w:rPr>
          <w:rFonts w:cs="Times New Roman" w:hint="cs"/>
          <w:rtl/>
        </w:rPr>
        <w:t>الحساب</w:t>
      </w:r>
      <w:r>
        <w:rPr>
          <w:rFonts w:cs="Times New Roman"/>
          <w:rtl/>
        </w:rPr>
        <w:t xml:space="preserve"> </w:t>
      </w:r>
      <w:r>
        <w:rPr>
          <w:rFonts w:cs="Times New Roman" w:hint="cs"/>
          <w:rtl/>
        </w:rPr>
        <w:t>الوحيد</w:t>
      </w:r>
      <w:r>
        <w:rPr>
          <w:rFonts w:cs="Times New Roman"/>
          <w:rtl/>
        </w:rPr>
        <w:t xml:space="preserve"> </w:t>
      </w:r>
      <w:r>
        <w:rPr>
          <w:rFonts w:cs="Times New Roman" w:hint="cs"/>
          <w:rtl/>
        </w:rPr>
        <w:t>المملوك</w:t>
      </w:r>
      <w:r>
        <w:rPr>
          <w:rFonts w:cs="Times New Roman"/>
          <w:rtl/>
        </w:rPr>
        <w:t xml:space="preserve"> </w:t>
      </w:r>
      <w:r>
        <w:rPr>
          <w:rFonts w:cs="Times New Roman" w:hint="cs"/>
          <w:rtl/>
        </w:rPr>
        <w:t>لهذه</w:t>
      </w:r>
      <w:r>
        <w:rPr>
          <w:rFonts w:cs="Times New Roman"/>
          <w:rtl/>
        </w:rPr>
        <w:t xml:space="preserve"> </w:t>
      </w:r>
      <w:r>
        <w:rPr>
          <w:rFonts w:cs="Times New Roman" w:hint="cs"/>
          <w:rtl/>
        </w:rPr>
        <w:t>المجموعة</w:t>
      </w:r>
      <w:r>
        <w:rPr>
          <w:rFonts w:cs="Times New Roman"/>
          <w:rtl/>
        </w:rPr>
        <w:t xml:space="preserve"> </w:t>
      </w:r>
      <w:r>
        <w:rPr>
          <w:rFonts w:cs="Times New Roman" w:hint="cs"/>
          <w:rtl/>
        </w:rPr>
        <w:t>هو</w:t>
      </w:r>
      <w:r>
        <w:t xml:space="preserve"> LAB\Administrator. </w:t>
      </w:r>
      <w:r>
        <w:rPr>
          <w:rFonts w:cs="Times New Roman" w:hint="cs"/>
          <w:rtl/>
        </w:rPr>
        <w:t>هذه</w:t>
      </w:r>
      <w:r>
        <w:rPr>
          <w:rFonts w:cs="Times New Roman"/>
          <w:rtl/>
        </w:rPr>
        <w:t xml:space="preserve"> </w:t>
      </w:r>
      <w:r>
        <w:rPr>
          <w:rFonts w:cs="Times New Roman" w:hint="cs"/>
          <w:rtl/>
        </w:rPr>
        <w:t>الخطوة</w:t>
      </w:r>
      <w:r>
        <w:rPr>
          <w:rFonts w:cs="Times New Roman"/>
          <w:rtl/>
        </w:rPr>
        <w:t xml:space="preserve"> </w:t>
      </w:r>
      <w:r>
        <w:rPr>
          <w:rFonts w:cs="Times New Roman" w:hint="cs"/>
          <w:rtl/>
        </w:rPr>
        <w:t>تمثل</w:t>
      </w:r>
      <w:r>
        <w:rPr>
          <w:rFonts w:cs="Times New Roman"/>
          <w:rtl/>
        </w:rPr>
        <w:t xml:space="preserve"> </w:t>
      </w:r>
      <w:r>
        <w:rPr>
          <w:rFonts w:cs="Times New Roman" w:hint="cs"/>
          <w:rtl/>
        </w:rPr>
        <w:t>تحديداً</w:t>
      </w:r>
      <w:r>
        <w:rPr>
          <w:rFonts w:cs="Times New Roman"/>
          <w:rtl/>
        </w:rPr>
        <w:t xml:space="preserve"> </w:t>
      </w:r>
      <w:r>
        <w:rPr>
          <w:rFonts w:cs="Times New Roman" w:hint="cs"/>
          <w:rtl/>
        </w:rPr>
        <w:t>دقيقاً</w:t>
      </w:r>
      <w:r>
        <w:rPr>
          <w:rFonts w:cs="Times New Roman"/>
          <w:rtl/>
        </w:rPr>
        <w:t xml:space="preserve"> </w:t>
      </w:r>
      <w:r>
        <w:rPr>
          <w:rFonts w:cs="Times New Roman" w:hint="cs"/>
          <w:rtl/>
        </w:rPr>
        <w:t>للهدف</w:t>
      </w:r>
      <w:r>
        <w:rPr>
          <w:rFonts w:cs="Times New Roman"/>
          <w:rtl/>
        </w:rPr>
        <w:t xml:space="preserve"> </w:t>
      </w:r>
      <w:r>
        <w:rPr>
          <w:rFonts w:cs="Times New Roman" w:hint="cs"/>
          <w:rtl/>
        </w:rPr>
        <w:t>عالي</w:t>
      </w:r>
      <w:r>
        <w:rPr>
          <w:rFonts w:cs="Times New Roman"/>
          <w:rtl/>
        </w:rPr>
        <w:t xml:space="preserve"> </w:t>
      </w:r>
      <w:r>
        <w:rPr>
          <w:rFonts w:cs="Times New Roman" w:hint="cs"/>
          <w:rtl/>
        </w:rPr>
        <w:t>القيمة</w:t>
      </w:r>
      <w:r>
        <w:t xml:space="preserve"> (High-Value Target)</w:t>
      </w:r>
      <w:r>
        <w:rPr>
          <w:rFonts w:cs="Times New Roman"/>
          <w:rtl/>
        </w:rPr>
        <w:t xml:space="preserve">، </w:t>
      </w:r>
      <w:r>
        <w:rPr>
          <w:rFonts w:cs="Times New Roman" w:hint="cs"/>
          <w:rtl/>
        </w:rPr>
        <w:t>حيث</w:t>
      </w:r>
      <w:r>
        <w:rPr>
          <w:rFonts w:cs="Times New Roman"/>
          <w:rtl/>
        </w:rPr>
        <w:t xml:space="preserve"> </w:t>
      </w:r>
      <w:r>
        <w:rPr>
          <w:rFonts w:cs="Times New Roman" w:hint="cs"/>
          <w:rtl/>
        </w:rPr>
        <w:t>يركز</w:t>
      </w:r>
      <w:r>
        <w:rPr>
          <w:rFonts w:cs="Times New Roman"/>
          <w:rtl/>
        </w:rPr>
        <w:t xml:space="preserve"> </w:t>
      </w:r>
      <w:r>
        <w:rPr>
          <w:rFonts w:cs="Times New Roman" w:hint="cs"/>
          <w:rtl/>
        </w:rPr>
        <w:t>المهاجم</w:t>
      </w:r>
      <w:r>
        <w:rPr>
          <w:rFonts w:cs="Times New Roman"/>
          <w:rtl/>
        </w:rPr>
        <w:t xml:space="preserve"> </w:t>
      </w:r>
      <w:r>
        <w:rPr>
          <w:rFonts w:cs="Times New Roman" w:hint="cs"/>
          <w:rtl/>
        </w:rPr>
        <w:t>الآن</w:t>
      </w:r>
      <w:r>
        <w:rPr>
          <w:rFonts w:cs="Times New Roman"/>
          <w:rtl/>
        </w:rPr>
        <w:t xml:space="preserve"> </w:t>
      </w:r>
      <w:r>
        <w:rPr>
          <w:rFonts w:cs="Times New Roman" w:hint="cs"/>
          <w:rtl/>
        </w:rPr>
        <w:t>جهوده</w:t>
      </w:r>
      <w:r>
        <w:rPr>
          <w:rFonts w:cs="Times New Roman"/>
          <w:rtl/>
        </w:rPr>
        <w:t xml:space="preserve"> </w:t>
      </w:r>
      <w:r>
        <w:rPr>
          <w:rFonts w:cs="Times New Roman" w:hint="cs"/>
          <w:rtl/>
        </w:rPr>
        <w:t>الهجومية</w:t>
      </w:r>
      <w:r>
        <w:rPr>
          <w:rFonts w:cs="Times New Roman"/>
          <w:rtl/>
        </w:rPr>
        <w:t xml:space="preserve">، </w:t>
      </w:r>
      <w:r>
        <w:rPr>
          <w:rFonts w:cs="Times New Roman" w:hint="cs"/>
          <w:rtl/>
        </w:rPr>
        <w:t>مثل</w:t>
      </w:r>
      <w:r>
        <w:rPr>
          <w:rFonts w:cs="Times New Roman"/>
          <w:rtl/>
        </w:rPr>
        <w:t xml:space="preserve"> </w:t>
      </w:r>
      <w:r>
        <w:rPr>
          <w:rFonts w:cs="Times New Roman" w:hint="cs"/>
          <w:rtl/>
        </w:rPr>
        <w:t>هجمات</w:t>
      </w:r>
      <w:r>
        <w:rPr>
          <w:rFonts w:cs="Times New Roman"/>
          <w:rtl/>
        </w:rPr>
        <w:t xml:space="preserve"> </w:t>
      </w:r>
      <w:r>
        <w:rPr>
          <w:rFonts w:cs="Times New Roman" w:hint="cs"/>
          <w:rtl/>
        </w:rPr>
        <w:t>تخمين</w:t>
      </w:r>
      <w:r>
        <w:rPr>
          <w:rFonts w:cs="Times New Roman"/>
          <w:rtl/>
        </w:rPr>
        <w:t xml:space="preserve"> </w:t>
      </w:r>
      <w:r>
        <w:rPr>
          <w:rFonts w:cs="Times New Roman" w:hint="cs"/>
          <w:rtl/>
        </w:rPr>
        <w:t>كلمات</w:t>
      </w:r>
      <w:r>
        <w:rPr>
          <w:rFonts w:cs="Times New Roman"/>
          <w:rtl/>
        </w:rPr>
        <w:t xml:space="preserve"> </w:t>
      </w:r>
      <w:r>
        <w:rPr>
          <w:rFonts w:cs="Times New Roman" w:hint="cs"/>
          <w:rtl/>
        </w:rPr>
        <w:t>المرور</w:t>
      </w:r>
      <w:r>
        <w:t xml:space="preserve"> (Password Spraying)</w:t>
      </w:r>
      <w:r>
        <w:rPr>
          <w:rFonts w:cs="Times New Roman"/>
          <w:rtl/>
        </w:rPr>
        <w:t xml:space="preserve">، </w:t>
      </w:r>
      <w:r>
        <w:rPr>
          <w:rFonts w:cs="Times New Roman" w:hint="cs"/>
          <w:rtl/>
        </w:rPr>
        <w:t>على</w:t>
      </w:r>
      <w:r>
        <w:rPr>
          <w:rFonts w:cs="Times New Roman"/>
          <w:rtl/>
        </w:rPr>
        <w:t xml:space="preserve"> </w:t>
      </w:r>
      <w:r>
        <w:rPr>
          <w:rFonts w:cs="Times New Roman" w:hint="cs"/>
          <w:rtl/>
        </w:rPr>
        <w:t>هذا</w:t>
      </w:r>
      <w:r>
        <w:rPr>
          <w:rFonts w:cs="Times New Roman"/>
          <w:rtl/>
        </w:rPr>
        <w:t xml:space="preserve"> </w:t>
      </w:r>
      <w:r>
        <w:rPr>
          <w:rFonts w:cs="Times New Roman" w:hint="cs"/>
          <w:rtl/>
        </w:rPr>
        <w:t>الحساب</w:t>
      </w:r>
      <w:r>
        <w:rPr>
          <w:rFonts w:cs="Times New Roman"/>
          <w:rtl/>
        </w:rPr>
        <w:t xml:space="preserve"> </w:t>
      </w:r>
      <w:r>
        <w:rPr>
          <w:rFonts w:cs="Times New Roman" w:hint="cs"/>
          <w:rtl/>
        </w:rPr>
        <w:t>تحديداً</w:t>
      </w:r>
      <w:r>
        <w:rPr>
          <w:rFonts w:cs="Times New Roman"/>
          <w:rtl/>
        </w:rPr>
        <w:t xml:space="preserve"> </w:t>
      </w:r>
      <w:r>
        <w:rPr>
          <w:rFonts w:cs="Times New Roman" w:hint="cs"/>
          <w:rtl/>
        </w:rPr>
        <w:t>للوصول</w:t>
      </w:r>
      <w:r>
        <w:rPr>
          <w:rFonts w:cs="Times New Roman"/>
          <w:rtl/>
        </w:rPr>
        <w:t xml:space="preserve"> </w:t>
      </w:r>
      <w:r>
        <w:rPr>
          <w:rFonts w:cs="Times New Roman" w:hint="cs"/>
          <w:rtl/>
        </w:rPr>
        <w:t>إلى</w:t>
      </w:r>
      <w:r>
        <w:rPr>
          <w:rFonts w:cs="Times New Roman"/>
          <w:rtl/>
        </w:rPr>
        <w:t xml:space="preserve"> </w:t>
      </w:r>
      <w:r>
        <w:rPr>
          <w:rFonts w:cs="Times New Roman" w:hint="cs"/>
          <w:rtl/>
        </w:rPr>
        <w:t>صلاحيات</w:t>
      </w:r>
      <w:r>
        <w:rPr>
          <w:rFonts w:cs="Times New Roman"/>
          <w:rtl/>
        </w:rPr>
        <w:t xml:space="preserve"> </w:t>
      </w:r>
      <w:r>
        <w:rPr>
          <w:rFonts w:cs="Times New Roman" w:hint="cs"/>
          <w:rtl/>
        </w:rPr>
        <w:t>السيطرة</w:t>
      </w:r>
      <w:r>
        <w:rPr>
          <w:rFonts w:cs="Times New Roman"/>
          <w:rtl/>
        </w:rPr>
        <w:t xml:space="preserve"> </w:t>
      </w:r>
      <w:r>
        <w:rPr>
          <w:rFonts w:cs="Times New Roman" w:hint="cs"/>
          <w:rtl/>
        </w:rPr>
        <w:t>الكاملة</w:t>
      </w:r>
      <w:r>
        <w:rPr>
          <w:rFonts w:cs="Times New Roman"/>
          <w:rtl/>
        </w:rPr>
        <w:t xml:space="preserve"> </w:t>
      </w:r>
      <w:r>
        <w:rPr>
          <w:rFonts w:cs="Times New Roman" w:hint="cs"/>
          <w:rtl/>
        </w:rPr>
        <w:t>على</w:t>
      </w:r>
      <w:r>
        <w:rPr>
          <w:rFonts w:cs="Times New Roman"/>
          <w:rtl/>
        </w:rPr>
        <w:t xml:space="preserve"> </w:t>
      </w:r>
      <w:r>
        <w:rPr>
          <w:rFonts w:cs="Times New Roman" w:hint="cs"/>
          <w:rtl/>
        </w:rPr>
        <w:t>النطاق</w:t>
      </w:r>
      <w:r>
        <w:t>."</w:t>
      </w:r>
    </w:p>
    <w:p w:rsidR="00624035" w:rsidRDefault="00624035" w:rsidP="00624035">
      <w:pPr>
        <w:tabs>
          <w:tab w:val="left" w:pos="7020"/>
        </w:tabs>
        <w:rPr>
          <w:rtl/>
        </w:rPr>
      </w:pPr>
      <w:r>
        <w:t xml:space="preserve">Technical Description (English): "Documenting the attacker's success in identifying the members of the Domain Admins group using the net </w:t>
      </w:r>
      <w:proofErr w:type="spellStart"/>
      <w:r>
        <w:t>rpc</w:t>
      </w:r>
      <w:proofErr w:type="spellEnd"/>
      <w:r>
        <w:t xml:space="preserve"> tool. The output revealed that the sole member of this group is LAB\Administrator. This step represents precise High-Value Target identification, allowing the attacker to focus their offensive efforts, such as Password Spraying attacks, exclusively on this account to achieve full domain compromise."</w:t>
      </w:r>
    </w:p>
    <w:p w:rsidR="00624035" w:rsidRDefault="00624035" w:rsidP="00624035">
      <w:pPr>
        <w:tabs>
          <w:tab w:val="left" w:pos="7020"/>
        </w:tabs>
        <w:rPr>
          <w:rtl/>
        </w:rPr>
      </w:pPr>
      <w:r>
        <w:rPr>
          <w:noProof/>
        </w:rPr>
        <w:drawing>
          <wp:inline distT="0" distB="0" distL="0" distR="0">
            <wp:extent cx="4121362" cy="50167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استهداف مجموعة مسؤولي النطاق (Domain Admins Membership Extraction).png"/>
                    <pic:cNvPicPr/>
                  </pic:nvPicPr>
                  <pic:blipFill>
                    <a:blip r:embed="rId44">
                      <a:extLst>
                        <a:ext uri="{28A0092B-C50C-407E-A947-70E740481C1C}">
                          <a14:useLocalDpi xmlns:a14="http://schemas.microsoft.com/office/drawing/2010/main" val="0"/>
                        </a:ext>
                      </a:extLst>
                    </a:blip>
                    <a:stretch>
                      <a:fillRect/>
                    </a:stretch>
                  </pic:blipFill>
                  <pic:spPr>
                    <a:xfrm>
                      <a:off x="0" y="0"/>
                      <a:ext cx="4121362" cy="501676"/>
                    </a:xfrm>
                    <a:prstGeom prst="rect">
                      <a:avLst/>
                    </a:prstGeom>
                  </pic:spPr>
                </pic:pic>
              </a:graphicData>
            </a:graphic>
          </wp:inline>
        </w:drawing>
      </w:r>
    </w:p>
    <w:p w:rsidR="00624035" w:rsidRDefault="00624035" w:rsidP="00624035">
      <w:pPr>
        <w:tabs>
          <w:tab w:val="left" w:pos="7020"/>
        </w:tabs>
        <w:rPr>
          <w:rtl/>
        </w:rPr>
      </w:pPr>
    </w:p>
    <w:p w:rsidR="00624035" w:rsidRDefault="00624035" w:rsidP="00624035">
      <w:pPr>
        <w:tabs>
          <w:tab w:val="left" w:pos="7020"/>
        </w:tabs>
        <w:rPr>
          <w:rtl/>
        </w:rPr>
      </w:pPr>
    </w:p>
    <w:p w:rsidR="00624035" w:rsidRDefault="00624035" w:rsidP="00624035">
      <w:pPr>
        <w:tabs>
          <w:tab w:val="left" w:pos="7020"/>
        </w:tabs>
        <w:rPr>
          <w:rtl/>
        </w:rPr>
      </w:pPr>
    </w:p>
    <w:p w:rsidR="00035686" w:rsidRDefault="00035686" w:rsidP="00624035">
      <w:pPr>
        <w:tabs>
          <w:tab w:val="left" w:pos="7020"/>
        </w:tabs>
        <w:rPr>
          <w:rtl/>
        </w:rPr>
      </w:pPr>
    </w:p>
    <w:p w:rsidR="00035686" w:rsidRDefault="00035686" w:rsidP="00624035">
      <w:pPr>
        <w:tabs>
          <w:tab w:val="left" w:pos="7020"/>
        </w:tabs>
        <w:rPr>
          <w:rtl/>
        </w:rPr>
      </w:pPr>
    </w:p>
    <w:p w:rsidR="00035686" w:rsidRDefault="00035686" w:rsidP="00624035">
      <w:pPr>
        <w:tabs>
          <w:tab w:val="left" w:pos="7020"/>
        </w:tabs>
        <w:rPr>
          <w:rtl/>
        </w:rPr>
      </w:pPr>
    </w:p>
    <w:p w:rsidR="00035686" w:rsidRDefault="00035686" w:rsidP="00624035">
      <w:pPr>
        <w:tabs>
          <w:tab w:val="left" w:pos="7020"/>
        </w:tabs>
        <w:rPr>
          <w:rtl/>
        </w:rPr>
      </w:pPr>
    </w:p>
    <w:p w:rsidR="00035686" w:rsidRDefault="00035686" w:rsidP="00624035">
      <w:pPr>
        <w:tabs>
          <w:tab w:val="left" w:pos="7020"/>
        </w:tabs>
        <w:rPr>
          <w:rtl/>
        </w:rPr>
      </w:pPr>
    </w:p>
    <w:p w:rsidR="00035686" w:rsidRDefault="00035686" w:rsidP="00624035">
      <w:pPr>
        <w:tabs>
          <w:tab w:val="left" w:pos="7020"/>
        </w:tabs>
        <w:rPr>
          <w:rtl/>
        </w:rPr>
      </w:pPr>
    </w:p>
    <w:p w:rsidR="00035686" w:rsidRDefault="00035686" w:rsidP="00624035">
      <w:pPr>
        <w:tabs>
          <w:tab w:val="left" w:pos="7020"/>
        </w:tabs>
        <w:rPr>
          <w:rtl/>
        </w:rPr>
      </w:pPr>
    </w:p>
    <w:p w:rsidR="00035686" w:rsidRDefault="00035686" w:rsidP="00624035">
      <w:pPr>
        <w:tabs>
          <w:tab w:val="left" w:pos="7020"/>
        </w:tabs>
        <w:rPr>
          <w:rtl/>
        </w:rPr>
      </w:pPr>
    </w:p>
    <w:p w:rsidR="00035686" w:rsidRDefault="00035686" w:rsidP="00624035">
      <w:pPr>
        <w:tabs>
          <w:tab w:val="left" w:pos="7020"/>
        </w:tabs>
        <w:rPr>
          <w:rtl/>
        </w:rPr>
      </w:pPr>
    </w:p>
    <w:p w:rsidR="00035686" w:rsidRDefault="00035686" w:rsidP="00624035">
      <w:pPr>
        <w:tabs>
          <w:tab w:val="left" w:pos="7020"/>
        </w:tabs>
        <w:rPr>
          <w:rtl/>
        </w:rPr>
      </w:pPr>
    </w:p>
    <w:p w:rsidR="00035686" w:rsidRDefault="00035686" w:rsidP="00624035">
      <w:pPr>
        <w:tabs>
          <w:tab w:val="left" w:pos="7020"/>
        </w:tabs>
        <w:rPr>
          <w:rtl/>
        </w:rPr>
      </w:pPr>
    </w:p>
    <w:p w:rsidR="00035686" w:rsidRDefault="00035686" w:rsidP="00624035">
      <w:pPr>
        <w:tabs>
          <w:tab w:val="left" w:pos="7020"/>
        </w:tabs>
        <w:rPr>
          <w:rtl/>
        </w:rPr>
      </w:pPr>
    </w:p>
    <w:p w:rsidR="00035686" w:rsidRDefault="00035686" w:rsidP="00624035">
      <w:pPr>
        <w:tabs>
          <w:tab w:val="left" w:pos="7020"/>
        </w:tabs>
        <w:rPr>
          <w:rtl/>
        </w:rPr>
      </w:pPr>
    </w:p>
    <w:p w:rsidR="00035686" w:rsidRDefault="00035686" w:rsidP="00035686">
      <w:pPr>
        <w:tabs>
          <w:tab w:val="left" w:pos="7020"/>
        </w:tabs>
        <w:rPr>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(29): </w:t>
      </w:r>
      <w:r>
        <w:rPr>
          <w:rFonts w:cs="Times New Roman" w:hint="cs"/>
          <w:rtl/>
        </w:rPr>
        <w:t>استخراج</w:t>
      </w:r>
      <w:r>
        <w:rPr>
          <w:rFonts w:cs="Times New Roman"/>
          <w:rtl/>
        </w:rPr>
        <w:t xml:space="preserve"> </w:t>
      </w:r>
      <w:r>
        <w:rPr>
          <w:rFonts w:cs="Times New Roman" w:hint="cs"/>
          <w:rtl/>
        </w:rPr>
        <w:t>سياسة</w:t>
      </w:r>
      <w:r>
        <w:rPr>
          <w:rFonts w:cs="Times New Roman"/>
          <w:rtl/>
        </w:rPr>
        <w:t xml:space="preserve"> </w:t>
      </w:r>
      <w:r>
        <w:rPr>
          <w:rFonts w:cs="Times New Roman" w:hint="cs"/>
          <w:rtl/>
        </w:rPr>
        <w:t>كلمات</w:t>
      </w:r>
      <w:r>
        <w:rPr>
          <w:rFonts w:cs="Times New Roman"/>
          <w:rtl/>
        </w:rPr>
        <w:t xml:space="preserve"> </w:t>
      </w:r>
      <w:r>
        <w:rPr>
          <w:rFonts w:cs="Times New Roman" w:hint="cs"/>
          <w:rtl/>
        </w:rPr>
        <w:t>المرور</w:t>
      </w:r>
      <w:r>
        <w:rPr>
          <w:rFonts w:cs="Times New Roman"/>
          <w:rtl/>
        </w:rPr>
        <w:t xml:space="preserve"> </w:t>
      </w:r>
      <w:r>
        <w:rPr>
          <w:rFonts w:cs="Times New Roman" w:hint="cs"/>
          <w:rtl/>
        </w:rPr>
        <w:t>للنطاق</w:t>
      </w:r>
      <w:r>
        <w:t xml:space="preserve"> </w:t>
      </w:r>
    </w:p>
    <w:p w:rsidR="00035686" w:rsidRDefault="00035686" w:rsidP="00035686">
      <w:pPr>
        <w:tabs>
          <w:tab w:val="left" w:pos="7020"/>
        </w:tabs>
      </w:pPr>
      <w:r>
        <w:t>(Domain Password Policy Extraction)</w:t>
      </w:r>
    </w:p>
    <w:p w:rsidR="00035686" w:rsidRDefault="00035686" w:rsidP="00035686">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نجاح</w:t>
      </w:r>
      <w:r>
        <w:rPr>
          <w:rFonts w:cs="Times New Roman"/>
          <w:rtl/>
        </w:rPr>
        <w:t xml:space="preserve"> </w:t>
      </w:r>
      <w:r>
        <w:rPr>
          <w:rFonts w:cs="Times New Roman" w:hint="cs"/>
          <w:rtl/>
        </w:rPr>
        <w:t>المهاجم</w:t>
      </w:r>
      <w:r>
        <w:rPr>
          <w:rFonts w:cs="Times New Roman"/>
          <w:rtl/>
        </w:rPr>
        <w:t xml:space="preserve"> </w:t>
      </w:r>
      <w:r>
        <w:rPr>
          <w:rFonts w:cs="Times New Roman" w:hint="cs"/>
          <w:rtl/>
        </w:rPr>
        <w:t>في</w:t>
      </w:r>
      <w:r>
        <w:rPr>
          <w:rFonts w:cs="Times New Roman"/>
          <w:rtl/>
        </w:rPr>
        <w:t xml:space="preserve"> </w:t>
      </w:r>
      <w:r>
        <w:rPr>
          <w:rFonts w:cs="Times New Roman" w:hint="cs"/>
          <w:rtl/>
        </w:rPr>
        <w:t>استخراج</w:t>
      </w:r>
      <w:r>
        <w:rPr>
          <w:rFonts w:cs="Times New Roman"/>
          <w:rtl/>
        </w:rPr>
        <w:t xml:space="preserve"> </w:t>
      </w:r>
      <w:r>
        <w:rPr>
          <w:rFonts w:cs="Times New Roman" w:hint="cs"/>
          <w:rtl/>
        </w:rPr>
        <w:t>سياسة</w:t>
      </w:r>
      <w:r>
        <w:rPr>
          <w:rFonts w:cs="Times New Roman"/>
          <w:rtl/>
        </w:rPr>
        <w:t xml:space="preserve"> </w:t>
      </w:r>
      <w:r>
        <w:rPr>
          <w:rFonts w:cs="Times New Roman" w:hint="cs"/>
          <w:rtl/>
        </w:rPr>
        <w:t>كلمات</w:t>
      </w:r>
      <w:r>
        <w:rPr>
          <w:rFonts w:cs="Times New Roman"/>
          <w:rtl/>
        </w:rPr>
        <w:t xml:space="preserve"> </w:t>
      </w:r>
      <w:r>
        <w:rPr>
          <w:rFonts w:cs="Times New Roman" w:hint="cs"/>
          <w:rtl/>
        </w:rPr>
        <w:t>المرور</w:t>
      </w:r>
      <w:r>
        <w:rPr>
          <w:rFonts w:cs="Times New Roman"/>
          <w:rtl/>
        </w:rPr>
        <w:t xml:space="preserve"> </w:t>
      </w:r>
      <w:r>
        <w:rPr>
          <w:rFonts w:cs="Times New Roman" w:hint="cs"/>
          <w:rtl/>
        </w:rPr>
        <w:t>المعتمدة</w:t>
      </w:r>
      <w:r>
        <w:rPr>
          <w:rFonts w:cs="Times New Roman"/>
          <w:rtl/>
        </w:rPr>
        <w:t xml:space="preserve"> </w:t>
      </w:r>
      <w:r>
        <w:rPr>
          <w:rFonts w:cs="Times New Roman" w:hint="cs"/>
          <w:rtl/>
        </w:rPr>
        <w:t>في</w:t>
      </w:r>
      <w:r>
        <w:rPr>
          <w:rFonts w:cs="Times New Roman"/>
          <w:rtl/>
        </w:rPr>
        <w:t xml:space="preserve"> </w:t>
      </w:r>
      <w:r>
        <w:rPr>
          <w:rFonts w:cs="Times New Roman" w:hint="cs"/>
          <w:rtl/>
        </w:rPr>
        <w:t>النطاق</w:t>
      </w:r>
      <w:r>
        <w:rPr>
          <w:rFonts w:cs="Times New Roman"/>
          <w:rtl/>
        </w:rPr>
        <w:t xml:space="preserve"> </w:t>
      </w:r>
      <w:r>
        <w:rPr>
          <w:rFonts w:cs="Times New Roman" w:hint="cs"/>
          <w:rtl/>
        </w:rPr>
        <w:t>باستخدام</w:t>
      </w:r>
      <w:r>
        <w:rPr>
          <w:rFonts w:cs="Times New Roman"/>
          <w:rtl/>
        </w:rPr>
        <w:t xml:space="preserve"> </w:t>
      </w:r>
      <w:r>
        <w:rPr>
          <w:rFonts w:cs="Times New Roman" w:hint="cs"/>
          <w:rtl/>
        </w:rPr>
        <w:t>أداة</w:t>
      </w:r>
      <w:r>
        <w:t xml:space="preserve"> </w:t>
      </w:r>
      <w:proofErr w:type="spellStart"/>
      <w:r>
        <w:t>rpcclient</w:t>
      </w:r>
      <w:proofErr w:type="spellEnd"/>
      <w:r>
        <w:t xml:space="preserve">. </w:t>
      </w:r>
      <w:r>
        <w:rPr>
          <w:rFonts w:cs="Times New Roman" w:hint="cs"/>
          <w:rtl/>
        </w:rPr>
        <w:t>أظهرت</w:t>
      </w:r>
      <w:r>
        <w:rPr>
          <w:rFonts w:cs="Times New Roman"/>
          <w:rtl/>
        </w:rPr>
        <w:t xml:space="preserve"> </w:t>
      </w:r>
      <w:r>
        <w:rPr>
          <w:rFonts w:cs="Times New Roman" w:hint="cs"/>
          <w:rtl/>
        </w:rPr>
        <w:t>النتائج</w:t>
      </w:r>
      <w:r>
        <w:rPr>
          <w:rFonts w:cs="Times New Roman"/>
          <w:rtl/>
        </w:rPr>
        <w:t xml:space="preserve"> </w:t>
      </w:r>
      <w:r>
        <w:rPr>
          <w:rFonts w:cs="Times New Roman" w:hint="cs"/>
          <w:rtl/>
        </w:rPr>
        <w:t>أن</w:t>
      </w:r>
      <w:r>
        <w:rPr>
          <w:rFonts w:cs="Times New Roman"/>
          <w:rtl/>
        </w:rPr>
        <w:t xml:space="preserve"> </w:t>
      </w:r>
      <w:r>
        <w:rPr>
          <w:rFonts w:cs="Times New Roman" w:hint="cs"/>
          <w:rtl/>
        </w:rPr>
        <w:t>الحد</w:t>
      </w:r>
      <w:r>
        <w:rPr>
          <w:rFonts w:cs="Times New Roman"/>
          <w:rtl/>
        </w:rPr>
        <w:t xml:space="preserve"> </w:t>
      </w:r>
      <w:r>
        <w:rPr>
          <w:rFonts w:cs="Times New Roman" w:hint="cs"/>
          <w:rtl/>
        </w:rPr>
        <w:t>الأدنى</w:t>
      </w:r>
      <w:r>
        <w:rPr>
          <w:rFonts w:cs="Times New Roman"/>
          <w:rtl/>
        </w:rPr>
        <w:t xml:space="preserve"> </w:t>
      </w:r>
      <w:r>
        <w:rPr>
          <w:rFonts w:cs="Times New Roman" w:hint="cs"/>
          <w:rtl/>
        </w:rPr>
        <w:t>لطول</w:t>
      </w:r>
      <w:r>
        <w:rPr>
          <w:rFonts w:cs="Times New Roman"/>
          <w:rtl/>
        </w:rPr>
        <w:t xml:space="preserve"> </w:t>
      </w:r>
      <w:r>
        <w:rPr>
          <w:rFonts w:cs="Times New Roman" w:hint="cs"/>
          <w:rtl/>
        </w:rPr>
        <w:t>كلمة</w:t>
      </w:r>
      <w:r>
        <w:rPr>
          <w:rFonts w:cs="Times New Roman"/>
          <w:rtl/>
        </w:rPr>
        <w:t xml:space="preserve"> </w:t>
      </w:r>
      <w:r>
        <w:rPr>
          <w:rFonts w:cs="Times New Roman" w:hint="cs"/>
          <w:rtl/>
        </w:rPr>
        <w:t>المرور</w:t>
      </w:r>
      <w:r>
        <w:rPr>
          <w:rFonts w:cs="Times New Roman"/>
          <w:rtl/>
        </w:rPr>
        <w:t xml:space="preserve"> </w:t>
      </w:r>
      <w:r>
        <w:rPr>
          <w:rFonts w:cs="Times New Roman" w:hint="cs"/>
          <w:rtl/>
        </w:rPr>
        <w:t>هو</w:t>
      </w:r>
      <w:r>
        <w:rPr>
          <w:rFonts w:cs="Times New Roman"/>
          <w:rtl/>
        </w:rPr>
        <w:t xml:space="preserve"> 7 </w:t>
      </w:r>
      <w:r>
        <w:rPr>
          <w:rFonts w:cs="Times New Roman" w:hint="cs"/>
          <w:rtl/>
        </w:rPr>
        <w:t>أحرف</w:t>
      </w:r>
      <w:r>
        <w:rPr>
          <w:rFonts w:cs="Times New Roman"/>
          <w:rtl/>
        </w:rPr>
        <w:t xml:space="preserve">، </w:t>
      </w:r>
      <w:r>
        <w:rPr>
          <w:rFonts w:cs="Times New Roman" w:hint="cs"/>
          <w:rtl/>
        </w:rPr>
        <w:t>وأن</w:t>
      </w:r>
      <w:r>
        <w:rPr>
          <w:rFonts w:cs="Times New Roman"/>
          <w:rtl/>
        </w:rPr>
        <w:t xml:space="preserve"> </w:t>
      </w:r>
      <w:r>
        <w:rPr>
          <w:rFonts w:cs="Times New Roman" w:hint="cs"/>
          <w:rtl/>
        </w:rPr>
        <w:t>سياسة</w:t>
      </w:r>
      <w:r>
        <w:rPr>
          <w:rFonts w:cs="Times New Roman"/>
          <w:rtl/>
        </w:rPr>
        <w:t xml:space="preserve"> </w:t>
      </w:r>
      <w:r>
        <w:rPr>
          <w:rFonts w:cs="Times New Roman" w:hint="cs"/>
          <w:rtl/>
        </w:rPr>
        <w:t>التعقيد</w:t>
      </w:r>
      <w:r>
        <w:t xml:space="preserve"> (Complexity) </w:t>
      </w:r>
      <w:r>
        <w:rPr>
          <w:rFonts w:cs="Times New Roman" w:hint="cs"/>
          <w:rtl/>
        </w:rPr>
        <w:t>مفعّلة</w:t>
      </w:r>
      <w:r>
        <w:rPr>
          <w:rFonts w:cs="Times New Roman"/>
          <w:rtl/>
        </w:rPr>
        <w:t xml:space="preserve">. </w:t>
      </w:r>
      <w:r>
        <w:rPr>
          <w:rFonts w:cs="Times New Roman" w:hint="cs"/>
          <w:rtl/>
        </w:rPr>
        <w:t>هذه</w:t>
      </w:r>
      <w:r>
        <w:rPr>
          <w:rFonts w:cs="Times New Roman"/>
          <w:rtl/>
        </w:rPr>
        <w:t xml:space="preserve"> </w:t>
      </w:r>
      <w:r>
        <w:rPr>
          <w:rFonts w:cs="Times New Roman" w:hint="cs"/>
          <w:rtl/>
        </w:rPr>
        <w:t>المعلومات</w:t>
      </w:r>
      <w:r>
        <w:rPr>
          <w:rFonts w:cs="Times New Roman"/>
          <w:rtl/>
        </w:rPr>
        <w:t xml:space="preserve"> </w:t>
      </w:r>
      <w:r>
        <w:rPr>
          <w:rFonts w:cs="Times New Roman" w:hint="cs"/>
          <w:rtl/>
        </w:rPr>
        <w:t>تتيح</w:t>
      </w:r>
      <w:r>
        <w:rPr>
          <w:rFonts w:cs="Times New Roman"/>
          <w:rtl/>
        </w:rPr>
        <w:t xml:space="preserve"> </w:t>
      </w:r>
      <w:r>
        <w:rPr>
          <w:rFonts w:cs="Times New Roman" w:hint="cs"/>
          <w:rtl/>
        </w:rPr>
        <w:t>للمهاجم</w:t>
      </w:r>
      <w:r>
        <w:rPr>
          <w:rFonts w:cs="Times New Roman"/>
          <w:rtl/>
        </w:rPr>
        <w:t xml:space="preserve"> </w:t>
      </w:r>
      <w:r>
        <w:rPr>
          <w:rFonts w:cs="Times New Roman" w:hint="cs"/>
          <w:rtl/>
        </w:rPr>
        <w:t>تكييف</w:t>
      </w:r>
      <w:r>
        <w:rPr>
          <w:rFonts w:cs="Times New Roman"/>
          <w:rtl/>
        </w:rPr>
        <w:t xml:space="preserve"> </w:t>
      </w:r>
      <w:r>
        <w:rPr>
          <w:rFonts w:cs="Times New Roman" w:hint="cs"/>
          <w:rtl/>
        </w:rPr>
        <w:t>قواميس</w:t>
      </w:r>
      <w:r>
        <w:rPr>
          <w:rFonts w:cs="Times New Roman"/>
          <w:rtl/>
        </w:rPr>
        <w:t xml:space="preserve"> </w:t>
      </w:r>
      <w:r>
        <w:rPr>
          <w:rFonts w:cs="Times New Roman" w:hint="cs"/>
          <w:rtl/>
        </w:rPr>
        <w:t>التخمين</w:t>
      </w:r>
      <w:r>
        <w:t xml:space="preserve"> (Dictionaries) </w:t>
      </w:r>
      <w:r>
        <w:rPr>
          <w:rFonts w:cs="Times New Roman" w:hint="cs"/>
          <w:rtl/>
        </w:rPr>
        <w:t>وأدوات</w:t>
      </w:r>
      <w:r>
        <w:rPr>
          <w:rFonts w:cs="Times New Roman"/>
          <w:rtl/>
        </w:rPr>
        <w:t xml:space="preserve"> </w:t>
      </w:r>
      <w:r>
        <w:rPr>
          <w:rFonts w:cs="Times New Roman" w:hint="cs"/>
          <w:rtl/>
        </w:rPr>
        <w:t>الهجوم</w:t>
      </w:r>
      <w:r>
        <w:t xml:space="preserve"> (</w:t>
      </w:r>
      <w:r>
        <w:rPr>
          <w:rFonts w:cs="Times New Roman" w:hint="cs"/>
          <w:rtl/>
        </w:rPr>
        <w:t>مثل</w:t>
      </w:r>
      <w:r>
        <w:t xml:space="preserve"> </w:t>
      </w:r>
      <w:proofErr w:type="spellStart"/>
      <w:r>
        <w:t>Hashcat</w:t>
      </w:r>
      <w:proofErr w:type="spellEnd"/>
      <w:r>
        <w:t xml:space="preserve">) </w:t>
      </w:r>
      <w:r>
        <w:rPr>
          <w:rFonts w:cs="Times New Roman" w:hint="cs"/>
          <w:rtl/>
        </w:rPr>
        <w:t>لتتوافق</w:t>
      </w:r>
      <w:r>
        <w:rPr>
          <w:rFonts w:cs="Times New Roman"/>
          <w:rtl/>
        </w:rPr>
        <w:t xml:space="preserve"> </w:t>
      </w:r>
      <w:r>
        <w:rPr>
          <w:rFonts w:cs="Times New Roman" w:hint="cs"/>
          <w:rtl/>
        </w:rPr>
        <w:t>مع</w:t>
      </w:r>
      <w:r>
        <w:rPr>
          <w:rFonts w:cs="Times New Roman"/>
          <w:rtl/>
        </w:rPr>
        <w:t xml:space="preserve"> </w:t>
      </w:r>
      <w:r>
        <w:rPr>
          <w:rFonts w:cs="Times New Roman" w:hint="cs"/>
          <w:rtl/>
        </w:rPr>
        <w:t>سياسات</w:t>
      </w:r>
      <w:r>
        <w:rPr>
          <w:rFonts w:cs="Times New Roman"/>
          <w:rtl/>
        </w:rPr>
        <w:t xml:space="preserve"> </w:t>
      </w:r>
      <w:r>
        <w:rPr>
          <w:rFonts w:cs="Times New Roman" w:hint="cs"/>
          <w:rtl/>
        </w:rPr>
        <w:t>السيرفر</w:t>
      </w:r>
      <w:r>
        <w:rPr>
          <w:rFonts w:cs="Times New Roman"/>
          <w:rtl/>
        </w:rPr>
        <w:t xml:space="preserve">، </w:t>
      </w:r>
      <w:r>
        <w:rPr>
          <w:rFonts w:cs="Times New Roman" w:hint="cs"/>
          <w:rtl/>
        </w:rPr>
        <w:t>مما</w:t>
      </w:r>
      <w:r>
        <w:rPr>
          <w:rFonts w:cs="Times New Roman"/>
          <w:rtl/>
        </w:rPr>
        <w:t xml:space="preserve"> </w:t>
      </w:r>
      <w:r>
        <w:rPr>
          <w:rFonts w:cs="Times New Roman" w:hint="cs"/>
          <w:rtl/>
        </w:rPr>
        <w:t>يرفع</w:t>
      </w:r>
      <w:r>
        <w:rPr>
          <w:rFonts w:cs="Times New Roman"/>
          <w:rtl/>
        </w:rPr>
        <w:t xml:space="preserve"> </w:t>
      </w:r>
      <w:r>
        <w:rPr>
          <w:rFonts w:cs="Times New Roman" w:hint="cs"/>
          <w:rtl/>
        </w:rPr>
        <w:t>من</w:t>
      </w:r>
      <w:r>
        <w:rPr>
          <w:rFonts w:cs="Times New Roman"/>
          <w:rtl/>
        </w:rPr>
        <w:t xml:space="preserve"> </w:t>
      </w:r>
      <w:r>
        <w:rPr>
          <w:rFonts w:cs="Times New Roman" w:hint="cs"/>
          <w:rtl/>
        </w:rPr>
        <w:t>كفاءة</w:t>
      </w:r>
      <w:r>
        <w:rPr>
          <w:rFonts w:cs="Times New Roman"/>
          <w:rtl/>
        </w:rPr>
        <w:t xml:space="preserve"> </w:t>
      </w:r>
      <w:r>
        <w:rPr>
          <w:rFonts w:cs="Times New Roman" w:hint="cs"/>
          <w:rtl/>
        </w:rPr>
        <w:t>هجمات</w:t>
      </w:r>
      <w:r>
        <w:rPr>
          <w:rFonts w:cs="Times New Roman"/>
          <w:rtl/>
        </w:rPr>
        <w:t xml:space="preserve"> </w:t>
      </w:r>
      <w:r>
        <w:rPr>
          <w:rFonts w:cs="Times New Roman" w:hint="cs"/>
          <w:rtl/>
        </w:rPr>
        <w:t>تخمين</w:t>
      </w:r>
      <w:r>
        <w:rPr>
          <w:rFonts w:cs="Times New Roman"/>
          <w:rtl/>
        </w:rPr>
        <w:t xml:space="preserve"> </w:t>
      </w:r>
      <w:r>
        <w:rPr>
          <w:rFonts w:cs="Times New Roman" w:hint="cs"/>
          <w:rtl/>
        </w:rPr>
        <w:t>كلمات</w:t>
      </w:r>
      <w:r>
        <w:rPr>
          <w:rFonts w:cs="Times New Roman"/>
          <w:rtl/>
        </w:rPr>
        <w:t xml:space="preserve"> </w:t>
      </w:r>
      <w:r>
        <w:rPr>
          <w:rFonts w:cs="Times New Roman" w:hint="cs"/>
          <w:rtl/>
        </w:rPr>
        <w:t>المرور</w:t>
      </w:r>
      <w:r>
        <w:rPr>
          <w:rFonts w:cs="Times New Roman"/>
          <w:rtl/>
        </w:rPr>
        <w:t xml:space="preserve"> </w:t>
      </w:r>
      <w:r>
        <w:rPr>
          <w:rFonts w:cs="Times New Roman" w:hint="cs"/>
          <w:rtl/>
        </w:rPr>
        <w:t>المستهدفة</w:t>
      </w:r>
      <w:r>
        <w:t xml:space="preserve"> (Password Spraying) </w:t>
      </w:r>
      <w:r>
        <w:rPr>
          <w:rFonts w:cs="Times New Roman" w:hint="cs"/>
          <w:rtl/>
        </w:rPr>
        <w:t>ضد</w:t>
      </w:r>
      <w:r>
        <w:rPr>
          <w:rFonts w:cs="Times New Roman"/>
          <w:rtl/>
        </w:rPr>
        <w:t xml:space="preserve"> </w:t>
      </w:r>
      <w:r>
        <w:rPr>
          <w:rFonts w:cs="Times New Roman" w:hint="cs"/>
          <w:rtl/>
        </w:rPr>
        <w:t>حسابات</w:t>
      </w:r>
      <w:r>
        <w:rPr>
          <w:rFonts w:cs="Times New Roman"/>
          <w:rtl/>
        </w:rPr>
        <w:t xml:space="preserve"> </w:t>
      </w:r>
      <w:r>
        <w:rPr>
          <w:rFonts w:cs="Times New Roman" w:hint="cs"/>
          <w:rtl/>
        </w:rPr>
        <w:t>حساسة</w:t>
      </w:r>
      <w:r>
        <w:rPr>
          <w:rFonts w:cs="Times New Roman"/>
          <w:rtl/>
        </w:rPr>
        <w:t xml:space="preserve"> </w:t>
      </w:r>
      <w:r>
        <w:rPr>
          <w:rFonts w:cs="Times New Roman" w:hint="cs"/>
          <w:rtl/>
        </w:rPr>
        <w:t>مثل</w:t>
      </w:r>
      <w:r>
        <w:t xml:space="preserve"> Administrator."</w:t>
      </w:r>
    </w:p>
    <w:p w:rsidR="00035686" w:rsidRDefault="00035686" w:rsidP="00035686">
      <w:pPr>
        <w:tabs>
          <w:tab w:val="left" w:pos="7020"/>
        </w:tabs>
      </w:pPr>
      <w:r>
        <w:t xml:space="preserve">Technical Description (English): "Documenting the attacker's success in extracting the domain password policy using the </w:t>
      </w:r>
      <w:proofErr w:type="spellStart"/>
      <w:r>
        <w:t>rpcclient</w:t>
      </w:r>
      <w:proofErr w:type="spellEnd"/>
      <w:r>
        <w:t xml:space="preserve"> tool. The results indicated that the minimum password length is set to 7 characters and that password complexity is enabled. This intelligence allows the attacker to tailor their attack dictionaries and tools (e.g., </w:t>
      </w:r>
      <w:proofErr w:type="spellStart"/>
      <w:r>
        <w:t>Hashcat</w:t>
      </w:r>
      <w:proofErr w:type="spellEnd"/>
      <w:r>
        <w:t>) to align with the server's policies, significantly increasing the efficiency of targeted Password Spraying attacks against sensitive accounts like Administrator."</w:t>
      </w:r>
    </w:p>
    <w:p w:rsidR="00035686" w:rsidRDefault="00035686" w:rsidP="00624035">
      <w:pPr>
        <w:tabs>
          <w:tab w:val="left" w:pos="7020"/>
        </w:tabs>
        <w:rPr>
          <w:rtl/>
        </w:rPr>
      </w:pPr>
      <w:r>
        <w:rPr>
          <w:noProof/>
        </w:rPr>
        <w:drawing>
          <wp:inline distT="0" distB="0" distL="0" distR="0">
            <wp:extent cx="4102311" cy="70488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استخراج سياسة كلمات المرور للنطاق (Domain Password Policy Extraction).png"/>
                    <pic:cNvPicPr/>
                  </pic:nvPicPr>
                  <pic:blipFill>
                    <a:blip r:embed="rId45">
                      <a:extLst>
                        <a:ext uri="{28A0092B-C50C-407E-A947-70E740481C1C}">
                          <a14:useLocalDpi xmlns:a14="http://schemas.microsoft.com/office/drawing/2010/main" val="0"/>
                        </a:ext>
                      </a:extLst>
                    </a:blip>
                    <a:stretch>
                      <a:fillRect/>
                    </a:stretch>
                  </pic:blipFill>
                  <pic:spPr>
                    <a:xfrm>
                      <a:off x="0" y="0"/>
                      <a:ext cx="4102311" cy="704886"/>
                    </a:xfrm>
                    <a:prstGeom prst="rect">
                      <a:avLst/>
                    </a:prstGeom>
                  </pic:spPr>
                </pic:pic>
              </a:graphicData>
            </a:graphic>
          </wp:inline>
        </w:drawing>
      </w:r>
    </w:p>
    <w:p w:rsidR="00035686" w:rsidRDefault="00035686" w:rsidP="00624035">
      <w:pPr>
        <w:tabs>
          <w:tab w:val="left" w:pos="7020"/>
        </w:tabs>
        <w:rPr>
          <w:rtl/>
        </w:rPr>
      </w:pPr>
    </w:p>
    <w:p w:rsidR="00035686" w:rsidRDefault="00035686" w:rsidP="00624035">
      <w:pPr>
        <w:tabs>
          <w:tab w:val="left" w:pos="7020"/>
        </w:tabs>
        <w:rPr>
          <w:rtl/>
        </w:rPr>
      </w:pPr>
    </w:p>
    <w:p w:rsidR="00A038EA" w:rsidRDefault="00A038EA" w:rsidP="00624035">
      <w:pPr>
        <w:tabs>
          <w:tab w:val="left" w:pos="7020"/>
        </w:tabs>
        <w:rPr>
          <w:rtl/>
        </w:rPr>
      </w:pPr>
    </w:p>
    <w:p w:rsidR="00A038EA" w:rsidRDefault="00A038EA" w:rsidP="00624035">
      <w:pPr>
        <w:tabs>
          <w:tab w:val="left" w:pos="7020"/>
        </w:tabs>
        <w:rPr>
          <w:rtl/>
        </w:rPr>
      </w:pPr>
    </w:p>
    <w:p w:rsidR="00A038EA" w:rsidRDefault="00A038EA" w:rsidP="00624035">
      <w:pPr>
        <w:tabs>
          <w:tab w:val="left" w:pos="7020"/>
        </w:tabs>
        <w:rPr>
          <w:rtl/>
        </w:rPr>
      </w:pPr>
    </w:p>
    <w:p w:rsidR="00A038EA" w:rsidRDefault="00A038EA" w:rsidP="00624035">
      <w:pPr>
        <w:tabs>
          <w:tab w:val="left" w:pos="7020"/>
        </w:tabs>
        <w:rPr>
          <w:rtl/>
        </w:rPr>
      </w:pPr>
    </w:p>
    <w:p w:rsidR="00A038EA" w:rsidRDefault="00A038EA" w:rsidP="00624035">
      <w:pPr>
        <w:tabs>
          <w:tab w:val="left" w:pos="7020"/>
        </w:tabs>
        <w:rPr>
          <w:rtl/>
        </w:rPr>
      </w:pPr>
    </w:p>
    <w:p w:rsidR="00A038EA" w:rsidRDefault="00A038EA" w:rsidP="00624035">
      <w:pPr>
        <w:tabs>
          <w:tab w:val="left" w:pos="7020"/>
        </w:tabs>
        <w:rPr>
          <w:rtl/>
        </w:rPr>
      </w:pPr>
    </w:p>
    <w:p w:rsidR="00A038EA" w:rsidRDefault="00A038EA" w:rsidP="00624035">
      <w:pPr>
        <w:tabs>
          <w:tab w:val="left" w:pos="7020"/>
        </w:tabs>
        <w:rPr>
          <w:rtl/>
        </w:rPr>
      </w:pPr>
    </w:p>
    <w:p w:rsidR="00A038EA" w:rsidRDefault="00A038EA" w:rsidP="00624035">
      <w:pPr>
        <w:tabs>
          <w:tab w:val="left" w:pos="7020"/>
        </w:tabs>
        <w:rPr>
          <w:rtl/>
        </w:rPr>
      </w:pPr>
    </w:p>
    <w:p w:rsidR="00A038EA" w:rsidRDefault="00A038EA" w:rsidP="00624035">
      <w:pPr>
        <w:tabs>
          <w:tab w:val="left" w:pos="7020"/>
        </w:tabs>
        <w:rPr>
          <w:rtl/>
        </w:rPr>
      </w:pPr>
    </w:p>
    <w:p w:rsidR="00A038EA" w:rsidRDefault="00A038EA" w:rsidP="00624035">
      <w:pPr>
        <w:tabs>
          <w:tab w:val="left" w:pos="7020"/>
        </w:tabs>
        <w:rPr>
          <w:rtl/>
        </w:rPr>
      </w:pPr>
    </w:p>
    <w:p w:rsidR="00A038EA" w:rsidRDefault="00A038EA" w:rsidP="00624035">
      <w:pPr>
        <w:tabs>
          <w:tab w:val="left" w:pos="7020"/>
        </w:tabs>
        <w:rPr>
          <w:rtl/>
        </w:rPr>
      </w:pPr>
    </w:p>
    <w:p w:rsidR="00A038EA" w:rsidRDefault="00A038EA" w:rsidP="00624035">
      <w:pPr>
        <w:tabs>
          <w:tab w:val="left" w:pos="7020"/>
        </w:tabs>
        <w:rPr>
          <w:rtl/>
        </w:rPr>
      </w:pPr>
    </w:p>
    <w:p w:rsidR="00A038EA" w:rsidRDefault="00A038EA" w:rsidP="00624035">
      <w:pPr>
        <w:tabs>
          <w:tab w:val="left" w:pos="7020"/>
        </w:tabs>
        <w:rPr>
          <w:rtl/>
        </w:rPr>
      </w:pPr>
    </w:p>
    <w:p w:rsidR="00BA22D3" w:rsidRDefault="00BA22D3" w:rsidP="00BA22D3">
      <w:pPr>
        <w:tabs>
          <w:tab w:val="left" w:pos="7020"/>
        </w:tabs>
        <w:rPr>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(30): </w:t>
      </w:r>
      <w:r>
        <w:rPr>
          <w:rFonts w:cs="Times New Roman" w:hint="cs"/>
          <w:rtl/>
        </w:rPr>
        <w:t>فحص</w:t>
      </w:r>
      <w:r>
        <w:rPr>
          <w:rFonts w:cs="Times New Roman"/>
          <w:rtl/>
        </w:rPr>
        <w:t xml:space="preserve"> </w:t>
      </w:r>
      <w:r>
        <w:rPr>
          <w:rFonts w:cs="Times New Roman" w:hint="cs"/>
          <w:rtl/>
        </w:rPr>
        <w:t>حماية</w:t>
      </w:r>
      <w:r>
        <w:rPr>
          <w:rFonts w:cs="Times New Roman"/>
          <w:rtl/>
        </w:rPr>
        <w:t xml:space="preserve"> </w:t>
      </w:r>
      <w:r>
        <w:rPr>
          <w:rFonts w:cs="Times New Roman" w:hint="cs"/>
          <w:rtl/>
        </w:rPr>
        <w:t>بروتوكول</w:t>
      </w:r>
      <w:r>
        <w:t xml:space="preserve"> </w:t>
      </w:r>
    </w:p>
    <w:p w:rsidR="00BA22D3" w:rsidRDefault="00BA22D3" w:rsidP="00BA22D3">
      <w:pPr>
        <w:tabs>
          <w:tab w:val="left" w:pos="7020"/>
        </w:tabs>
      </w:pPr>
      <w:r>
        <w:t>SMB Signing (Security Mitigation Check)</w:t>
      </w:r>
    </w:p>
    <w:p w:rsidR="00BA22D3" w:rsidRDefault="00BA22D3" w:rsidP="00BA22D3">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فحص</w:t>
      </w:r>
      <w:r>
        <w:rPr>
          <w:rFonts w:cs="Times New Roman"/>
          <w:rtl/>
        </w:rPr>
        <w:t xml:space="preserve"> </w:t>
      </w:r>
      <w:r>
        <w:rPr>
          <w:rFonts w:cs="Times New Roman" w:hint="cs"/>
          <w:rtl/>
        </w:rPr>
        <w:t>إعدادات</w:t>
      </w:r>
      <w:r>
        <w:rPr>
          <w:rFonts w:cs="Times New Roman"/>
          <w:rtl/>
        </w:rPr>
        <w:t xml:space="preserve"> </w:t>
      </w:r>
      <w:r>
        <w:rPr>
          <w:rFonts w:cs="Times New Roman" w:hint="cs"/>
          <w:rtl/>
        </w:rPr>
        <w:t>أمان</w:t>
      </w:r>
      <w:r>
        <w:rPr>
          <w:rFonts w:cs="Times New Roman"/>
          <w:rtl/>
        </w:rPr>
        <w:t xml:space="preserve"> </w:t>
      </w:r>
      <w:r>
        <w:rPr>
          <w:rFonts w:cs="Times New Roman" w:hint="cs"/>
          <w:rtl/>
        </w:rPr>
        <w:t>بروتوكول</w:t>
      </w:r>
      <w:r>
        <w:t xml:space="preserve"> SMBv3.1.1 </w:t>
      </w:r>
      <w:r>
        <w:rPr>
          <w:rFonts w:cs="Times New Roman" w:hint="cs"/>
          <w:rtl/>
        </w:rPr>
        <w:t>باستخدام</w:t>
      </w:r>
      <w:r>
        <w:rPr>
          <w:rFonts w:cs="Times New Roman"/>
          <w:rtl/>
        </w:rPr>
        <w:t xml:space="preserve"> </w:t>
      </w:r>
      <w:r>
        <w:rPr>
          <w:rFonts w:cs="Times New Roman" w:hint="cs"/>
          <w:rtl/>
        </w:rPr>
        <w:t>سكربت</w:t>
      </w:r>
      <w:r>
        <w:t xml:space="preserve"> smb2-security-mode </w:t>
      </w:r>
      <w:r>
        <w:rPr>
          <w:rFonts w:cs="Times New Roman" w:hint="cs"/>
          <w:rtl/>
        </w:rPr>
        <w:t>في</w:t>
      </w:r>
      <w:r>
        <w:rPr>
          <w:rFonts w:cs="Times New Roman"/>
          <w:rtl/>
        </w:rPr>
        <w:t xml:space="preserve"> </w:t>
      </w:r>
      <w:r>
        <w:rPr>
          <w:rFonts w:cs="Times New Roman" w:hint="cs"/>
          <w:rtl/>
        </w:rPr>
        <w:t>أداة</w:t>
      </w:r>
      <w:r>
        <w:t xml:space="preserve"> Nmap. </w:t>
      </w:r>
      <w:r>
        <w:rPr>
          <w:rFonts w:cs="Times New Roman" w:hint="cs"/>
          <w:rtl/>
        </w:rPr>
        <w:t>أظهرت</w:t>
      </w:r>
      <w:r>
        <w:rPr>
          <w:rFonts w:cs="Times New Roman"/>
          <w:rtl/>
        </w:rPr>
        <w:t xml:space="preserve"> </w:t>
      </w:r>
      <w:r>
        <w:rPr>
          <w:rFonts w:cs="Times New Roman" w:hint="cs"/>
          <w:rtl/>
        </w:rPr>
        <w:t>النتيجة</w:t>
      </w:r>
      <w:r>
        <w:rPr>
          <w:rFonts w:cs="Times New Roman"/>
          <w:rtl/>
        </w:rPr>
        <w:t xml:space="preserve"> </w:t>
      </w:r>
      <w:r>
        <w:rPr>
          <w:rFonts w:cs="Times New Roman" w:hint="cs"/>
          <w:rtl/>
        </w:rPr>
        <w:t>أن</w:t>
      </w:r>
      <w:r>
        <w:rPr>
          <w:rFonts w:cs="Times New Roman"/>
          <w:rtl/>
        </w:rPr>
        <w:t xml:space="preserve"> </w:t>
      </w:r>
      <w:r>
        <w:rPr>
          <w:rFonts w:cs="Times New Roman" w:hint="cs"/>
          <w:rtl/>
        </w:rPr>
        <w:t>خادم</w:t>
      </w:r>
      <w:r>
        <w:t xml:space="preserve"> Windows Server </w:t>
      </w:r>
      <w:r>
        <w:rPr>
          <w:rFonts w:cs="Times New Roman" w:hint="cs"/>
          <w:rtl/>
        </w:rPr>
        <w:t>يفرض</w:t>
      </w:r>
      <w:r>
        <w:rPr>
          <w:rFonts w:cs="Times New Roman"/>
          <w:rtl/>
        </w:rPr>
        <w:t xml:space="preserve"> </w:t>
      </w:r>
      <w:r>
        <w:rPr>
          <w:rFonts w:cs="Times New Roman" w:hint="cs"/>
          <w:rtl/>
        </w:rPr>
        <w:t>تفعيل</w:t>
      </w:r>
      <w:r>
        <w:rPr>
          <w:rFonts w:cs="Times New Roman"/>
          <w:rtl/>
        </w:rPr>
        <w:t xml:space="preserve"> </w:t>
      </w:r>
      <w:r>
        <w:rPr>
          <w:rFonts w:cs="Times New Roman" w:hint="cs"/>
          <w:rtl/>
        </w:rPr>
        <w:t>خيار</w:t>
      </w:r>
      <w:r>
        <w:rPr>
          <w:rFonts w:cs="Times New Roman"/>
          <w:rtl/>
        </w:rPr>
        <w:t xml:space="preserve"> </w:t>
      </w:r>
      <w:r>
        <w:rPr>
          <w:rFonts w:cs="Times New Roman" w:hint="cs"/>
          <w:rtl/>
        </w:rPr>
        <w:t>التوقيع</w:t>
      </w:r>
      <w:r>
        <w:rPr>
          <w:rFonts w:cs="Times New Roman"/>
          <w:rtl/>
        </w:rPr>
        <w:t xml:space="preserve"> </w:t>
      </w:r>
      <w:r>
        <w:rPr>
          <w:rFonts w:cs="Times New Roman" w:hint="cs"/>
          <w:rtl/>
        </w:rPr>
        <w:t>الإلزامي</w:t>
      </w:r>
      <w:r>
        <w:rPr>
          <w:rFonts w:cs="Times New Roman"/>
          <w:rtl/>
        </w:rPr>
        <w:t xml:space="preserve"> </w:t>
      </w:r>
      <w:r>
        <w:rPr>
          <w:rFonts w:cs="Times New Roman" w:hint="cs"/>
          <w:rtl/>
        </w:rPr>
        <w:t>للحزم</w:t>
      </w:r>
      <w:r>
        <w:t xml:space="preserve"> (Message signing enabled and required). </w:t>
      </w:r>
      <w:r>
        <w:rPr>
          <w:rFonts w:cs="Times New Roman" w:hint="cs"/>
          <w:rtl/>
        </w:rPr>
        <w:t>هذا</w:t>
      </w:r>
      <w:r>
        <w:rPr>
          <w:rFonts w:cs="Times New Roman"/>
          <w:rtl/>
        </w:rPr>
        <w:t xml:space="preserve"> </w:t>
      </w:r>
      <w:r>
        <w:rPr>
          <w:rFonts w:cs="Times New Roman" w:hint="cs"/>
          <w:rtl/>
        </w:rPr>
        <w:t>الاكتشاف</w:t>
      </w:r>
      <w:r>
        <w:rPr>
          <w:rFonts w:cs="Times New Roman"/>
          <w:rtl/>
        </w:rPr>
        <w:t xml:space="preserve"> </w:t>
      </w:r>
      <w:r>
        <w:rPr>
          <w:rFonts w:cs="Times New Roman" w:hint="cs"/>
          <w:rtl/>
        </w:rPr>
        <w:t>يثبت</w:t>
      </w:r>
      <w:r>
        <w:rPr>
          <w:rFonts w:cs="Times New Roman"/>
          <w:rtl/>
        </w:rPr>
        <w:t xml:space="preserve"> </w:t>
      </w:r>
      <w:r>
        <w:rPr>
          <w:rFonts w:cs="Times New Roman" w:hint="cs"/>
          <w:rtl/>
        </w:rPr>
        <w:t>تطبيق</w:t>
      </w:r>
      <w:r>
        <w:rPr>
          <w:rFonts w:cs="Times New Roman"/>
          <w:rtl/>
        </w:rPr>
        <w:t xml:space="preserve"> </w:t>
      </w:r>
      <w:r>
        <w:rPr>
          <w:rFonts w:cs="Times New Roman" w:hint="cs"/>
          <w:rtl/>
        </w:rPr>
        <w:t>إجراء</w:t>
      </w:r>
      <w:r>
        <w:rPr>
          <w:rFonts w:cs="Times New Roman"/>
          <w:rtl/>
        </w:rPr>
        <w:t xml:space="preserve"> </w:t>
      </w:r>
      <w:r>
        <w:rPr>
          <w:rFonts w:cs="Times New Roman" w:hint="cs"/>
          <w:rtl/>
        </w:rPr>
        <w:t>دفاعي</w:t>
      </w:r>
      <w:r>
        <w:rPr>
          <w:rFonts w:cs="Times New Roman"/>
          <w:rtl/>
        </w:rPr>
        <w:t xml:space="preserve"> </w:t>
      </w:r>
      <w:r>
        <w:rPr>
          <w:rFonts w:cs="Times New Roman" w:hint="cs"/>
          <w:rtl/>
        </w:rPr>
        <w:t>قوي</w:t>
      </w:r>
      <w:r>
        <w:rPr>
          <w:rFonts w:cs="Times New Roman"/>
          <w:rtl/>
        </w:rPr>
        <w:t xml:space="preserve"> </w:t>
      </w:r>
      <w:r>
        <w:rPr>
          <w:rFonts w:cs="Times New Roman" w:hint="cs"/>
          <w:rtl/>
        </w:rPr>
        <w:t>يمنع</w:t>
      </w:r>
      <w:r>
        <w:rPr>
          <w:rFonts w:cs="Times New Roman"/>
          <w:rtl/>
        </w:rPr>
        <w:t xml:space="preserve"> </w:t>
      </w:r>
      <w:r>
        <w:rPr>
          <w:rFonts w:cs="Times New Roman" w:hint="cs"/>
          <w:rtl/>
        </w:rPr>
        <w:t>المهاجمين</w:t>
      </w:r>
      <w:r>
        <w:rPr>
          <w:rFonts w:cs="Times New Roman"/>
          <w:rtl/>
        </w:rPr>
        <w:t xml:space="preserve"> </w:t>
      </w:r>
      <w:r>
        <w:rPr>
          <w:rFonts w:cs="Times New Roman" w:hint="cs"/>
          <w:rtl/>
        </w:rPr>
        <w:t>من</w:t>
      </w:r>
      <w:r>
        <w:rPr>
          <w:rFonts w:cs="Times New Roman"/>
          <w:rtl/>
        </w:rPr>
        <w:t xml:space="preserve"> </w:t>
      </w:r>
      <w:r>
        <w:rPr>
          <w:rFonts w:cs="Times New Roman" w:hint="cs"/>
          <w:rtl/>
        </w:rPr>
        <w:t>تنفيذ</w:t>
      </w:r>
      <w:r>
        <w:rPr>
          <w:rFonts w:cs="Times New Roman"/>
          <w:rtl/>
        </w:rPr>
        <w:t xml:space="preserve"> </w:t>
      </w:r>
      <w:r>
        <w:rPr>
          <w:rFonts w:cs="Times New Roman" w:hint="cs"/>
          <w:rtl/>
        </w:rPr>
        <w:t>هجمات</w:t>
      </w:r>
      <w:r>
        <w:rPr>
          <w:rFonts w:cs="Times New Roman"/>
          <w:rtl/>
        </w:rPr>
        <w:t xml:space="preserve"> </w:t>
      </w:r>
      <w:r>
        <w:rPr>
          <w:rFonts w:cs="Times New Roman" w:hint="cs"/>
          <w:rtl/>
        </w:rPr>
        <w:t>اعتراض</w:t>
      </w:r>
      <w:r>
        <w:rPr>
          <w:rFonts w:cs="Times New Roman"/>
          <w:rtl/>
        </w:rPr>
        <w:t xml:space="preserve"> </w:t>
      </w:r>
      <w:r>
        <w:rPr>
          <w:rFonts w:cs="Times New Roman" w:hint="cs"/>
          <w:rtl/>
        </w:rPr>
        <w:t>وإعادة</w:t>
      </w:r>
      <w:r>
        <w:rPr>
          <w:rFonts w:cs="Times New Roman"/>
          <w:rtl/>
        </w:rPr>
        <w:t xml:space="preserve"> </w:t>
      </w:r>
      <w:r>
        <w:rPr>
          <w:rFonts w:cs="Times New Roman" w:hint="cs"/>
          <w:rtl/>
        </w:rPr>
        <w:t>توجيه</w:t>
      </w:r>
      <w:r>
        <w:rPr>
          <w:rFonts w:cs="Times New Roman"/>
          <w:rtl/>
        </w:rPr>
        <w:t xml:space="preserve"> </w:t>
      </w:r>
      <w:r>
        <w:rPr>
          <w:rFonts w:cs="Times New Roman" w:hint="cs"/>
          <w:rtl/>
        </w:rPr>
        <w:t>بيانات</w:t>
      </w:r>
      <w:r>
        <w:rPr>
          <w:rFonts w:cs="Times New Roman"/>
          <w:rtl/>
        </w:rPr>
        <w:t xml:space="preserve"> </w:t>
      </w:r>
      <w:r>
        <w:rPr>
          <w:rFonts w:cs="Times New Roman" w:hint="cs"/>
          <w:rtl/>
        </w:rPr>
        <w:t>الاعتماد</w:t>
      </w:r>
      <w:r>
        <w:t xml:space="preserve"> (NTLM Relay Attacks)</w:t>
      </w:r>
      <w:r>
        <w:rPr>
          <w:rFonts w:cs="Times New Roman"/>
          <w:rtl/>
        </w:rPr>
        <w:t xml:space="preserve">، </w:t>
      </w:r>
      <w:r>
        <w:rPr>
          <w:rFonts w:cs="Times New Roman" w:hint="cs"/>
          <w:rtl/>
        </w:rPr>
        <w:t>مما</w:t>
      </w:r>
      <w:r>
        <w:rPr>
          <w:rFonts w:cs="Times New Roman"/>
          <w:rtl/>
        </w:rPr>
        <w:t xml:space="preserve"> </w:t>
      </w:r>
      <w:r>
        <w:rPr>
          <w:rFonts w:cs="Times New Roman" w:hint="cs"/>
          <w:rtl/>
        </w:rPr>
        <w:t>يُعد</w:t>
      </w:r>
      <w:r>
        <w:rPr>
          <w:rFonts w:cs="Times New Roman"/>
          <w:rtl/>
        </w:rPr>
        <w:t xml:space="preserve"> </w:t>
      </w:r>
      <w:r>
        <w:rPr>
          <w:rFonts w:cs="Times New Roman" w:hint="cs"/>
          <w:rtl/>
        </w:rPr>
        <w:t>ممارسة</w:t>
      </w:r>
      <w:r>
        <w:rPr>
          <w:rFonts w:cs="Times New Roman"/>
          <w:rtl/>
        </w:rPr>
        <w:t xml:space="preserve"> </w:t>
      </w:r>
      <w:r>
        <w:rPr>
          <w:rFonts w:cs="Times New Roman" w:hint="cs"/>
          <w:rtl/>
        </w:rPr>
        <w:t>أمنية</w:t>
      </w:r>
      <w:r>
        <w:rPr>
          <w:rFonts w:cs="Times New Roman"/>
          <w:rtl/>
        </w:rPr>
        <w:t xml:space="preserve"> </w:t>
      </w:r>
      <w:r>
        <w:rPr>
          <w:rFonts w:cs="Times New Roman" w:hint="cs"/>
          <w:rtl/>
        </w:rPr>
        <w:t>ممتازة</w:t>
      </w:r>
      <w:r>
        <w:rPr>
          <w:rFonts w:cs="Times New Roman"/>
          <w:rtl/>
        </w:rPr>
        <w:t xml:space="preserve"> </w:t>
      </w:r>
      <w:r>
        <w:rPr>
          <w:rFonts w:cs="Times New Roman" w:hint="cs"/>
          <w:rtl/>
        </w:rPr>
        <w:t>تحمي</w:t>
      </w:r>
      <w:r>
        <w:rPr>
          <w:rFonts w:cs="Times New Roman"/>
          <w:rtl/>
        </w:rPr>
        <w:t xml:space="preserve"> </w:t>
      </w:r>
      <w:r>
        <w:rPr>
          <w:rFonts w:cs="Times New Roman" w:hint="cs"/>
          <w:rtl/>
        </w:rPr>
        <w:t>بيئة</w:t>
      </w:r>
      <w:r>
        <w:rPr>
          <w:rFonts w:cs="Times New Roman"/>
          <w:rtl/>
        </w:rPr>
        <w:t xml:space="preserve"> </w:t>
      </w:r>
      <w:r>
        <w:rPr>
          <w:rFonts w:cs="Times New Roman" w:hint="cs"/>
          <w:rtl/>
        </w:rPr>
        <w:t>الدليل</w:t>
      </w:r>
      <w:r>
        <w:rPr>
          <w:rFonts w:cs="Times New Roman"/>
          <w:rtl/>
        </w:rPr>
        <w:t xml:space="preserve"> </w:t>
      </w:r>
      <w:r>
        <w:rPr>
          <w:rFonts w:cs="Times New Roman" w:hint="cs"/>
          <w:rtl/>
        </w:rPr>
        <w:t>النشط</w:t>
      </w:r>
      <w:r>
        <w:rPr>
          <w:rFonts w:cs="Times New Roman"/>
          <w:rtl/>
        </w:rPr>
        <w:t xml:space="preserve"> </w:t>
      </w:r>
      <w:r>
        <w:rPr>
          <w:rFonts w:cs="Times New Roman" w:hint="cs"/>
          <w:rtl/>
        </w:rPr>
        <w:t>من</w:t>
      </w:r>
      <w:r>
        <w:rPr>
          <w:rFonts w:cs="Times New Roman"/>
          <w:rtl/>
        </w:rPr>
        <w:t xml:space="preserve"> </w:t>
      </w:r>
      <w:r>
        <w:rPr>
          <w:rFonts w:cs="Times New Roman" w:hint="cs"/>
          <w:rtl/>
        </w:rPr>
        <w:t>التصعيد</w:t>
      </w:r>
      <w:r>
        <w:rPr>
          <w:rFonts w:cs="Times New Roman"/>
          <w:rtl/>
        </w:rPr>
        <w:t xml:space="preserve"> </w:t>
      </w:r>
      <w:r>
        <w:rPr>
          <w:rFonts w:cs="Times New Roman" w:hint="cs"/>
          <w:rtl/>
        </w:rPr>
        <w:t>الأفقي</w:t>
      </w:r>
      <w:r>
        <w:t>."</w:t>
      </w:r>
    </w:p>
    <w:p w:rsidR="00BA22D3" w:rsidRDefault="00BA22D3" w:rsidP="00BA22D3">
      <w:pPr>
        <w:tabs>
          <w:tab w:val="left" w:pos="7020"/>
        </w:tabs>
        <w:rPr>
          <w:rtl/>
        </w:rPr>
      </w:pPr>
      <w:r>
        <w:t>Technical Description (English): "Documenting the security configuration check of the SMBv3.1.1 protocol using the smb2-security-mode Nmap script. The output confirmed that the Windows Server enforces mandatory packet signing (Message signing enabled and required). This discovery verifies the implementation of a robust defensive measure that prevents attackers from executing NTLM Relay attacks, representing an excellent security practice that protects the Active Directory environment from lateral movement."</w:t>
      </w:r>
    </w:p>
    <w:p w:rsidR="0067798B" w:rsidRDefault="0067798B" w:rsidP="00BA22D3">
      <w:pPr>
        <w:tabs>
          <w:tab w:val="left" w:pos="7020"/>
        </w:tabs>
        <w:rPr>
          <w:rtl/>
        </w:rPr>
      </w:pPr>
      <w:r>
        <w:rPr>
          <w:noProof/>
        </w:rPr>
        <w:drawing>
          <wp:inline distT="0" distB="0" distL="0" distR="0">
            <wp:extent cx="4102311" cy="17590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حص حماية بروتوكول SMB Signing (Security Mitigation Check).png"/>
                    <pic:cNvPicPr/>
                  </pic:nvPicPr>
                  <pic:blipFill>
                    <a:blip r:embed="rId46">
                      <a:extLst>
                        <a:ext uri="{28A0092B-C50C-407E-A947-70E740481C1C}">
                          <a14:useLocalDpi xmlns:a14="http://schemas.microsoft.com/office/drawing/2010/main" val="0"/>
                        </a:ext>
                      </a:extLst>
                    </a:blip>
                    <a:stretch>
                      <a:fillRect/>
                    </a:stretch>
                  </pic:blipFill>
                  <pic:spPr>
                    <a:xfrm>
                      <a:off x="0" y="0"/>
                      <a:ext cx="4102311" cy="1759040"/>
                    </a:xfrm>
                    <a:prstGeom prst="rect">
                      <a:avLst/>
                    </a:prstGeom>
                  </pic:spPr>
                </pic:pic>
              </a:graphicData>
            </a:graphic>
          </wp:inline>
        </w:drawing>
      </w:r>
    </w:p>
    <w:p w:rsidR="0067798B" w:rsidRDefault="0067798B" w:rsidP="00BA22D3">
      <w:pPr>
        <w:tabs>
          <w:tab w:val="left" w:pos="7020"/>
        </w:tabs>
        <w:rPr>
          <w:rtl/>
        </w:rPr>
      </w:pPr>
    </w:p>
    <w:p w:rsidR="0067798B" w:rsidRDefault="0067798B" w:rsidP="00BA22D3">
      <w:pPr>
        <w:tabs>
          <w:tab w:val="left" w:pos="7020"/>
        </w:tabs>
        <w:rPr>
          <w:rtl/>
        </w:rPr>
      </w:pPr>
    </w:p>
    <w:p w:rsidR="0067798B" w:rsidRDefault="0067798B" w:rsidP="00BA22D3">
      <w:pPr>
        <w:tabs>
          <w:tab w:val="left" w:pos="7020"/>
        </w:tabs>
        <w:rPr>
          <w:rtl/>
        </w:rPr>
      </w:pPr>
    </w:p>
    <w:p w:rsidR="0067798B" w:rsidRDefault="0067798B" w:rsidP="00BA22D3">
      <w:pPr>
        <w:tabs>
          <w:tab w:val="left" w:pos="7020"/>
        </w:tabs>
        <w:rPr>
          <w:rtl/>
        </w:rPr>
      </w:pPr>
    </w:p>
    <w:p w:rsidR="0067798B" w:rsidRDefault="0067798B" w:rsidP="00BA22D3">
      <w:pPr>
        <w:tabs>
          <w:tab w:val="left" w:pos="7020"/>
        </w:tabs>
        <w:rPr>
          <w:rtl/>
        </w:rPr>
      </w:pPr>
    </w:p>
    <w:p w:rsidR="0067798B" w:rsidRDefault="0067798B" w:rsidP="00BA22D3">
      <w:pPr>
        <w:tabs>
          <w:tab w:val="left" w:pos="7020"/>
        </w:tabs>
        <w:rPr>
          <w:rtl/>
        </w:rPr>
      </w:pPr>
    </w:p>
    <w:p w:rsidR="0067798B" w:rsidRDefault="0067798B" w:rsidP="00BA22D3">
      <w:pPr>
        <w:tabs>
          <w:tab w:val="left" w:pos="7020"/>
        </w:tabs>
        <w:rPr>
          <w:rtl/>
        </w:rPr>
      </w:pPr>
    </w:p>
    <w:p w:rsidR="0067798B" w:rsidRDefault="0067798B" w:rsidP="00BA22D3">
      <w:pPr>
        <w:tabs>
          <w:tab w:val="left" w:pos="7020"/>
        </w:tabs>
        <w:rPr>
          <w:rtl/>
        </w:rPr>
      </w:pPr>
    </w:p>
    <w:p w:rsidR="0067798B" w:rsidRDefault="0067798B" w:rsidP="00BA22D3">
      <w:pPr>
        <w:tabs>
          <w:tab w:val="left" w:pos="7020"/>
        </w:tabs>
        <w:rPr>
          <w:rtl/>
        </w:rPr>
      </w:pPr>
    </w:p>
    <w:p w:rsidR="0067798B" w:rsidRDefault="0067798B" w:rsidP="00BA22D3">
      <w:pPr>
        <w:tabs>
          <w:tab w:val="left" w:pos="7020"/>
        </w:tabs>
        <w:rPr>
          <w:rtl/>
        </w:rPr>
      </w:pPr>
    </w:p>
    <w:p w:rsidR="0067798B" w:rsidRDefault="0067798B" w:rsidP="00BA22D3">
      <w:pPr>
        <w:tabs>
          <w:tab w:val="left" w:pos="7020"/>
        </w:tabs>
        <w:rPr>
          <w:rtl/>
        </w:rPr>
      </w:pPr>
    </w:p>
    <w:p w:rsidR="00312966" w:rsidRDefault="00312966" w:rsidP="00312966">
      <w:pPr>
        <w:tabs>
          <w:tab w:val="left" w:pos="7020"/>
        </w:tabs>
        <w:rPr>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(31): </w:t>
      </w:r>
      <w:r>
        <w:rPr>
          <w:rFonts w:cs="Times New Roman" w:hint="cs"/>
          <w:rtl/>
        </w:rPr>
        <w:t>محاولة</w:t>
      </w:r>
      <w:r>
        <w:rPr>
          <w:rFonts w:cs="Times New Roman"/>
          <w:rtl/>
        </w:rPr>
        <w:t xml:space="preserve"> </w:t>
      </w:r>
      <w:r>
        <w:rPr>
          <w:rFonts w:cs="Times New Roman" w:hint="cs"/>
          <w:rtl/>
        </w:rPr>
        <w:t>اختراق</w:t>
      </w:r>
      <w:r>
        <w:rPr>
          <w:rFonts w:cs="Times New Roman"/>
          <w:rtl/>
        </w:rPr>
        <w:t xml:space="preserve"> </w:t>
      </w:r>
      <w:r>
        <w:rPr>
          <w:rFonts w:cs="Times New Roman" w:hint="cs"/>
          <w:rtl/>
        </w:rPr>
        <w:t>حساب</w:t>
      </w:r>
      <w:r>
        <w:rPr>
          <w:rFonts w:cs="Times New Roman"/>
          <w:rtl/>
        </w:rPr>
        <w:t xml:space="preserve"> </w:t>
      </w:r>
      <w:r>
        <w:rPr>
          <w:rFonts w:cs="Times New Roman" w:hint="cs"/>
          <w:rtl/>
        </w:rPr>
        <w:t>المسؤول</w:t>
      </w:r>
      <w:r>
        <w:rPr>
          <w:rFonts w:cs="Times New Roman"/>
          <w:rtl/>
        </w:rPr>
        <w:t xml:space="preserve"> </w:t>
      </w:r>
      <w:r>
        <w:rPr>
          <w:rFonts w:cs="Times New Roman" w:hint="cs"/>
          <w:rtl/>
        </w:rPr>
        <w:t>وإعادة</w:t>
      </w:r>
      <w:r>
        <w:rPr>
          <w:rFonts w:cs="Times New Roman"/>
          <w:rtl/>
        </w:rPr>
        <w:t xml:space="preserve"> </w:t>
      </w:r>
      <w:r>
        <w:rPr>
          <w:rFonts w:cs="Times New Roman" w:hint="cs"/>
          <w:rtl/>
        </w:rPr>
        <w:t>استخدام</w:t>
      </w:r>
      <w:r>
        <w:rPr>
          <w:rFonts w:cs="Times New Roman"/>
          <w:rtl/>
        </w:rPr>
        <w:t xml:space="preserve"> </w:t>
      </w:r>
      <w:r>
        <w:rPr>
          <w:rFonts w:cs="Times New Roman" w:hint="cs"/>
          <w:rtl/>
        </w:rPr>
        <w:t>كلمات</w:t>
      </w:r>
      <w:r>
        <w:rPr>
          <w:rFonts w:cs="Times New Roman"/>
          <w:rtl/>
        </w:rPr>
        <w:t xml:space="preserve"> </w:t>
      </w:r>
      <w:r>
        <w:rPr>
          <w:rFonts w:cs="Times New Roman" w:hint="cs"/>
          <w:rtl/>
        </w:rPr>
        <w:t>المرور</w:t>
      </w:r>
      <w:r>
        <w:t xml:space="preserve"> </w:t>
      </w:r>
    </w:p>
    <w:p w:rsidR="00312966" w:rsidRDefault="00312966" w:rsidP="00312966">
      <w:pPr>
        <w:tabs>
          <w:tab w:val="left" w:pos="7020"/>
        </w:tabs>
      </w:pPr>
      <w:r>
        <w:t>(Password Spraying &amp; Credential Reuse Attempt)</w:t>
      </w:r>
    </w:p>
    <w:p w:rsidR="00312966" w:rsidRDefault="00312966" w:rsidP="00312966">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محاولة</w:t>
      </w:r>
      <w:r>
        <w:rPr>
          <w:rFonts w:cs="Times New Roman"/>
          <w:rtl/>
        </w:rPr>
        <w:t xml:space="preserve"> </w:t>
      </w:r>
      <w:r>
        <w:rPr>
          <w:rFonts w:cs="Times New Roman" w:hint="cs"/>
          <w:rtl/>
        </w:rPr>
        <w:t>استغلال</w:t>
      </w:r>
      <w:r>
        <w:rPr>
          <w:rFonts w:cs="Times New Roman"/>
          <w:rtl/>
        </w:rPr>
        <w:t xml:space="preserve"> </w:t>
      </w:r>
      <w:r>
        <w:rPr>
          <w:rFonts w:cs="Times New Roman" w:hint="cs"/>
          <w:rtl/>
        </w:rPr>
        <w:t>حساب</w:t>
      </w:r>
      <w:r>
        <w:rPr>
          <w:rFonts w:cs="Times New Roman"/>
          <w:rtl/>
        </w:rPr>
        <w:t xml:space="preserve"> </w:t>
      </w:r>
      <w:r>
        <w:rPr>
          <w:rFonts w:cs="Times New Roman" w:hint="cs"/>
          <w:rtl/>
        </w:rPr>
        <w:t>المسؤول</w:t>
      </w:r>
      <w:r>
        <w:t xml:space="preserve"> Administrator </w:t>
      </w:r>
      <w:r>
        <w:rPr>
          <w:rFonts w:cs="Times New Roman" w:hint="cs"/>
          <w:rtl/>
        </w:rPr>
        <w:t>عبر</w:t>
      </w:r>
      <w:r>
        <w:rPr>
          <w:rFonts w:cs="Times New Roman"/>
          <w:rtl/>
        </w:rPr>
        <w:t xml:space="preserve"> </w:t>
      </w:r>
      <w:r>
        <w:rPr>
          <w:rFonts w:cs="Times New Roman" w:hint="cs"/>
          <w:rtl/>
        </w:rPr>
        <w:t>توجيه</w:t>
      </w:r>
      <w:r>
        <w:rPr>
          <w:rFonts w:cs="Times New Roman"/>
          <w:rtl/>
        </w:rPr>
        <w:t xml:space="preserve"> </w:t>
      </w:r>
      <w:r>
        <w:rPr>
          <w:rFonts w:cs="Times New Roman" w:hint="cs"/>
          <w:rtl/>
        </w:rPr>
        <w:t>هجوم</w:t>
      </w:r>
      <w:r>
        <w:rPr>
          <w:rFonts w:cs="Times New Roman"/>
          <w:rtl/>
        </w:rPr>
        <w:t xml:space="preserve"> </w:t>
      </w:r>
      <w:r>
        <w:rPr>
          <w:rFonts w:cs="Times New Roman" w:hint="cs"/>
          <w:rtl/>
        </w:rPr>
        <w:t>تخمين</w:t>
      </w:r>
      <w:r>
        <w:rPr>
          <w:rFonts w:cs="Times New Roman"/>
          <w:rtl/>
        </w:rPr>
        <w:t xml:space="preserve"> </w:t>
      </w:r>
      <w:r>
        <w:rPr>
          <w:rFonts w:cs="Times New Roman" w:hint="cs"/>
          <w:rtl/>
        </w:rPr>
        <w:t>وإعادة</w:t>
      </w:r>
      <w:r>
        <w:rPr>
          <w:rFonts w:cs="Times New Roman"/>
          <w:rtl/>
        </w:rPr>
        <w:t xml:space="preserve"> </w:t>
      </w:r>
      <w:r>
        <w:rPr>
          <w:rFonts w:cs="Times New Roman" w:hint="cs"/>
          <w:rtl/>
        </w:rPr>
        <w:t>استخدام</w:t>
      </w:r>
      <w:r>
        <w:rPr>
          <w:rFonts w:cs="Times New Roman"/>
          <w:rtl/>
        </w:rPr>
        <w:t xml:space="preserve"> </w:t>
      </w:r>
      <w:r>
        <w:rPr>
          <w:rFonts w:cs="Times New Roman" w:hint="cs"/>
          <w:rtl/>
        </w:rPr>
        <w:t>كلمات</w:t>
      </w:r>
      <w:r>
        <w:rPr>
          <w:rFonts w:cs="Times New Roman"/>
          <w:rtl/>
        </w:rPr>
        <w:t xml:space="preserve"> </w:t>
      </w:r>
      <w:r>
        <w:rPr>
          <w:rFonts w:cs="Times New Roman" w:hint="cs"/>
          <w:rtl/>
        </w:rPr>
        <w:t>المرور</w:t>
      </w:r>
      <w:r>
        <w:t xml:space="preserve"> (Password Spraying) </w:t>
      </w:r>
      <w:r>
        <w:rPr>
          <w:rFonts w:cs="Times New Roman" w:hint="cs"/>
          <w:rtl/>
        </w:rPr>
        <w:t>باستخدام</w:t>
      </w:r>
      <w:r>
        <w:rPr>
          <w:rFonts w:cs="Times New Roman"/>
          <w:rtl/>
        </w:rPr>
        <w:t xml:space="preserve"> </w:t>
      </w:r>
      <w:r>
        <w:rPr>
          <w:rFonts w:cs="Times New Roman" w:hint="cs"/>
          <w:rtl/>
        </w:rPr>
        <w:t>كلمة</w:t>
      </w:r>
      <w:r>
        <w:rPr>
          <w:rFonts w:cs="Times New Roman"/>
          <w:rtl/>
        </w:rPr>
        <w:t xml:space="preserve"> </w:t>
      </w:r>
      <w:r>
        <w:rPr>
          <w:rFonts w:cs="Times New Roman" w:hint="cs"/>
          <w:rtl/>
        </w:rPr>
        <w:t>مرور</w:t>
      </w:r>
      <w:r>
        <w:rPr>
          <w:rFonts w:cs="Times New Roman"/>
          <w:rtl/>
        </w:rPr>
        <w:t xml:space="preserve"> </w:t>
      </w:r>
      <w:r>
        <w:rPr>
          <w:rFonts w:cs="Times New Roman" w:hint="cs"/>
          <w:rtl/>
        </w:rPr>
        <w:t>مستخدم</w:t>
      </w:r>
      <w:r>
        <w:rPr>
          <w:rFonts w:cs="Times New Roman"/>
          <w:rtl/>
        </w:rPr>
        <w:t xml:space="preserve"> </w:t>
      </w:r>
      <w:r>
        <w:rPr>
          <w:rFonts w:cs="Times New Roman" w:hint="cs"/>
          <w:rtl/>
        </w:rPr>
        <w:t>عادي</w:t>
      </w:r>
      <w:r>
        <w:rPr>
          <w:rFonts w:cs="Times New Roman"/>
          <w:rtl/>
        </w:rPr>
        <w:t xml:space="preserve"> </w:t>
      </w:r>
      <w:r>
        <w:rPr>
          <w:rFonts w:cs="Times New Roman" w:hint="cs"/>
          <w:rtl/>
        </w:rPr>
        <w:t>معروفة</w:t>
      </w:r>
      <w:r>
        <w:t xml:space="preserve"> (Ahmed@</w:t>
      </w:r>
      <w:proofErr w:type="gramStart"/>
      <w:r>
        <w:t>2025!Lab</w:t>
      </w:r>
      <w:proofErr w:type="gramEnd"/>
      <w:r>
        <w:t xml:space="preserve">). </w:t>
      </w:r>
      <w:r>
        <w:rPr>
          <w:rFonts w:cs="Times New Roman" w:hint="cs"/>
          <w:rtl/>
        </w:rPr>
        <w:t>أظهرت</w:t>
      </w:r>
      <w:r>
        <w:rPr>
          <w:rFonts w:cs="Times New Roman"/>
          <w:rtl/>
        </w:rPr>
        <w:t xml:space="preserve"> </w:t>
      </w:r>
      <w:r>
        <w:rPr>
          <w:rFonts w:cs="Times New Roman" w:hint="cs"/>
          <w:rtl/>
        </w:rPr>
        <w:t>النتيجة</w:t>
      </w:r>
      <w:r>
        <w:rPr>
          <w:rFonts w:cs="Times New Roman"/>
          <w:rtl/>
        </w:rPr>
        <w:t xml:space="preserve"> </w:t>
      </w:r>
      <w:r>
        <w:rPr>
          <w:rFonts w:cs="Times New Roman" w:hint="cs"/>
          <w:rtl/>
        </w:rPr>
        <w:t>فشل</w:t>
      </w:r>
      <w:r>
        <w:rPr>
          <w:rFonts w:cs="Times New Roman"/>
          <w:rtl/>
        </w:rPr>
        <w:t xml:space="preserve"> </w:t>
      </w:r>
      <w:r>
        <w:rPr>
          <w:rFonts w:cs="Times New Roman" w:hint="cs"/>
          <w:rtl/>
        </w:rPr>
        <w:t>المصادقة</w:t>
      </w:r>
      <w:r>
        <w:t xml:space="preserve"> NT_STATUS_LOGON_FAILURE</w:t>
      </w:r>
      <w:r>
        <w:rPr>
          <w:rFonts w:cs="Times New Roman"/>
          <w:rtl/>
        </w:rPr>
        <w:t xml:space="preserve">، </w:t>
      </w:r>
      <w:r>
        <w:rPr>
          <w:rFonts w:cs="Times New Roman" w:hint="cs"/>
          <w:rtl/>
        </w:rPr>
        <w:t>مما</w:t>
      </w:r>
      <w:r>
        <w:rPr>
          <w:rFonts w:cs="Times New Roman"/>
          <w:rtl/>
        </w:rPr>
        <w:t xml:space="preserve"> </w:t>
      </w:r>
      <w:r>
        <w:rPr>
          <w:rFonts w:cs="Times New Roman" w:hint="cs"/>
          <w:rtl/>
        </w:rPr>
        <w:t>يثبت</w:t>
      </w:r>
      <w:r>
        <w:rPr>
          <w:rFonts w:cs="Times New Roman"/>
          <w:rtl/>
        </w:rPr>
        <w:t xml:space="preserve"> </w:t>
      </w:r>
      <w:r>
        <w:rPr>
          <w:rFonts w:cs="Times New Roman" w:hint="cs"/>
          <w:rtl/>
        </w:rPr>
        <w:t>نجاح</w:t>
      </w:r>
      <w:r>
        <w:rPr>
          <w:rFonts w:cs="Times New Roman"/>
          <w:rtl/>
        </w:rPr>
        <w:t xml:space="preserve"> </w:t>
      </w:r>
      <w:r>
        <w:rPr>
          <w:rFonts w:cs="Times New Roman" w:hint="cs"/>
          <w:rtl/>
        </w:rPr>
        <w:t>سياسات</w:t>
      </w:r>
      <w:r>
        <w:rPr>
          <w:rFonts w:cs="Times New Roman"/>
          <w:rtl/>
        </w:rPr>
        <w:t xml:space="preserve"> </w:t>
      </w:r>
      <w:r>
        <w:rPr>
          <w:rFonts w:cs="Times New Roman" w:hint="cs"/>
          <w:rtl/>
        </w:rPr>
        <w:t>الأمان</w:t>
      </w:r>
      <w:r>
        <w:rPr>
          <w:rFonts w:cs="Times New Roman"/>
          <w:rtl/>
        </w:rPr>
        <w:t xml:space="preserve"> </w:t>
      </w:r>
      <w:r>
        <w:rPr>
          <w:rFonts w:cs="Times New Roman" w:hint="cs"/>
          <w:rtl/>
        </w:rPr>
        <w:t>المطبقة</w:t>
      </w:r>
      <w:r>
        <w:rPr>
          <w:rFonts w:cs="Times New Roman"/>
          <w:rtl/>
        </w:rPr>
        <w:t xml:space="preserve"> </w:t>
      </w:r>
      <w:r>
        <w:rPr>
          <w:rFonts w:cs="Times New Roman" w:hint="cs"/>
          <w:rtl/>
        </w:rPr>
        <w:t>في</w:t>
      </w:r>
      <w:r>
        <w:rPr>
          <w:rFonts w:cs="Times New Roman"/>
          <w:rtl/>
        </w:rPr>
        <w:t xml:space="preserve"> </w:t>
      </w:r>
      <w:r>
        <w:rPr>
          <w:rFonts w:cs="Times New Roman" w:hint="cs"/>
          <w:rtl/>
        </w:rPr>
        <w:t>منع</w:t>
      </w:r>
      <w:r>
        <w:rPr>
          <w:rFonts w:cs="Times New Roman"/>
          <w:rtl/>
        </w:rPr>
        <w:t xml:space="preserve"> </w:t>
      </w:r>
      <w:r>
        <w:rPr>
          <w:rFonts w:cs="Times New Roman" w:hint="cs"/>
          <w:rtl/>
        </w:rPr>
        <w:t>إعادة</w:t>
      </w:r>
      <w:r>
        <w:rPr>
          <w:rFonts w:cs="Times New Roman"/>
          <w:rtl/>
        </w:rPr>
        <w:t xml:space="preserve"> </w:t>
      </w:r>
      <w:r>
        <w:rPr>
          <w:rFonts w:cs="Times New Roman" w:hint="cs"/>
          <w:rtl/>
        </w:rPr>
        <w:t>استخدام</w:t>
      </w:r>
      <w:r>
        <w:rPr>
          <w:rFonts w:cs="Times New Roman"/>
          <w:rtl/>
        </w:rPr>
        <w:t xml:space="preserve"> </w:t>
      </w:r>
      <w:r>
        <w:rPr>
          <w:rFonts w:cs="Times New Roman" w:hint="cs"/>
          <w:rtl/>
        </w:rPr>
        <w:t>بيانات</w:t>
      </w:r>
      <w:r>
        <w:rPr>
          <w:rFonts w:cs="Times New Roman"/>
          <w:rtl/>
        </w:rPr>
        <w:t xml:space="preserve"> </w:t>
      </w:r>
      <w:r>
        <w:rPr>
          <w:rFonts w:cs="Times New Roman" w:hint="cs"/>
          <w:rtl/>
        </w:rPr>
        <w:t>الاعتماد</w:t>
      </w:r>
      <w:r>
        <w:rPr>
          <w:rFonts w:cs="Times New Roman"/>
          <w:rtl/>
        </w:rPr>
        <w:t xml:space="preserve"> </w:t>
      </w:r>
      <w:r>
        <w:rPr>
          <w:rFonts w:cs="Times New Roman" w:hint="cs"/>
          <w:rtl/>
        </w:rPr>
        <w:t>عبر</w:t>
      </w:r>
      <w:r>
        <w:rPr>
          <w:rFonts w:cs="Times New Roman"/>
          <w:rtl/>
        </w:rPr>
        <w:t xml:space="preserve"> </w:t>
      </w:r>
      <w:r>
        <w:rPr>
          <w:rFonts w:cs="Times New Roman" w:hint="cs"/>
          <w:rtl/>
        </w:rPr>
        <w:t>الحسابات</w:t>
      </w:r>
      <w:r>
        <w:rPr>
          <w:rFonts w:cs="Times New Roman"/>
          <w:rtl/>
        </w:rPr>
        <w:t xml:space="preserve"> </w:t>
      </w:r>
      <w:r>
        <w:rPr>
          <w:rFonts w:cs="Times New Roman" w:hint="cs"/>
          <w:rtl/>
        </w:rPr>
        <w:t>المختلفة</w:t>
      </w:r>
      <w:r>
        <w:rPr>
          <w:rFonts w:cs="Times New Roman"/>
          <w:rtl/>
        </w:rPr>
        <w:t xml:space="preserve">، </w:t>
      </w:r>
      <w:r>
        <w:rPr>
          <w:rFonts w:cs="Times New Roman" w:hint="cs"/>
          <w:rtl/>
        </w:rPr>
        <w:t>ويثبت</w:t>
      </w:r>
      <w:r>
        <w:rPr>
          <w:rFonts w:cs="Times New Roman"/>
          <w:rtl/>
        </w:rPr>
        <w:t xml:space="preserve"> </w:t>
      </w:r>
      <w:r>
        <w:rPr>
          <w:rFonts w:cs="Times New Roman" w:hint="cs"/>
          <w:rtl/>
        </w:rPr>
        <w:t>أن</w:t>
      </w:r>
      <w:r>
        <w:rPr>
          <w:rFonts w:cs="Times New Roman"/>
          <w:rtl/>
        </w:rPr>
        <w:t xml:space="preserve"> </w:t>
      </w:r>
      <w:r>
        <w:rPr>
          <w:rFonts w:cs="Times New Roman" w:hint="cs"/>
          <w:rtl/>
        </w:rPr>
        <w:t>حساب</w:t>
      </w:r>
      <w:r>
        <w:rPr>
          <w:rFonts w:cs="Times New Roman"/>
          <w:rtl/>
        </w:rPr>
        <w:t xml:space="preserve"> </w:t>
      </w:r>
      <w:r>
        <w:rPr>
          <w:rFonts w:cs="Times New Roman" w:hint="cs"/>
          <w:rtl/>
        </w:rPr>
        <w:t>المسؤول</w:t>
      </w:r>
      <w:r>
        <w:rPr>
          <w:rFonts w:cs="Times New Roman"/>
          <w:rtl/>
        </w:rPr>
        <w:t xml:space="preserve"> </w:t>
      </w:r>
      <w:r>
        <w:rPr>
          <w:rFonts w:cs="Times New Roman" w:hint="cs"/>
          <w:rtl/>
        </w:rPr>
        <w:t>محمي</w:t>
      </w:r>
      <w:r>
        <w:rPr>
          <w:rFonts w:cs="Times New Roman"/>
          <w:rtl/>
        </w:rPr>
        <w:t xml:space="preserve"> </w:t>
      </w:r>
      <w:r>
        <w:rPr>
          <w:rFonts w:cs="Times New Roman" w:hint="cs"/>
          <w:rtl/>
        </w:rPr>
        <w:t>بكلمة</w:t>
      </w:r>
      <w:r>
        <w:rPr>
          <w:rFonts w:cs="Times New Roman"/>
          <w:rtl/>
        </w:rPr>
        <w:t xml:space="preserve"> </w:t>
      </w:r>
      <w:r>
        <w:rPr>
          <w:rFonts w:cs="Times New Roman" w:hint="cs"/>
          <w:rtl/>
        </w:rPr>
        <w:t>مرور</w:t>
      </w:r>
      <w:r>
        <w:rPr>
          <w:rFonts w:cs="Times New Roman"/>
          <w:rtl/>
        </w:rPr>
        <w:t xml:space="preserve"> </w:t>
      </w:r>
      <w:r>
        <w:rPr>
          <w:rFonts w:cs="Times New Roman" w:hint="cs"/>
          <w:rtl/>
        </w:rPr>
        <w:t>قوية</w:t>
      </w:r>
      <w:r>
        <w:rPr>
          <w:rFonts w:cs="Times New Roman"/>
          <w:rtl/>
        </w:rPr>
        <w:t xml:space="preserve"> </w:t>
      </w:r>
      <w:r>
        <w:rPr>
          <w:rFonts w:cs="Times New Roman" w:hint="cs"/>
          <w:rtl/>
        </w:rPr>
        <w:t>ومستقلة</w:t>
      </w:r>
      <w:r>
        <w:rPr>
          <w:rFonts w:cs="Times New Roman"/>
          <w:rtl/>
        </w:rPr>
        <w:t xml:space="preserve"> </w:t>
      </w:r>
      <w:r>
        <w:rPr>
          <w:rFonts w:cs="Times New Roman" w:hint="cs"/>
          <w:rtl/>
        </w:rPr>
        <w:t>لا</w:t>
      </w:r>
      <w:r>
        <w:rPr>
          <w:rFonts w:cs="Times New Roman"/>
          <w:rtl/>
        </w:rPr>
        <w:t xml:space="preserve"> </w:t>
      </w:r>
      <w:r>
        <w:rPr>
          <w:rFonts w:cs="Times New Roman" w:hint="cs"/>
          <w:rtl/>
        </w:rPr>
        <w:t>يمكن</w:t>
      </w:r>
      <w:r>
        <w:rPr>
          <w:rFonts w:cs="Times New Roman"/>
          <w:rtl/>
        </w:rPr>
        <w:t xml:space="preserve"> </w:t>
      </w:r>
      <w:r>
        <w:rPr>
          <w:rFonts w:cs="Times New Roman" w:hint="cs"/>
          <w:rtl/>
        </w:rPr>
        <w:t>تخمينها</w:t>
      </w:r>
      <w:r>
        <w:rPr>
          <w:rFonts w:cs="Times New Roman"/>
          <w:rtl/>
        </w:rPr>
        <w:t xml:space="preserve"> </w:t>
      </w:r>
      <w:r>
        <w:rPr>
          <w:rFonts w:cs="Times New Roman" w:hint="cs"/>
          <w:rtl/>
        </w:rPr>
        <w:t>بسهولة</w:t>
      </w:r>
      <w:r>
        <w:t>."</w:t>
      </w:r>
    </w:p>
    <w:p w:rsidR="00312966" w:rsidRDefault="00312966" w:rsidP="00312966">
      <w:pPr>
        <w:tabs>
          <w:tab w:val="left" w:pos="7020"/>
        </w:tabs>
        <w:rPr>
          <w:rtl/>
        </w:rPr>
      </w:pPr>
      <w:r>
        <w:t>Technical Description (English): "Documenting an attempt to compromise the Administrator account via a Password Spraying and Credential Reuse attack using a known standard user's password (Ahmed@</w:t>
      </w:r>
      <w:proofErr w:type="gramStart"/>
      <w:r>
        <w:t>2025!Lab</w:t>
      </w:r>
      <w:proofErr w:type="gramEnd"/>
      <w:r>
        <w:t>). The output indicated an authentication failure NT_STATUS_LOGON_FAILURE, proving that the enforced security policies successfully prevent credential reuse across different accounts. This confirms that the Administrator account is protected by a strong, independent password that is not easily guessable."</w:t>
      </w:r>
    </w:p>
    <w:p w:rsidR="00312966" w:rsidRDefault="00312966" w:rsidP="00312966">
      <w:pPr>
        <w:tabs>
          <w:tab w:val="left" w:pos="7020"/>
        </w:tabs>
        <w:rPr>
          <w:rtl/>
        </w:rPr>
      </w:pPr>
      <w:r>
        <w:rPr>
          <w:noProof/>
        </w:rPr>
        <w:drawing>
          <wp:inline distT="0" distB="0" distL="0" distR="0">
            <wp:extent cx="4121362" cy="47627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محاولة اختراق حساب المسؤول وإعادة استخدام كلمات المرور (Password Spraying &amp; Credential Reuse Attempt).png"/>
                    <pic:cNvPicPr/>
                  </pic:nvPicPr>
                  <pic:blipFill>
                    <a:blip r:embed="rId47">
                      <a:extLst>
                        <a:ext uri="{28A0092B-C50C-407E-A947-70E740481C1C}">
                          <a14:useLocalDpi xmlns:a14="http://schemas.microsoft.com/office/drawing/2010/main" val="0"/>
                        </a:ext>
                      </a:extLst>
                    </a:blip>
                    <a:stretch>
                      <a:fillRect/>
                    </a:stretch>
                  </pic:blipFill>
                  <pic:spPr>
                    <a:xfrm>
                      <a:off x="0" y="0"/>
                      <a:ext cx="4121362" cy="476274"/>
                    </a:xfrm>
                    <a:prstGeom prst="rect">
                      <a:avLst/>
                    </a:prstGeom>
                  </pic:spPr>
                </pic:pic>
              </a:graphicData>
            </a:graphic>
          </wp:inline>
        </w:drawing>
      </w:r>
    </w:p>
    <w:p w:rsidR="00312966" w:rsidRDefault="00312966" w:rsidP="00312966">
      <w:pPr>
        <w:tabs>
          <w:tab w:val="left" w:pos="7020"/>
        </w:tabs>
        <w:rPr>
          <w:rtl/>
        </w:rPr>
      </w:pPr>
    </w:p>
    <w:p w:rsidR="00B43B6E" w:rsidRDefault="00B43B6E" w:rsidP="00312966">
      <w:pPr>
        <w:tabs>
          <w:tab w:val="left" w:pos="7020"/>
        </w:tabs>
        <w:rPr>
          <w:rtl/>
        </w:rPr>
      </w:pPr>
    </w:p>
    <w:p w:rsidR="00B43B6E" w:rsidRDefault="00B43B6E" w:rsidP="00312966">
      <w:pPr>
        <w:tabs>
          <w:tab w:val="left" w:pos="7020"/>
        </w:tabs>
        <w:rPr>
          <w:rtl/>
        </w:rPr>
      </w:pPr>
    </w:p>
    <w:p w:rsidR="00B43B6E" w:rsidRDefault="00B43B6E" w:rsidP="00312966">
      <w:pPr>
        <w:tabs>
          <w:tab w:val="left" w:pos="7020"/>
        </w:tabs>
        <w:rPr>
          <w:rtl/>
        </w:rPr>
      </w:pPr>
    </w:p>
    <w:p w:rsidR="00B43B6E" w:rsidRDefault="00B43B6E" w:rsidP="00312966">
      <w:pPr>
        <w:tabs>
          <w:tab w:val="left" w:pos="7020"/>
        </w:tabs>
        <w:rPr>
          <w:rtl/>
        </w:rPr>
      </w:pPr>
    </w:p>
    <w:p w:rsidR="00B43B6E" w:rsidRDefault="00B43B6E" w:rsidP="00312966">
      <w:pPr>
        <w:tabs>
          <w:tab w:val="left" w:pos="7020"/>
        </w:tabs>
        <w:rPr>
          <w:rtl/>
        </w:rPr>
      </w:pPr>
    </w:p>
    <w:p w:rsidR="00B43B6E" w:rsidRDefault="00B43B6E" w:rsidP="00312966">
      <w:pPr>
        <w:tabs>
          <w:tab w:val="left" w:pos="7020"/>
        </w:tabs>
        <w:rPr>
          <w:rtl/>
        </w:rPr>
      </w:pPr>
    </w:p>
    <w:p w:rsidR="00B43B6E" w:rsidRDefault="00B43B6E" w:rsidP="00312966">
      <w:pPr>
        <w:tabs>
          <w:tab w:val="left" w:pos="7020"/>
        </w:tabs>
        <w:rPr>
          <w:rtl/>
        </w:rPr>
      </w:pPr>
    </w:p>
    <w:p w:rsidR="00B43B6E" w:rsidRDefault="00B43B6E" w:rsidP="00312966">
      <w:pPr>
        <w:tabs>
          <w:tab w:val="left" w:pos="7020"/>
        </w:tabs>
        <w:rPr>
          <w:rtl/>
        </w:rPr>
      </w:pPr>
    </w:p>
    <w:p w:rsidR="00B43B6E" w:rsidRDefault="00B43B6E" w:rsidP="00312966">
      <w:pPr>
        <w:tabs>
          <w:tab w:val="left" w:pos="7020"/>
        </w:tabs>
        <w:rPr>
          <w:rtl/>
        </w:rPr>
      </w:pPr>
    </w:p>
    <w:p w:rsidR="00B43B6E" w:rsidRDefault="00B43B6E" w:rsidP="00312966">
      <w:pPr>
        <w:tabs>
          <w:tab w:val="left" w:pos="7020"/>
        </w:tabs>
        <w:rPr>
          <w:rtl/>
        </w:rPr>
      </w:pPr>
    </w:p>
    <w:p w:rsidR="00B43B6E" w:rsidRDefault="00B43B6E" w:rsidP="00312966">
      <w:pPr>
        <w:tabs>
          <w:tab w:val="left" w:pos="7020"/>
        </w:tabs>
        <w:rPr>
          <w:rtl/>
        </w:rPr>
      </w:pPr>
    </w:p>
    <w:p w:rsidR="00B43B6E" w:rsidRDefault="00B43B6E" w:rsidP="00312966">
      <w:pPr>
        <w:tabs>
          <w:tab w:val="left" w:pos="7020"/>
        </w:tabs>
        <w:rPr>
          <w:rtl/>
        </w:rPr>
      </w:pPr>
    </w:p>
    <w:p w:rsidR="00B43B6E" w:rsidRDefault="00B43B6E" w:rsidP="00312966">
      <w:pPr>
        <w:tabs>
          <w:tab w:val="left" w:pos="7020"/>
        </w:tabs>
        <w:rPr>
          <w:rtl/>
        </w:rPr>
      </w:pPr>
    </w:p>
    <w:p w:rsidR="00B43B6E" w:rsidRDefault="00B43B6E" w:rsidP="00312966">
      <w:pPr>
        <w:tabs>
          <w:tab w:val="left" w:pos="7020"/>
        </w:tabs>
        <w:rPr>
          <w:rtl/>
        </w:rPr>
      </w:pPr>
    </w:p>
    <w:p w:rsidR="00B43B6E" w:rsidRDefault="00B43B6E" w:rsidP="00B43B6E">
      <w:pPr>
        <w:tabs>
          <w:tab w:val="left" w:pos="7020"/>
        </w:tabs>
        <w:rPr>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(32): </w:t>
      </w:r>
      <w:r>
        <w:rPr>
          <w:rFonts w:cs="Times New Roman" w:hint="cs"/>
          <w:rtl/>
        </w:rPr>
        <w:t>فحص</w:t>
      </w:r>
      <w:r>
        <w:rPr>
          <w:rFonts w:cs="Times New Roman"/>
          <w:rtl/>
        </w:rPr>
        <w:t xml:space="preserve"> </w:t>
      </w:r>
      <w:r>
        <w:rPr>
          <w:rFonts w:cs="Times New Roman" w:hint="cs"/>
          <w:rtl/>
        </w:rPr>
        <w:t>الثغرات</w:t>
      </w:r>
      <w:r>
        <w:rPr>
          <w:rFonts w:cs="Times New Roman"/>
          <w:rtl/>
        </w:rPr>
        <w:t xml:space="preserve"> </w:t>
      </w:r>
      <w:r>
        <w:rPr>
          <w:rFonts w:cs="Times New Roman" w:hint="cs"/>
          <w:rtl/>
        </w:rPr>
        <w:t>الحرجة</w:t>
      </w:r>
      <w:r>
        <w:rPr>
          <w:rFonts w:cs="Times New Roman"/>
          <w:rtl/>
        </w:rPr>
        <w:t xml:space="preserve"> </w:t>
      </w:r>
      <w:r>
        <w:rPr>
          <w:rFonts w:cs="Times New Roman" w:hint="cs"/>
          <w:rtl/>
        </w:rPr>
        <w:t>لبروتوكول</w:t>
      </w:r>
      <w:r>
        <w:t xml:space="preserve"> </w:t>
      </w:r>
    </w:p>
    <w:p w:rsidR="00B43B6E" w:rsidRDefault="00B43B6E" w:rsidP="00B43B6E">
      <w:pPr>
        <w:tabs>
          <w:tab w:val="left" w:pos="7020"/>
        </w:tabs>
      </w:pPr>
      <w:r>
        <w:t>SMB (</w:t>
      </w:r>
      <w:proofErr w:type="spellStart"/>
      <w:r>
        <w:t>EternalBlue</w:t>
      </w:r>
      <w:proofErr w:type="spellEnd"/>
      <w:r>
        <w:t xml:space="preserve"> Vulnerability Scan)</w:t>
      </w:r>
    </w:p>
    <w:p w:rsidR="00B43B6E" w:rsidRDefault="00B43B6E" w:rsidP="00B43B6E">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فحص</w:t>
      </w:r>
      <w:r>
        <w:rPr>
          <w:rFonts w:cs="Times New Roman"/>
          <w:rtl/>
        </w:rPr>
        <w:t xml:space="preserve"> </w:t>
      </w:r>
      <w:r>
        <w:rPr>
          <w:rFonts w:cs="Times New Roman" w:hint="cs"/>
          <w:rtl/>
        </w:rPr>
        <w:t>خادم</w:t>
      </w:r>
      <w:r>
        <w:t xml:space="preserve"> Windows Server 2025 </w:t>
      </w:r>
      <w:r>
        <w:rPr>
          <w:rFonts w:cs="Times New Roman" w:hint="cs"/>
          <w:rtl/>
        </w:rPr>
        <w:t>للتحقق</w:t>
      </w:r>
      <w:r>
        <w:rPr>
          <w:rFonts w:cs="Times New Roman"/>
          <w:rtl/>
        </w:rPr>
        <w:t xml:space="preserve"> </w:t>
      </w:r>
      <w:r>
        <w:rPr>
          <w:rFonts w:cs="Times New Roman" w:hint="cs"/>
          <w:rtl/>
        </w:rPr>
        <w:t>من</w:t>
      </w:r>
      <w:r>
        <w:rPr>
          <w:rFonts w:cs="Times New Roman"/>
          <w:rtl/>
        </w:rPr>
        <w:t xml:space="preserve"> </w:t>
      </w:r>
      <w:r>
        <w:rPr>
          <w:rFonts w:cs="Times New Roman" w:hint="cs"/>
          <w:rtl/>
        </w:rPr>
        <w:t>إصابته</w:t>
      </w:r>
      <w:r>
        <w:rPr>
          <w:rFonts w:cs="Times New Roman"/>
          <w:rtl/>
        </w:rPr>
        <w:t xml:space="preserve"> </w:t>
      </w:r>
      <w:r>
        <w:rPr>
          <w:rFonts w:cs="Times New Roman" w:hint="cs"/>
          <w:rtl/>
        </w:rPr>
        <w:t>بالثغرة</w:t>
      </w:r>
      <w:r>
        <w:rPr>
          <w:rFonts w:cs="Times New Roman"/>
          <w:rtl/>
        </w:rPr>
        <w:t xml:space="preserve"> </w:t>
      </w:r>
      <w:r>
        <w:rPr>
          <w:rFonts w:cs="Times New Roman" w:hint="cs"/>
          <w:rtl/>
        </w:rPr>
        <w:t>الشهيرة</w:t>
      </w:r>
      <w:r>
        <w:t xml:space="preserve"> (MS17-010 - </w:t>
      </w:r>
      <w:proofErr w:type="spellStart"/>
      <w:r>
        <w:t>EternalBlue</w:t>
      </w:r>
      <w:proofErr w:type="spellEnd"/>
      <w:r>
        <w:t xml:space="preserve">) </w:t>
      </w:r>
      <w:r>
        <w:rPr>
          <w:rFonts w:cs="Times New Roman" w:hint="cs"/>
          <w:rtl/>
        </w:rPr>
        <w:t>باستخدام</w:t>
      </w:r>
      <w:r>
        <w:rPr>
          <w:rFonts w:cs="Times New Roman"/>
          <w:rtl/>
        </w:rPr>
        <w:t xml:space="preserve"> </w:t>
      </w:r>
      <w:r>
        <w:rPr>
          <w:rFonts w:cs="Times New Roman" w:hint="cs"/>
          <w:rtl/>
        </w:rPr>
        <w:t>سكربت</w:t>
      </w:r>
      <w:r>
        <w:t xml:space="preserve"> smb-vuln-ms17-010 </w:t>
      </w:r>
      <w:r>
        <w:rPr>
          <w:rFonts w:cs="Times New Roman" w:hint="cs"/>
          <w:rtl/>
        </w:rPr>
        <w:t>في</w:t>
      </w:r>
      <w:r>
        <w:rPr>
          <w:rFonts w:cs="Times New Roman"/>
          <w:rtl/>
        </w:rPr>
        <w:t xml:space="preserve"> </w:t>
      </w:r>
      <w:r>
        <w:rPr>
          <w:rFonts w:cs="Times New Roman" w:hint="cs"/>
          <w:rtl/>
        </w:rPr>
        <w:t>أداة</w:t>
      </w:r>
      <w:r>
        <w:t xml:space="preserve"> Nmap. </w:t>
      </w:r>
      <w:r>
        <w:rPr>
          <w:rFonts w:cs="Times New Roman" w:hint="cs"/>
          <w:rtl/>
        </w:rPr>
        <w:t>لم</w:t>
      </w:r>
      <w:r>
        <w:rPr>
          <w:rFonts w:cs="Times New Roman"/>
          <w:rtl/>
        </w:rPr>
        <w:t xml:space="preserve"> </w:t>
      </w:r>
      <w:r>
        <w:rPr>
          <w:rFonts w:cs="Times New Roman" w:hint="cs"/>
          <w:rtl/>
        </w:rPr>
        <w:t>تُظهر</w:t>
      </w:r>
      <w:r>
        <w:rPr>
          <w:rFonts w:cs="Times New Roman"/>
          <w:rtl/>
        </w:rPr>
        <w:t xml:space="preserve"> </w:t>
      </w:r>
      <w:r>
        <w:rPr>
          <w:rFonts w:cs="Times New Roman" w:hint="cs"/>
          <w:rtl/>
        </w:rPr>
        <w:t>الأداة</w:t>
      </w:r>
      <w:r>
        <w:rPr>
          <w:rFonts w:cs="Times New Roman"/>
          <w:rtl/>
        </w:rPr>
        <w:t xml:space="preserve"> </w:t>
      </w:r>
      <w:r>
        <w:rPr>
          <w:rFonts w:cs="Times New Roman" w:hint="cs"/>
          <w:rtl/>
        </w:rPr>
        <w:t>أي</w:t>
      </w:r>
      <w:r>
        <w:rPr>
          <w:rFonts w:cs="Times New Roman"/>
          <w:rtl/>
        </w:rPr>
        <w:t xml:space="preserve"> </w:t>
      </w:r>
      <w:r>
        <w:rPr>
          <w:rFonts w:cs="Times New Roman" w:hint="cs"/>
          <w:rtl/>
        </w:rPr>
        <w:t>مؤشرات</w:t>
      </w:r>
      <w:r>
        <w:rPr>
          <w:rFonts w:cs="Times New Roman"/>
          <w:rtl/>
        </w:rPr>
        <w:t xml:space="preserve"> </w:t>
      </w:r>
      <w:r>
        <w:rPr>
          <w:rFonts w:cs="Times New Roman" w:hint="cs"/>
          <w:rtl/>
        </w:rPr>
        <w:t>ضعف</w:t>
      </w:r>
      <w:r>
        <w:rPr>
          <w:rFonts w:cs="Times New Roman"/>
          <w:rtl/>
        </w:rPr>
        <w:t xml:space="preserve">، </w:t>
      </w:r>
      <w:r>
        <w:rPr>
          <w:rFonts w:cs="Times New Roman" w:hint="cs"/>
          <w:rtl/>
        </w:rPr>
        <w:t>وذلك</w:t>
      </w:r>
      <w:r>
        <w:rPr>
          <w:rFonts w:cs="Times New Roman"/>
          <w:rtl/>
        </w:rPr>
        <w:t xml:space="preserve"> </w:t>
      </w:r>
      <w:r>
        <w:rPr>
          <w:rFonts w:cs="Times New Roman" w:hint="cs"/>
          <w:rtl/>
        </w:rPr>
        <w:t>لأن</w:t>
      </w:r>
      <w:r>
        <w:rPr>
          <w:rFonts w:cs="Times New Roman"/>
          <w:rtl/>
        </w:rPr>
        <w:t xml:space="preserve"> </w:t>
      </w:r>
      <w:r>
        <w:rPr>
          <w:rFonts w:cs="Times New Roman" w:hint="cs"/>
          <w:rtl/>
        </w:rPr>
        <w:t>نظام</w:t>
      </w:r>
      <w:r>
        <w:t xml:space="preserve"> Windows Server 2025 </w:t>
      </w:r>
      <w:r>
        <w:rPr>
          <w:rFonts w:cs="Times New Roman" w:hint="cs"/>
          <w:rtl/>
        </w:rPr>
        <w:t>يقوم</w:t>
      </w:r>
      <w:r>
        <w:rPr>
          <w:rFonts w:cs="Times New Roman"/>
          <w:rtl/>
        </w:rPr>
        <w:t xml:space="preserve"> </w:t>
      </w:r>
      <w:r>
        <w:rPr>
          <w:rFonts w:cs="Times New Roman" w:hint="cs"/>
          <w:rtl/>
        </w:rPr>
        <w:t>بتعطيل</w:t>
      </w:r>
      <w:r>
        <w:rPr>
          <w:rFonts w:cs="Times New Roman"/>
          <w:rtl/>
        </w:rPr>
        <w:t xml:space="preserve"> </w:t>
      </w:r>
      <w:r>
        <w:rPr>
          <w:rFonts w:cs="Times New Roman" w:hint="cs"/>
          <w:rtl/>
        </w:rPr>
        <w:t>بروتوكول</w:t>
      </w:r>
      <w:r>
        <w:t xml:space="preserve"> SMBv1 </w:t>
      </w:r>
      <w:r>
        <w:rPr>
          <w:rFonts w:cs="Times New Roman" w:hint="cs"/>
          <w:rtl/>
        </w:rPr>
        <w:t>تماماً</w:t>
      </w:r>
      <w:r>
        <w:rPr>
          <w:rFonts w:cs="Times New Roman"/>
          <w:rtl/>
        </w:rPr>
        <w:t xml:space="preserve"> </w:t>
      </w:r>
      <w:r>
        <w:rPr>
          <w:rFonts w:cs="Times New Roman" w:hint="cs"/>
          <w:rtl/>
        </w:rPr>
        <w:t>وبشكل</w:t>
      </w:r>
      <w:r>
        <w:rPr>
          <w:rFonts w:cs="Times New Roman"/>
          <w:rtl/>
        </w:rPr>
        <w:t xml:space="preserve"> </w:t>
      </w:r>
      <w:r>
        <w:rPr>
          <w:rFonts w:cs="Times New Roman" w:hint="cs"/>
          <w:rtl/>
        </w:rPr>
        <w:t>افتراضي</w:t>
      </w:r>
      <w:r>
        <w:rPr>
          <w:rFonts w:cs="Times New Roman"/>
          <w:rtl/>
        </w:rPr>
        <w:t xml:space="preserve">، </w:t>
      </w:r>
      <w:r>
        <w:rPr>
          <w:rFonts w:cs="Times New Roman" w:hint="cs"/>
          <w:rtl/>
        </w:rPr>
        <w:t>مما</w:t>
      </w:r>
      <w:r>
        <w:rPr>
          <w:rFonts w:cs="Times New Roman"/>
          <w:rtl/>
        </w:rPr>
        <w:t xml:space="preserve"> </w:t>
      </w:r>
      <w:r>
        <w:rPr>
          <w:rFonts w:cs="Times New Roman" w:hint="cs"/>
          <w:rtl/>
        </w:rPr>
        <w:t>يقطع</w:t>
      </w:r>
      <w:r>
        <w:rPr>
          <w:rFonts w:cs="Times New Roman"/>
          <w:rtl/>
        </w:rPr>
        <w:t xml:space="preserve"> </w:t>
      </w:r>
      <w:r>
        <w:rPr>
          <w:rFonts w:cs="Times New Roman" w:hint="cs"/>
          <w:rtl/>
        </w:rPr>
        <w:t>الطريق</w:t>
      </w:r>
      <w:r>
        <w:rPr>
          <w:rFonts w:cs="Times New Roman"/>
          <w:rtl/>
        </w:rPr>
        <w:t xml:space="preserve"> </w:t>
      </w:r>
      <w:r>
        <w:rPr>
          <w:rFonts w:cs="Times New Roman" w:hint="cs"/>
          <w:rtl/>
        </w:rPr>
        <w:t>على</w:t>
      </w:r>
      <w:r>
        <w:rPr>
          <w:rFonts w:cs="Times New Roman"/>
          <w:rtl/>
        </w:rPr>
        <w:t xml:space="preserve"> </w:t>
      </w:r>
      <w:r>
        <w:rPr>
          <w:rFonts w:cs="Times New Roman" w:hint="cs"/>
          <w:rtl/>
        </w:rPr>
        <w:t>أي</w:t>
      </w:r>
      <w:r>
        <w:rPr>
          <w:rFonts w:cs="Times New Roman"/>
          <w:rtl/>
        </w:rPr>
        <w:t xml:space="preserve"> </w:t>
      </w:r>
      <w:r>
        <w:rPr>
          <w:rFonts w:cs="Times New Roman" w:hint="cs"/>
          <w:rtl/>
        </w:rPr>
        <w:t>محاولة</w:t>
      </w:r>
      <w:r>
        <w:rPr>
          <w:rFonts w:cs="Times New Roman"/>
          <w:rtl/>
        </w:rPr>
        <w:t xml:space="preserve"> </w:t>
      </w:r>
      <w:r>
        <w:rPr>
          <w:rFonts w:cs="Times New Roman" w:hint="cs"/>
          <w:rtl/>
        </w:rPr>
        <w:t>استغلال</w:t>
      </w:r>
      <w:r>
        <w:rPr>
          <w:rFonts w:cs="Times New Roman"/>
          <w:rtl/>
        </w:rPr>
        <w:t xml:space="preserve"> </w:t>
      </w:r>
      <w:r>
        <w:rPr>
          <w:rFonts w:cs="Times New Roman" w:hint="cs"/>
          <w:rtl/>
        </w:rPr>
        <w:t>لهذه</w:t>
      </w:r>
      <w:r>
        <w:rPr>
          <w:rFonts w:cs="Times New Roman"/>
          <w:rtl/>
        </w:rPr>
        <w:t xml:space="preserve"> </w:t>
      </w:r>
      <w:r>
        <w:rPr>
          <w:rFonts w:cs="Times New Roman" w:hint="cs"/>
          <w:rtl/>
        </w:rPr>
        <w:t>الثغرة</w:t>
      </w:r>
      <w:r>
        <w:rPr>
          <w:rFonts w:cs="Times New Roman"/>
          <w:rtl/>
        </w:rPr>
        <w:t xml:space="preserve"> </w:t>
      </w:r>
      <w:r>
        <w:rPr>
          <w:rFonts w:cs="Times New Roman" w:hint="cs"/>
          <w:rtl/>
        </w:rPr>
        <w:t>التاريخية</w:t>
      </w:r>
      <w:r>
        <w:rPr>
          <w:rFonts w:cs="Times New Roman"/>
          <w:rtl/>
        </w:rPr>
        <w:t xml:space="preserve">. </w:t>
      </w:r>
      <w:r>
        <w:rPr>
          <w:rFonts w:cs="Times New Roman" w:hint="cs"/>
          <w:rtl/>
        </w:rPr>
        <w:t>يُعد</w:t>
      </w:r>
      <w:r>
        <w:rPr>
          <w:rFonts w:cs="Times New Roman"/>
          <w:rtl/>
        </w:rPr>
        <w:t xml:space="preserve"> </w:t>
      </w:r>
      <w:r>
        <w:rPr>
          <w:rFonts w:cs="Times New Roman" w:hint="cs"/>
          <w:rtl/>
        </w:rPr>
        <w:t>هذا</w:t>
      </w:r>
      <w:r>
        <w:rPr>
          <w:rFonts w:cs="Times New Roman"/>
          <w:rtl/>
        </w:rPr>
        <w:t xml:space="preserve"> </w:t>
      </w:r>
      <w:r>
        <w:rPr>
          <w:rFonts w:cs="Times New Roman" w:hint="cs"/>
          <w:rtl/>
        </w:rPr>
        <w:t>الإجراء</w:t>
      </w:r>
      <w:r>
        <w:rPr>
          <w:rFonts w:cs="Times New Roman"/>
          <w:rtl/>
        </w:rPr>
        <w:t xml:space="preserve"> </w:t>
      </w:r>
      <w:r>
        <w:rPr>
          <w:rFonts w:cs="Times New Roman" w:hint="cs"/>
          <w:rtl/>
        </w:rPr>
        <w:t>دليلاً</w:t>
      </w:r>
      <w:r>
        <w:rPr>
          <w:rFonts w:cs="Times New Roman"/>
          <w:rtl/>
        </w:rPr>
        <w:t xml:space="preserve"> </w:t>
      </w:r>
      <w:r>
        <w:rPr>
          <w:rFonts w:cs="Times New Roman" w:hint="cs"/>
          <w:rtl/>
        </w:rPr>
        <w:t>على</w:t>
      </w:r>
      <w:r>
        <w:rPr>
          <w:rFonts w:cs="Times New Roman"/>
          <w:rtl/>
        </w:rPr>
        <w:t xml:space="preserve"> </w:t>
      </w:r>
      <w:r>
        <w:rPr>
          <w:rFonts w:cs="Times New Roman" w:hint="cs"/>
          <w:rtl/>
        </w:rPr>
        <w:t>التطور</w:t>
      </w:r>
      <w:r>
        <w:rPr>
          <w:rFonts w:cs="Times New Roman"/>
          <w:rtl/>
        </w:rPr>
        <w:t xml:space="preserve"> </w:t>
      </w:r>
      <w:r>
        <w:rPr>
          <w:rFonts w:cs="Times New Roman" w:hint="cs"/>
          <w:rtl/>
        </w:rPr>
        <w:t>الأمني</w:t>
      </w:r>
      <w:r>
        <w:rPr>
          <w:rFonts w:cs="Times New Roman"/>
          <w:rtl/>
        </w:rPr>
        <w:t xml:space="preserve"> </w:t>
      </w:r>
      <w:r>
        <w:rPr>
          <w:rFonts w:cs="Times New Roman" w:hint="cs"/>
          <w:rtl/>
        </w:rPr>
        <w:t>في</w:t>
      </w:r>
      <w:r>
        <w:rPr>
          <w:rFonts w:cs="Times New Roman"/>
          <w:rtl/>
        </w:rPr>
        <w:t xml:space="preserve"> </w:t>
      </w:r>
      <w:r>
        <w:rPr>
          <w:rFonts w:cs="Times New Roman" w:hint="cs"/>
          <w:rtl/>
        </w:rPr>
        <w:t>الإصدارات</w:t>
      </w:r>
      <w:r>
        <w:rPr>
          <w:rFonts w:cs="Times New Roman"/>
          <w:rtl/>
        </w:rPr>
        <w:t xml:space="preserve"> </w:t>
      </w:r>
      <w:r>
        <w:rPr>
          <w:rFonts w:cs="Times New Roman" w:hint="cs"/>
          <w:rtl/>
        </w:rPr>
        <w:t>الحديثة</w:t>
      </w:r>
      <w:r>
        <w:rPr>
          <w:rFonts w:cs="Times New Roman"/>
          <w:rtl/>
        </w:rPr>
        <w:t xml:space="preserve"> </w:t>
      </w:r>
      <w:r>
        <w:rPr>
          <w:rFonts w:cs="Times New Roman" w:hint="cs"/>
          <w:rtl/>
        </w:rPr>
        <w:t>من</w:t>
      </w:r>
      <w:r>
        <w:rPr>
          <w:rFonts w:cs="Times New Roman"/>
          <w:rtl/>
        </w:rPr>
        <w:t xml:space="preserve"> </w:t>
      </w:r>
      <w:r>
        <w:rPr>
          <w:rFonts w:cs="Times New Roman" w:hint="cs"/>
          <w:rtl/>
        </w:rPr>
        <w:t>مايكروسوفت</w:t>
      </w:r>
      <w:r>
        <w:t>."</w:t>
      </w:r>
    </w:p>
    <w:p w:rsidR="00B43B6E" w:rsidRDefault="00B43B6E" w:rsidP="00B43B6E">
      <w:pPr>
        <w:tabs>
          <w:tab w:val="left" w:pos="7020"/>
        </w:tabs>
      </w:pPr>
      <w:r>
        <w:t xml:space="preserve">Technical Description (English): "Documenting the vulnerability scan of the Windows Server 2025 instance against the notorious </w:t>
      </w:r>
      <w:proofErr w:type="spellStart"/>
      <w:r>
        <w:t>EternalBlue</w:t>
      </w:r>
      <w:proofErr w:type="spellEnd"/>
      <w:r>
        <w:t xml:space="preserve"> vulnerability (MS17-010) using the Nmap smb-vuln-ms17-010 script. The tool yielded no vulnerability indicators, primarily because Windows Server 2025 completely disables the SMBv1 protocol by default, effectively neutralizing any exploitation attempts for this legacy flaw. This serves as strong evidence of the advanced security posture in modern Microsoft server releases."</w:t>
      </w:r>
    </w:p>
    <w:p w:rsidR="00B43B6E" w:rsidRDefault="00F1023B" w:rsidP="00312966">
      <w:pPr>
        <w:tabs>
          <w:tab w:val="left" w:pos="7020"/>
        </w:tabs>
        <w:rPr>
          <w:rtl/>
        </w:rPr>
      </w:pPr>
      <w:r>
        <w:rPr>
          <w:noProof/>
        </w:rPr>
        <w:drawing>
          <wp:inline distT="0" distB="0" distL="0" distR="0">
            <wp:extent cx="4121362" cy="126371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فحص الثغرات الحرجة لبروتوكول SMB (EternalBlue Vulnerability Scan).png"/>
                    <pic:cNvPicPr/>
                  </pic:nvPicPr>
                  <pic:blipFill>
                    <a:blip r:embed="rId48">
                      <a:extLst>
                        <a:ext uri="{28A0092B-C50C-407E-A947-70E740481C1C}">
                          <a14:useLocalDpi xmlns:a14="http://schemas.microsoft.com/office/drawing/2010/main" val="0"/>
                        </a:ext>
                      </a:extLst>
                    </a:blip>
                    <a:stretch>
                      <a:fillRect/>
                    </a:stretch>
                  </pic:blipFill>
                  <pic:spPr>
                    <a:xfrm>
                      <a:off x="0" y="0"/>
                      <a:ext cx="4121362" cy="1263715"/>
                    </a:xfrm>
                    <a:prstGeom prst="rect">
                      <a:avLst/>
                    </a:prstGeom>
                  </pic:spPr>
                </pic:pic>
              </a:graphicData>
            </a:graphic>
          </wp:inline>
        </w:drawing>
      </w:r>
    </w:p>
    <w:p w:rsidR="00F1023B" w:rsidRDefault="00F1023B" w:rsidP="00312966">
      <w:pPr>
        <w:tabs>
          <w:tab w:val="left" w:pos="7020"/>
        </w:tabs>
        <w:rPr>
          <w:rtl/>
        </w:rPr>
      </w:pPr>
    </w:p>
    <w:p w:rsidR="0005722A" w:rsidRDefault="0005722A" w:rsidP="00312966">
      <w:pPr>
        <w:tabs>
          <w:tab w:val="left" w:pos="7020"/>
        </w:tabs>
        <w:rPr>
          <w:rtl/>
        </w:rPr>
      </w:pPr>
    </w:p>
    <w:p w:rsidR="0005722A" w:rsidRDefault="0005722A" w:rsidP="00312966">
      <w:pPr>
        <w:tabs>
          <w:tab w:val="left" w:pos="7020"/>
        </w:tabs>
        <w:rPr>
          <w:rtl/>
        </w:rPr>
      </w:pPr>
    </w:p>
    <w:p w:rsidR="0005722A" w:rsidRDefault="0005722A" w:rsidP="00312966">
      <w:pPr>
        <w:tabs>
          <w:tab w:val="left" w:pos="7020"/>
        </w:tabs>
        <w:rPr>
          <w:rtl/>
        </w:rPr>
      </w:pPr>
    </w:p>
    <w:p w:rsidR="0005722A" w:rsidRDefault="0005722A" w:rsidP="00312966">
      <w:pPr>
        <w:tabs>
          <w:tab w:val="left" w:pos="7020"/>
        </w:tabs>
        <w:rPr>
          <w:rtl/>
        </w:rPr>
      </w:pPr>
    </w:p>
    <w:p w:rsidR="0005722A" w:rsidRDefault="0005722A" w:rsidP="00312966">
      <w:pPr>
        <w:tabs>
          <w:tab w:val="left" w:pos="7020"/>
        </w:tabs>
        <w:rPr>
          <w:rtl/>
        </w:rPr>
      </w:pPr>
    </w:p>
    <w:p w:rsidR="0005722A" w:rsidRDefault="0005722A" w:rsidP="00312966">
      <w:pPr>
        <w:tabs>
          <w:tab w:val="left" w:pos="7020"/>
        </w:tabs>
        <w:rPr>
          <w:rtl/>
        </w:rPr>
      </w:pPr>
    </w:p>
    <w:p w:rsidR="0005722A" w:rsidRDefault="0005722A" w:rsidP="00312966">
      <w:pPr>
        <w:tabs>
          <w:tab w:val="left" w:pos="7020"/>
        </w:tabs>
        <w:rPr>
          <w:rtl/>
        </w:rPr>
      </w:pPr>
    </w:p>
    <w:p w:rsidR="0005722A" w:rsidRDefault="0005722A" w:rsidP="00312966">
      <w:pPr>
        <w:tabs>
          <w:tab w:val="left" w:pos="7020"/>
        </w:tabs>
        <w:rPr>
          <w:rtl/>
        </w:rPr>
      </w:pPr>
    </w:p>
    <w:p w:rsidR="0005722A" w:rsidRDefault="0005722A" w:rsidP="00312966">
      <w:pPr>
        <w:tabs>
          <w:tab w:val="left" w:pos="7020"/>
        </w:tabs>
        <w:rPr>
          <w:rtl/>
        </w:rPr>
      </w:pPr>
    </w:p>
    <w:p w:rsidR="0005722A" w:rsidRDefault="0005722A" w:rsidP="00312966">
      <w:pPr>
        <w:tabs>
          <w:tab w:val="left" w:pos="7020"/>
        </w:tabs>
        <w:rPr>
          <w:rtl/>
        </w:rPr>
      </w:pPr>
    </w:p>
    <w:p w:rsidR="0005722A" w:rsidRDefault="0005722A" w:rsidP="00312966">
      <w:pPr>
        <w:tabs>
          <w:tab w:val="left" w:pos="7020"/>
        </w:tabs>
        <w:rPr>
          <w:rtl/>
        </w:rPr>
      </w:pPr>
    </w:p>
    <w:p w:rsidR="0005722A" w:rsidRDefault="0005722A" w:rsidP="00312966">
      <w:pPr>
        <w:tabs>
          <w:tab w:val="left" w:pos="7020"/>
        </w:tabs>
        <w:rPr>
          <w:rtl/>
        </w:rPr>
      </w:pPr>
    </w:p>
    <w:p w:rsidR="0005722A" w:rsidRDefault="0005722A" w:rsidP="0005722A">
      <w:pPr>
        <w:tabs>
          <w:tab w:val="left" w:pos="7020"/>
        </w:tabs>
        <w:rPr>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(33): </w:t>
      </w:r>
      <w:r>
        <w:rPr>
          <w:rFonts w:cs="Times New Roman" w:hint="cs"/>
          <w:rtl/>
        </w:rPr>
        <w:t>استخراج</w:t>
      </w:r>
      <w:r>
        <w:rPr>
          <w:rFonts w:cs="Times New Roman"/>
          <w:rtl/>
        </w:rPr>
        <w:t xml:space="preserve"> </w:t>
      </w:r>
      <w:r>
        <w:rPr>
          <w:rFonts w:cs="Times New Roman" w:hint="cs"/>
          <w:rtl/>
        </w:rPr>
        <w:t>معلومات</w:t>
      </w:r>
      <w:r>
        <w:rPr>
          <w:rFonts w:cs="Times New Roman"/>
          <w:rtl/>
        </w:rPr>
        <w:t xml:space="preserve"> </w:t>
      </w:r>
      <w:r>
        <w:rPr>
          <w:rFonts w:cs="Times New Roman" w:hint="cs"/>
          <w:rtl/>
        </w:rPr>
        <w:t>النطاق</w:t>
      </w:r>
      <w:r>
        <w:rPr>
          <w:rFonts w:cs="Times New Roman"/>
          <w:rtl/>
        </w:rPr>
        <w:t xml:space="preserve"> </w:t>
      </w:r>
      <w:r>
        <w:rPr>
          <w:rFonts w:cs="Times New Roman" w:hint="cs"/>
          <w:rtl/>
        </w:rPr>
        <w:t>الجذرية</w:t>
      </w:r>
      <w:r>
        <w:rPr>
          <w:rFonts w:cs="Times New Roman"/>
          <w:rtl/>
        </w:rPr>
        <w:t xml:space="preserve"> </w:t>
      </w:r>
      <w:r>
        <w:rPr>
          <w:rFonts w:cs="Times New Roman" w:hint="cs"/>
          <w:rtl/>
        </w:rPr>
        <w:t>بشكل</w:t>
      </w:r>
      <w:r>
        <w:rPr>
          <w:rFonts w:cs="Times New Roman"/>
          <w:rtl/>
        </w:rPr>
        <w:t xml:space="preserve"> </w:t>
      </w:r>
      <w:r>
        <w:rPr>
          <w:rFonts w:cs="Times New Roman" w:hint="cs"/>
          <w:rtl/>
        </w:rPr>
        <w:t>مجهول</w:t>
      </w:r>
      <w:r>
        <w:t xml:space="preserve"> </w:t>
      </w:r>
    </w:p>
    <w:p w:rsidR="0005722A" w:rsidRDefault="0005722A" w:rsidP="0005722A">
      <w:pPr>
        <w:tabs>
          <w:tab w:val="left" w:pos="7020"/>
        </w:tabs>
      </w:pPr>
      <w:r>
        <w:t xml:space="preserve">(Anonymous </w:t>
      </w:r>
      <w:proofErr w:type="spellStart"/>
      <w:r>
        <w:t>RootDSE</w:t>
      </w:r>
      <w:proofErr w:type="spellEnd"/>
      <w:r>
        <w:t xml:space="preserve"> Query)</w:t>
      </w:r>
    </w:p>
    <w:p w:rsidR="0005722A" w:rsidRDefault="0005722A" w:rsidP="0005722A">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نجاح</w:t>
      </w:r>
      <w:r>
        <w:rPr>
          <w:rFonts w:cs="Times New Roman"/>
          <w:rtl/>
        </w:rPr>
        <w:t xml:space="preserve"> </w:t>
      </w:r>
      <w:r>
        <w:rPr>
          <w:rFonts w:cs="Times New Roman" w:hint="cs"/>
          <w:rtl/>
        </w:rPr>
        <w:t>المهاجم</w:t>
      </w:r>
      <w:r>
        <w:rPr>
          <w:rFonts w:cs="Times New Roman"/>
          <w:rtl/>
        </w:rPr>
        <w:t xml:space="preserve"> </w:t>
      </w:r>
      <w:r>
        <w:rPr>
          <w:rFonts w:cs="Times New Roman" w:hint="cs"/>
          <w:rtl/>
        </w:rPr>
        <w:t>في</w:t>
      </w:r>
      <w:r>
        <w:rPr>
          <w:rFonts w:cs="Times New Roman"/>
          <w:rtl/>
        </w:rPr>
        <w:t xml:space="preserve"> </w:t>
      </w:r>
      <w:r>
        <w:rPr>
          <w:rFonts w:cs="Times New Roman" w:hint="cs"/>
          <w:rtl/>
        </w:rPr>
        <w:t>سحب</w:t>
      </w:r>
      <w:r>
        <w:rPr>
          <w:rFonts w:cs="Times New Roman"/>
          <w:rtl/>
        </w:rPr>
        <w:t xml:space="preserve"> </w:t>
      </w:r>
      <w:r>
        <w:rPr>
          <w:rFonts w:cs="Times New Roman" w:hint="cs"/>
          <w:rtl/>
        </w:rPr>
        <w:t>معلومات</w:t>
      </w:r>
      <w:r>
        <w:rPr>
          <w:rFonts w:cs="Times New Roman"/>
          <w:rtl/>
        </w:rPr>
        <w:t xml:space="preserve"> </w:t>
      </w:r>
      <w:r>
        <w:rPr>
          <w:rFonts w:cs="Times New Roman" w:hint="cs"/>
          <w:rtl/>
        </w:rPr>
        <w:t>جذر</w:t>
      </w:r>
      <w:r>
        <w:rPr>
          <w:rFonts w:cs="Times New Roman"/>
          <w:rtl/>
        </w:rPr>
        <w:t xml:space="preserve"> </w:t>
      </w:r>
      <w:r>
        <w:rPr>
          <w:rFonts w:cs="Times New Roman" w:hint="cs"/>
          <w:rtl/>
        </w:rPr>
        <w:t>النطاق</w:t>
      </w:r>
      <w:r>
        <w:t xml:space="preserve"> (</w:t>
      </w:r>
      <w:proofErr w:type="spellStart"/>
      <w:r>
        <w:t>RootDSE</w:t>
      </w:r>
      <w:proofErr w:type="spellEnd"/>
      <w:r>
        <w:t xml:space="preserve">) </w:t>
      </w:r>
      <w:r>
        <w:rPr>
          <w:rFonts w:cs="Times New Roman" w:hint="cs"/>
          <w:rtl/>
        </w:rPr>
        <w:t>من</w:t>
      </w:r>
      <w:r>
        <w:rPr>
          <w:rFonts w:cs="Times New Roman"/>
          <w:rtl/>
        </w:rPr>
        <w:t xml:space="preserve"> </w:t>
      </w:r>
      <w:r>
        <w:rPr>
          <w:rFonts w:cs="Times New Roman" w:hint="cs"/>
          <w:rtl/>
        </w:rPr>
        <w:t>خادم</w:t>
      </w:r>
      <w:r>
        <w:t xml:space="preserve"> Windows Server 2025 </w:t>
      </w:r>
      <w:r>
        <w:rPr>
          <w:rFonts w:cs="Times New Roman" w:hint="cs"/>
          <w:rtl/>
        </w:rPr>
        <w:t>عبر</w:t>
      </w:r>
      <w:r>
        <w:rPr>
          <w:rFonts w:cs="Times New Roman"/>
          <w:rtl/>
        </w:rPr>
        <w:t xml:space="preserve"> </w:t>
      </w:r>
      <w:r>
        <w:rPr>
          <w:rFonts w:cs="Times New Roman" w:hint="cs"/>
          <w:rtl/>
        </w:rPr>
        <w:t>بروتوكول</w:t>
      </w:r>
      <w:r>
        <w:t xml:space="preserve"> LDAP </w:t>
      </w:r>
      <w:r>
        <w:rPr>
          <w:rFonts w:cs="Times New Roman"/>
          <w:rtl/>
        </w:rPr>
        <w:t>(</w:t>
      </w:r>
      <w:r>
        <w:rPr>
          <w:rFonts w:cs="Times New Roman" w:hint="cs"/>
          <w:rtl/>
        </w:rPr>
        <w:t>المنفذ</w:t>
      </w:r>
      <w:r>
        <w:rPr>
          <w:rFonts w:cs="Times New Roman"/>
          <w:rtl/>
        </w:rPr>
        <w:t xml:space="preserve"> 389) </w:t>
      </w:r>
      <w:r>
        <w:rPr>
          <w:rFonts w:cs="Times New Roman" w:hint="cs"/>
          <w:rtl/>
        </w:rPr>
        <w:t>دون</w:t>
      </w:r>
      <w:r>
        <w:rPr>
          <w:rFonts w:cs="Times New Roman"/>
          <w:rtl/>
        </w:rPr>
        <w:t xml:space="preserve"> </w:t>
      </w:r>
      <w:r>
        <w:rPr>
          <w:rFonts w:cs="Times New Roman" w:hint="cs"/>
          <w:rtl/>
        </w:rPr>
        <w:t>تقديم</w:t>
      </w:r>
      <w:r>
        <w:rPr>
          <w:rFonts w:cs="Times New Roman"/>
          <w:rtl/>
        </w:rPr>
        <w:t xml:space="preserve"> </w:t>
      </w:r>
      <w:r>
        <w:rPr>
          <w:rFonts w:cs="Times New Roman" w:hint="cs"/>
          <w:rtl/>
        </w:rPr>
        <w:t>أي</w:t>
      </w:r>
      <w:r>
        <w:rPr>
          <w:rFonts w:cs="Times New Roman"/>
          <w:rtl/>
        </w:rPr>
        <w:t xml:space="preserve"> </w:t>
      </w:r>
      <w:r>
        <w:rPr>
          <w:rFonts w:cs="Times New Roman" w:hint="cs"/>
          <w:rtl/>
        </w:rPr>
        <w:t>بيانات</w:t>
      </w:r>
      <w:r>
        <w:rPr>
          <w:rFonts w:cs="Times New Roman"/>
          <w:rtl/>
        </w:rPr>
        <w:t xml:space="preserve"> </w:t>
      </w:r>
      <w:r>
        <w:rPr>
          <w:rFonts w:cs="Times New Roman" w:hint="cs"/>
          <w:rtl/>
        </w:rPr>
        <w:t>اعتماد</w:t>
      </w:r>
      <w:r>
        <w:t xml:space="preserve"> (Anonymous Bind). </w:t>
      </w:r>
      <w:r>
        <w:rPr>
          <w:rFonts w:cs="Times New Roman" w:hint="cs"/>
          <w:rtl/>
        </w:rPr>
        <w:t>أسفر</w:t>
      </w:r>
      <w:r>
        <w:rPr>
          <w:rFonts w:cs="Times New Roman"/>
          <w:rtl/>
        </w:rPr>
        <w:t xml:space="preserve"> </w:t>
      </w:r>
      <w:r>
        <w:rPr>
          <w:rFonts w:cs="Times New Roman" w:hint="cs"/>
          <w:rtl/>
        </w:rPr>
        <w:t>الفحص</w:t>
      </w:r>
      <w:r>
        <w:rPr>
          <w:rFonts w:cs="Times New Roman"/>
          <w:rtl/>
        </w:rPr>
        <w:t xml:space="preserve"> </w:t>
      </w:r>
      <w:r>
        <w:rPr>
          <w:rFonts w:cs="Times New Roman" w:hint="cs"/>
          <w:rtl/>
        </w:rPr>
        <w:t>عن</w:t>
      </w:r>
      <w:r>
        <w:rPr>
          <w:rFonts w:cs="Times New Roman"/>
          <w:rtl/>
        </w:rPr>
        <w:t xml:space="preserve"> </w:t>
      </w:r>
      <w:r>
        <w:rPr>
          <w:rFonts w:cs="Times New Roman" w:hint="cs"/>
          <w:rtl/>
        </w:rPr>
        <w:t>تسريب</w:t>
      </w:r>
      <w:r>
        <w:rPr>
          <w:rFonts w:cs="Times New Roman"/>
          <w:rtl/>
        </w:rPr>
        <w:t xml:space="preserve"> </w:t>
      </w:r>
      <w:r>
        <w:rPr>
          <w:rFonts w:cs="Times New Roman" w:hint="cs"/>
          <w:rtl/>
        </w:rPr>
        <w:t>معلومات</w:t>
      </w:r>
      <w:r>
        <w:rPr>
          <w:rFonts w:cs="Times New Roman"/>
          <w:rtl/>
        </w:rPr>
        <w:t xml:space="preserve"> </w:t>
      </w:r>
      <w:r>
        <w:rPr>
          <w:rFonts w:cs="Times New Roman" w:hint="cs"/>
          <w:rtl/>
        </w:rPr>
        <w:t>بنية</w:t>
      </w:r>
      <w:r>
        <w:rPr>
          <w:rFonts w:cs="Times New Roman"/>
          <w:rtl/>
        </w:rPr>
        <w:t xml:space="preserve"> </w:t>
      </w:r>
      <w:r>
        <w:rPr>
          <w:rFonts w:cs="Times New Roman" w:hint="cs"/>
          <w:rtl/>
        </w:rPr>
        <w:t>تحتية</w:t>
      </w:r>
      <w:r>
        <w:rPr>
          <w:rFonts w:cs="Times New Roman"/>
          <w:rtl/>
        </w:rPr>
        <w:t xml:space="preserve"> </w:t>
      </w:r>
      <w:r>
        <w:rPr>
          <w:rFonts w:cs="Times New Roman" w:hint="cs"/>
          <w:rtl/>
        </w:rPr>
        <w:t>حساسة</w:t>
      </w:r>
      <w:r>
        <w:rPr>
          <w:rFonts w:cs="Times New Roman"/>
          <w:rtl/>
        </w:rPr>
        <w:t xml:space="preserve">، </w:t>
      </w:r>
      <w:r>
        <w:rPr>
          <w:rFonts w:cs="Times New Roman" w:hint="cs"/>
          <w:rtl/>
        </w:rPr>
        <w:t>تشمل</w:t>
      </w:r>
      <w:r>
        <w:rPr>
          <w:rFonts w:cs="Times New Roman"/>
          <w:rtl/>
        </w:rPr>
        <w:t xml:space="preserve"> </w:t>
      </w:r>
      <w:r>
        <w:rPr>
          <w:rFonts w:cs="Times New Roman" w:hint="cs"/>
          <w:rtl/>
        </w:rPr>
        <w:t>اسم</w:t>
      </w:r>
      <w:r>
        <w:rPr>
          <w:rFonts w:cs="Times New Roman"/>
          <w:rtl/>
        </w:rPr>
        <w:t xml:space="preserve"> </w:t>
      </w:r>
      <w:r>
        <w:rPr>
          <w:rFonts w:cs="Times New Roman" w:hint="cs"/>
          <w:rtl/>
        </w:rPr>
        <w:t>السيرفر</w:t>
      </w:r>
      <w:r>
        <w:rPr>
          <w:rFonts w:cs="Times New Roman"/>
          <w:rtl/>
        </w:rPr>
        <w:t xml:space="preserve"> </w:t>
      </w:r>
      <w:r>
        <w:rPr>
          <w:rFonts w:cs="Times New Roman" w:hint="cs"/>
          <w:rtl/>
        </w:rPr>
        <w:t>الحقيقي</w:t>
      </w:r>
      <w:r>
        <w:t xml:space="preserve"> (WIN-369M7VL1UJL)</w:t>
      </w:r>
      <w:r>
        <w:rPr>
          <w:rFonts w:cs="Times New Roman"/>
          <w:rtl/>
        </w:rPr>
        <w:t xml:space="preserve">، </w:t>
      </w:r>
      <w:r>
        <w:rPr>
          <w:rFonts w:cs="Times New Roman" w:hint="cs"/>
          <w:rtl/>
        </w:rPr>
        <w:t>وعنوان</w:t>
      </w:r>
      <w:r>
        <w:rPr>
          <w:rFonts w:cs="Times New Roman"/>
          <w:rtl/>
        </w:rPr>
        <w:t xml:space="preserve"> </w:t>
      </w:r>
      <w:r>
        <w:rPr>
          <w:rFonts w:cs="Times New Roman" w:hint="cs"/>
          <w:rtl/>
        </w:rPr>
        <w:t>الـ</w:t>
      </w:r>
      <w:r>
        <w:t xml:space="preserve"> DNS </w:t>
      </w:r>
      <w:r>
        <w:rPr>
          <w:rFonts w:cs="Times New Roman" w:hint="cs"/>
          <w:rtl/>
        </w:rPr>
        <w:t>الكامل</w:t>
      </w:r>
      <w:r>
        <w:rPr>
          <w:rFonts w:cs="Times New Roman"/>
          <w:rtl/>
        </w:rPr>
        <w:t xml:space="preserve">، </w:t>
      </w:r>
      <w:r>
        <w:rPr>
          <w:rFonts w:cs="Times New Roman" w:hint="cs"/>
          <w:rtl/>
        </w:rPr>
        <w:t>ومستوى</w:t>
      </w:r>
      <w:r>
        <w:rPr>
          <w:rFonts w:cs="Times New Roman"/>
          <w:rtl/>
        </w:rPr>
        <w:t xml:space="preserve"> </w:t>
      </w:r>
      <w:r>
        <w:rPr>
          <w:rFonts w:cs="Times New Roman" w:hint="cs"/>
          <w:rtl/>
        </w:rPr>
        <w:t>وظائف</w:t>
      </w:r>
      <w:r>
        <w:rPr>
          <w:rFonts w:cs="Times New Roman"/>
          <w:rtl/>
        </w:rPr>
        <w:t xml:space="preserve"> </w:t>
      </w:r>
      <w:r>
        <w:rPr>
          <w:rFonts w:cs="Times New Roman" w:hint="cs"/>
          <w:rtl/>
        </w:rPr>
        <w:t>الغابة</w:t>
      </w:r>
      <w:r>
        <w:rPr>
          <w:rFonts w:cs="Times New Roman"/>
          <w:rtl/>
        </w:rPr>
        <w:t xml:space="preserve"> </w:t>
      </w:r>
      <w:r>
        <w:rPr>
          <w:rFonts w:cs="Times New Roman" w:hint="cs"/>
          <w:rtl/>
        </w:rPr>
        <w:t>والنطاق</w:t>
      </w:r>
      <w:r>
        <w:t xml:space="preserve"> (</w:t>
      </w:r>
      <w:proofErr w:type="spellStart"/>
      <w:r>
        <w:t>domainFunctionality</w:t>
      </w:r>
      <w:proofErr w:type="spellEnd"/>
      <w:r>
        <w:t xml:space="preserve">: 10). </w:t>
      </w:r>
      <w:r>
        <w:rPr>
          <w:rFonts w:cs="Times New Roman" w:hint="cs"/>
          <w:rtl/>
        </w:rPr>
        <w:t>هذه</w:t>
      </w:r>
      <w:r>
        <w:rPr>
          <w:rFonts w:cs="Times New Roman"/>
          <w:rtl/>
        </w:rPr>
        <w:t xml:space="preserve"> </w:t>
      </w:r>
      <w:r>
        <w:rPr>
          <w:rFonts w:cs="Times New Roman" w:hint="cs"/>
          <w:rtl/>
        </w:rPr>
        <w:t>المعلومات</w:t>
      </w:r>
      <w:r>
        <w:rPr>
          <w:rFonts w:cs="Times New Roman"/>
          <w:rtl/>
        </w:rPr>
        <w:t xml:space="preserve"> </w:t>
      </w:r>
      <w:r>
        <w:rPr>
          <w:rFonts w:cs="Times New Roman" w:hint="cs"/>
          <w:rtl/>
        </w:rPr>
        <w:t>تمنح</w:t>
      </w:r>
      <w:r>
        <w:rPr>
          <w:rFonts w:cs="Times New Roman"/>
          <w:rtl/>
        </w:rPr>
        <w:t xml:space="preserve"> </w:t>
      </w:r>
      <w:r>
        <w:rPr>
          <w:rFonts w:cs="Times New Roman" w:hint="cs"/>
          <w:rtl/>
        </w:rPr>
        <w:t>المهاجم</w:t>
      </w:r>
      <w:r>
        <w:rPr>
          <w:rFonts w:cs="Times New Roman"/>
          <w:rtl/>
        </w:rPr>
        <w:t xml:space="preserve"> </w:t>
      </w:r>
      <w:r>
        <w:rPr>
          <w:rFonts w:cs="Times New Roman" w:hint="cs"/>
          <w:rtl/>
        </w:rPr>
        <w:t>فهماً</w:t>
      </w:r>
      <w:r>
        <w:rPr>
          <w:rFonts w:cs="Times New Roman"/>
          <w:rtl/>
        </w:rPr>
        <w:t xml:space="preserve"> </w:t>
      </w:r>
      <w:r>
        <w:rPr>
          <w:rFonts w:cs="Times New Roman" w:hint="cs"/>
          <w:rtl/>
        </w:rPr>
        <w:t>دقيقاً</w:t>
      </w:r>
      <w:r>
        <w:rPr>
          <w:rFonts w:cs="Times New Roman"/>
          <w:rtl/>
        </w:rPr>
        <w:t xml:space="preserve"> </w:t>
      </w:r>
      <w:r>
        <w:rPr>
          <w:rFonts w:cs="Times New Roman" w:hint="cs"/>
          <w:rtl/>
        </w:rPr>
        <w:t>لإصدار</w:t>
      </w:r>
      <w:r>
        <w:rPr>
          <w:rFonts w:cs="Times New Roman"/>
          <w:rtl/>
        </w:rPr>
        <w:t xml:space="preserve"> </w:t>
      </w:r>
      <w:r>
        <w:rPr>
          <w:rFonts w:cs="Times New Roman" w:hint="cs"/>
          <w:rtl/>
        </w:rPr>
        <w:t>السيرفر</w:t>
      </w:r>
      <w:r>
        <w:rPr>
          <w:rFonts w:cs="Times New Roman"/>
          <w:rtl/>
        </w:rPr>
        <w:t xml:space="preserve"> </w:t>
      </w:r>
      <w:r>
        <w:rPr>
          <w:rFonts w:cs="Times New Roman" w:hint="cs"/>
          <w:rtl/>
        </w:rPr>
        <w:t>ومسارات</w:t>
      </w:r>
      <w:r>
        <w:rPr>
          <w:rFonts w:cs="Times New Roman"/>
          <w:rtl/>
        </w:rPr>
        <w:t xml:space="preserve"> </w:t>
      </w:r>
      <w:r>
        <w:rPr>
          <w:rFonts w:cs="Times New Roman" w:hint="cs"/>
          <w:rtl/>
        </w:rPr>
        <w:t>قاعدة</w:t>
      </w:r>
      <w:r>
        <w:rPr>
          <w:rFonts w:cs="Times New Roman"/>
          <w:rtl/>
        </w:rPr>
        <w:t xml:space="preserve"> </w:t>
      </w:r>
      <w:r>
        <w:rPr>
          <w:rFonts w:cs="Times New Roman" w:hint="cs"/>
          <w:rtl/>
        </w:rPr>
        <w:t>البيانات</w:t>
      </w:r>
      <w:r>
        <w:rPr>
          <w:rFonts w:cs="Times New Roman"/>
          <w:rtl/>
        </w:rPr>
        <w:t xml:space="preserve"> </w:t>
      </w:r>
      <w:r>
        <w:rPr>
          <w:rFonts w:cs="Times New Roman" w:hint="cs"/>
          <w:rtl/>
        </w:rPr>
        <w:t>لتوجيه</w:t>
      </w:r>
      <w:r>
        <w:rPr>
          <w:rFonts w:cs="Times New Roman"/>
          <w:rtl/>
        </w:rPr>
        <w:t xml:space="preserve"> </w:t>
      </w:r>
      <w:r>
        <w:rPr>
          <w:rFonts w:cs="Times New Roman" w:hint="cs"/>
          <w:rtl/>
        </w:rPr>
        <w:t>هجمات</w:t>
      </w:r>
      <w:r>
        <w:rPr>
          <w:rFonts w:cs="Times New Roman"/>
          <w:rtl/>
        </w:rPr>
        <w:t xml:space="preserve"> </w:t>
      </w:r>
      <w:r>
        <w:rPr>
          <w:rFonts w:cs="Times New Roman" w:hint="cs"/>
          <w:rtl/>
        </w:rPr>
        <w:t>أعمق</w:t>
      </w:r>
      <w:r>
        <w:rPr>
          <w:rFonts w:cs="Times New Roman"/>
          <w:rtl/>
        </w:rPr>
        <w:t xml:space="preserve"> </w:t>
      </w:r>
      <w:r>
        <w:rPr>
          <w:rFonts w:cs="Times New Roman" w:hint="cs"/>
          <w:rtl/>
        </w:rPr>
        <w:t>كـ</w:t>
      </w:r>
      <w:r>
        <w:t xml:space="preserve"> LDAP Enumeration </w:t>
      </w:r>
      <w:proofErr w:type="gramStart"/>
      <w:r>
        <w:rPr>
          <w:rFonts w:cs="Times New Roman" w:hint="cs"/>
          <w:rtl/>
        </w:rPr>
        <w:t>و</w:t>
      </w:r>
      <w:r>
        <w:t xml:space="preserve"> </w:t>
      </w:r>
      <w:proofErr w:type="spellStart"/>
      <w:r>
        <w:t>Kerberoasting</w:t>
      </w:r>
      <w:proofErr w:type="spellEnd"/>
      <w:proofErr w:type="gramEnd"/>
      <w:r>
        <w:t>."</w:t>
      </w:r>
    </w:p>
    <w:p w:rsidR="0005722A" w:rsidRDefault="0005722A" w:rsidP="0005722A">
      <w:pPr>
        <w:tabs>
          <w:tab w:val="left" w:pos="7020"/>
        </w:tabs>
        <w:rPr>
          <w:rtl/>
        </w:rPr>
      </w:pPr>
      <w:r>
        <w:t>Technical Description (English): "Documenting the attacker's success in extracting Root Directory Server Entry (</w:t>
      </w:r>
      <w:proofErr w:type="spellStart"/>
      <w:r>
        <w:t>RootDSE</w:t>
      </w:r>
      <w:proofErr w:type="spellEnd"/>
      <w:r>
        <w:t>) information from the Windows Server 2025 instance via the LDAP protocol (Port 389) without providing any credentials (Anonymous Bind). The scan resulted in the disclosure of sensitive infrastructure information, including the server's true hostname (WIN-369M7VL1UJL), FQDN, and the forest/domain functional levels (</w:t>
      </w:r>
      <w:proofErr w:type="spellStart"/>
      <w:r>
        <w:t>domainFunctionality</w:t>
      </w:r>
      <w:proofErr w:type="spellEnd"/>
      <w:r>
        <w:t xml:space="preserve">: 10). This intelligence provides the attacker with a precise understanding of the server version and database paths to launch deeper attacks such as LDAP Enumeration and </w:t>
      </w:r>
      <w:proofErr w:type="spellStart"/>
      <w:r>
        <w:t>Kerberoasting</w:t>
      </w:r>
      <w:proofErr w:type="spellEnd"/>
      <w:r>
        <w:t>."</w:t>
      </w:r>
    </w:p>
    <w:p w:rsidR="0005722A" w:rsidRDefault="0005722A" w:rsidP="0005722A">
      <w:pPr>
        <w:tabs>
          <w:tab w:val="left" w:pos="7020"/>
        </w:tabs>
        <w:rPr>
          <w:rtl/>
        </w:rPr>
      </w:pPr>
      <w:r>
        <w:rPr>
          <w:noProof/>
        </w:rPr>
        <w:lastRenderedPageBreak/>
        <w:drawing>
          <wp:inline distT="0" distB="0" distL="0" distR="0">
            <wp:extent cx="5943600" cy="323659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استخراج معلومات النطاق الجذرية بشكل مجهول (Anonymous RootDSE Query).png"/>
                    <pic:cNvPicPr/>
                  </pic:nvPicPr>
                  <pic:blipFill>
                    <a:blip r:embed="rId49">
                      <a:extLst>
                        <a:ext uri="{28A0092B-C50C-407E-A947-70E740481C1C}">
                          <a14:useLocalDpi xmlns:a14="http://schemas.microsoft.com/office/drawing/2010/main" val="0"/>
                        </a:ext>
                      </a:extLst>
                    </a:blip>
                    <a:stretch>
                      <a:fillRect/>
                    </a:stretch>
                  </pic:blipFill>
                  <pic:spPr>
                    <a:xfrm>
                      <a:off x="0" y="0"/>
                      <a:ext cx="5943600" cy="3236595"/>
                    </a:xfrm>
                    <a:prstGeom prst="rect">
                      <a:avLst/>
                    </a:prstGeom>
                  </pic:spPr>
                </pic:pic>
              </a:graphicData>
            </a:graphic>
          </wp:inline>
        </w:drawing>
      </w:r>
    </w:p>
    <w:p w:rsidR="0005722A" w:rsidRDefault="00272754" w:rsidP="0005722A">
      <w:pPr>
        <w:tabs>
          <w:tab w:val="left" w:pos="7020"/>
        </w:tabs>
        <w:rPr>
          <w:rtl/>
        </w:rPr>
      </w:pPr>
      <w:r>
        <w:rPr>
          <w:noProof/>
        </w:rPr>
        <w:drawing>
          <wp:inline distT="0" distB="0" distL="0" distR="0">
            <wp:extent cx="5943600" cy="344551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استخراج معلومات النطاق الجذرية بشكل مجهول (Anonymous RootDSE Query)1.png"/>
                    <pic:cNvPicPr/>
                  </pic:nvPicPr>
                  <pic:blipFill>
                    <a:blip r:embed="rId50">
                      <a:extLst>
                        <a:ext uri="{28A0092B-C50C-407E-A947-70E740481C1C}">
                          <a14:useLocalDpi xmlns:a14="http://schemas.microsoft.com/office/drawing/2010/main" val="0"/>
                        </a:ext>
                      </a:extLst>
                    </a:blip>
                    <a:stretch>
                      <a:fillRect/>
                    </a:stretch>
                  </pic:blipFill>
                  <pic:spPr>
                    <a:xfrm>
                      <a:off x="0" y="0"/>
                      <a:ext cx="5943600" cy="3445510"/>
                    </a:xfrm>
                    <a:prstGeom prst="rect">
                      <a:avLst/>
                    </a:prstGeom>
                  </pic:spPr>
                </pic:pic>
              </a:graphicData>
            </a:graphic>
          </wp:inline>
        </w:drawing>
      </w:r>
    </w:p>
    <w:p w:rsidR="00272754" w:rsidRDefault="00272754" w:rsidP="0005722A">
      <w:pPr>
        <w:tabs>
          <w:tab w:val="left" w:pos="7020"/>
        </w:tabs>
        <w:rPr>
          <w:noProof/>
          <w:rtl/>
        </w:rPr>
      </w:pPr>
    </w:p>
    <w:p w:rsidR="00272754" w:rsidRDefault="00272754" w:rsidP="0005722A">
      <w:pPr>
        <w:tabs>
          <w:tab w:val="left" w:pos="7020"/>
        </w:tabs>
      </w:pPr>
      <w:r>
        <w:rPr>
          <w:noProof/>
        </w:rPr>
        <w:lastRenderedPageBreak/>
        <w:drawing>
          <wp:inline distT="0" distB="0" distL="0" distR="0">
            <wp:extent cx="5943600" cy="225171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استخراج معلومات النطاق الجذرية بشكل مجهول (Anonymous RootDSE Query)2.png"/>
                    <pic:cNvPicPr/>
                  </pic:nvPicPr>
                  <pic:blipFill>
                    <a:blip r:embed="rId51">
                      <a:extLst>
                        <a:ext uri="{28A0092B-C50C-407E-A947-70E740481C1C}">
                          <a14:useLocalDpi xmlns:a14="http://schemas.microsoft.com/office/drawing/2010/main" val="0"/>
                        </a:ext>
                      </a:extLst>
                    </a:blip>
                    <a:stretch>
                      <a:fillRect/>
                    </a:stretch>
                  </pic:blipFill>
                  <pic:spPr>
                    <a:xfrm>
                      <a:off x="0" y="0"/>
                      <a:ext cx="5943600" cy="2251710"/>
                    </a:xfrm>
                    <a:prstGeom prst="rect">
                      <a:avLst/>
                    </a:prstGeom>
                  </pic:spPr>
                </pic:pic>
              </a:graphicData>
            </a:graphic>
          </wp:inline>
        </w:drawing>
      </w:r>
    </w:p>
    <w:p w:rsidR="0005722A" w:rsidRDefault="0005722A" w:rsidP="00312966">
      <w:pPr>
        <w:tabs>
          <w:tab w:val="left" w:pos="7020"/>
        </w:tabs>
      </w:pPr>
    </w:p>
    <w:p w:rsidR="0067798B" w:rsidRDefault="0067798B" w:rsidP="00BA22D3">
      <w:pPr>
        <w:tabs>
          <w:tab w:val="left" w:pos="7020"/>
        </w:tabs>
        <w:rPr>
          <w:rtl/>
        </w:rPr>
      </w:pPr>
    </w:p>
    <w:p w:rsidR="00272754" w:rsidRDefault="00272754" w:rsidP="00BA22D3">
      <w:pPr>
        <w:tabs>
          <w:tab w:val="left" w:pos="7020"/>
        </w:tabs>
        <w:rPr>
          <w:rtl/>
        </w:rPr>
      </w:pPr>
    </w:p>
    <w:p w:rsidR="00272754" w:rsidRDefault="00272754" w:rsidP="00BA22D3">
      <w:pPr>
        <w:tabs>
          <w:tab w:val="left" w:pos="7020"/>
        </w:tabs>
        <w:rPr>
          <w:rtl/>
        </w:rPr>
      </w:pPr>
    </w:p>
    <w:p w:rsidR="00272754" w:rsidRDefault="00272754" w:rsidP="00BA22D3">
      <w:pPr>
        <w:tabs>
          <w:tab w:val="left" w:pos="7020"/>
        </w:tabs>
        <w:rPr>
          <w:rtl/>
        </w:rPr>
      </w:pPr>
    </w:p>
    <w:p w:rsidR="00272754" w:rsidRDefault="00272754" w:rsidP="00BA22D3">
      <w:pPr>
        <w:tabs>
          <w:tab w:val="left" w:pos="7020"/>
        </w:tabs>
        <w:rPr>
          <w:rtl/>
        </w:rPr>
      </w:pPr>
    </w:p>
    <w:p w:rsidR="004E00BA" w:rsidRDefault="004E00BA" w:rsidP="004E00BA">
      <w:pPr>
        <w:tabs>
          <w:tab w:val="left" w:pos="7020"/>
        </w:tabs>
        <w:rPr>
          <w:rFonts w:cs="Times New Roman"/>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(34): </w:t>
      </w:r>
      <w:r>
        <w:rPr>
          <w:rFonts w:cs="Times New Roman" w:hint="cs"/>
          <w:rtl/>
        </w:rPr>
        <w:t>فحص</w:t>
      </w:r>
      <w:r>
        <w:rPr>
          <w:rFonts w:cs="Times New Roman"/>
          <w:rtl/>
        </w:rPr>
        <w:t xml:space="preserve"> </w:t>
      </w:r>
      <w:r>
        <w:rPr>
          <w:rFonts w:cs="Times New Roman" w:hint="cs"/>
          <w:rtl/>
        </w:rPr>
        <w:t>ثغرة</w:t>
      </w:r>
    </w:p>
    <w:p w:rsidR="004E00BA" w:rsidRDefault="004E00BA" w:rsidP="004E00BA">
      <w:pPr>
        <w:tabs>
          <w:tab w:val="left" w:pos="7020"/>
        </w:tabs>
      </w:pPr>
      <w:r>
        <w:t xml:space="preserve"> AS-REP Roasting </w:t>
      </w:r>
      <w:r>
        <w:rPr>
          <w:rFonts w:cs="Times New Roman" w:hint="cs"/>
          <w:rtl/>
        </w:rPr>
        <w:t>في</w:t>
      </w:r>
      <w:r>
        <w:rPr>
          <w:rFonts w:cs="Times New Roman"/>
          <w:rtl/>
        </w:rPr>
        <w:t xml:space="preserve"> </w:t>
      </w:r>
      <w:r>
        <w:rPr>
          <w:rFonts w:cs="Times New Roman" w:hint="cs"/>
          <w:rtl/>
        </w:rPr>
        <w:t>بروتوكول</w:t>
      </w:r>
      <w:r>
        <w:t xml:space="preserve"> Kerberos (Kerberos Pre-authentication Check)</w:t>
      </w:r>
    </w:p>
    <w:p w:rsidR="004E00BA" w:rsidRDefault="004E00BA" w:rsidP="004E00BA">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محاولة</w:t>
      </w:r>
      <w:r>
        <w:rPr>
          <w:rFonts w:cs="Times New Roman"/>
          <w:rtl/>
        </w:rPr>
        <w:t xml:space="preserve"> </w:t>
      </w:r>
      <w:r>
        <w:rPr>
          <w:rFonts w:cs="Times New Roman" w:hint="cs"/>
          <w:rtl/>
        </w:rPr>
        <w:t>استغلال</w:t>
      </w:r>
      <w:r>
        <w:rPr>
          <w:rFonts w:cs="Times New Roman"/>
          <w:rtl/>
        </w:rPr>
        <w:t xml:space="preserve"> </w:t>
      </w:r>
      <w:r>
        <w:rPr>
          <w:rFonts w:cs="Times New Roman" w:hint="cs"/>
          <w:rtl/>
        </w:rPr>
        <w:t>بروتوكول</w:t>
      </w:r>
      <w:r>
        <w:t xml:space="preserve"> Kerberos </w:t>
      </w:r>
      <w:r>
        <w:rPr>
          <w:rFonts w:cs="Times New Roman" w:hint="cs"/>
          <w:rtl/>
        </w:rPr>
        <w:t>لتنفيذ</w:t>
      </w:r>
      <w:r>
        <w:rPr>
          <w:rFonts w:cs="Times New Roman"/>
          <w:rtl/>
        </w:rPr>
        <w:t xml:space="preserve"> </w:t>
      </w:r>
      <w:r>
        <w:rPr>
          <w:rFonts w:cs="Times New Roman" w:hint="cs"/>
          <w:rtl/>
        </w:rPr>
        <w:t>هجوم</w:t>
      </w:r>
      <w:r>
        <w:t xml:space="preserve"> AS-REP Roasting </w:t>
      </w:r>
      <w:r>
        <w:rPr>
          <w:rFonts w:cs="Times New Roman" w:hint="cs"/>
          <w:rtl/>
        </w:rPr>
        <w:t>باستخدام</w:t>
      </w:r>
      <w:r>
        <w:rPr>
          <w:rFonts w:cs="Times New Roman"/>
          <w:rtl/>
        </w:rPr>
        <w:t xml:space="preserve"> </w:t>
      </w:r>
      <w:r>
        <w:rPr>
          <w:rFonts w:cs="Times New Roman" w:hint="cs"/>
          <w:rtl/>
        </w:rPr>
        <w:t>أداة</w:t>
      </w:r>
      <w:r>
        <w:t xml:space="preserve"> </w:t>
      </w:r>
      <w:proofErr w:type="spellStart"/>
      <w:r>
        <w:t>impacket-GetNPUsers</w:t>
      </w:r>
      <w:proofErr w:type="spellEnd"/>
      <w:r>
        <w:t xml:space="preserve">. </w:t>
      </w:r>
      <w:r>
        <w:rPr>
          <w:rFonts w:cs="Times New Roman" w:hint="cs"/>
          <w:rtl/>
        </w:rPr>
        <w:t>استهدف</w:t>
      </w:r>
      <w:r>
        <w:rPr>
          <w:rFonts w:cs="Times New Roman"/>
          <w:rtl/>
        </w:rPr>
        <w:t xml:space="preserve"> </w:t>
      </w:r>
      <w:r>
        <w:rPr>
          <w:rFonts w:cs="Times New Roman" w:hint="cs"/>
          <w:rtl/>
        </w:rPr>
        <w:t>الهجوم</w:t>
      </w:r>
      <w:r>
        <w:rPr>
          <w:rFonts w:cs="Times New Roman"/>
          <w:rtl/>
        </w:rPr>
        <w:t xml:space="preserve"> </w:t>
      </w:r>
      <w:r>
        <w:rPr>
          <w:rFonts w:cs="Times New Roman" w:hint="cs"/>
          <w:rtl/>
        </w:rPr>
        <w:t>قائمة</w:t>
      </w:r>
      <w:r>
        <w:rPr>
          <w:rFonts w:cs="Times New Roman"/>
          <w:rtl/>
        </w:rPr>
        <w:t xml:space="preserve"> </w:t>
      </w:r>
      <w:r>
        <w:rPr>
          <w:rFonts w:cs="Times New Roman" w:hint="cs"/>
          <w:rtl/>
        </w:rPr>
        <w:t>المستخدمين</w:t>
      </w:r>
      <w:r>
        <w:rPr>
          <w:rFonts w:cs="Times New Roman"/>
          <w:rtl/>
        </w:rPr>
        <w:t xml:space="preserve"> </w:t>
      </w:r>
      <w:r>
        <w:rPr>
          <w:rFonts w:cs="Times New Roman" w:hint="cs"/>
          <w:rtl/>
        </w:rPr>
        <w:t>المستخرجة</w:t>
      </w:r>
      <w:r>
        <w:rPr>
          <w:rFonts w:cs="Times New Roman"/>
          <w:rtl/>
        </w:rPr>
        <w:t xml:space="preserve"> </w:t>
      </w:r>
      <w:r>
        <w:rPr>
          <w:rFonts w:cs="Times New Roman" w:hint="cs"/>
          <w:rtl/>
        </w:rPr>
        <w:t>سابقاً</w:t>
      </w:r>
      <w:r>
        <w:rPr>
          <w:rFonts w:cs="Times New Roman"/>
          <w:rtl/>
        </w:rPr>
        <w:t xml:space="preserve"> </w:t>
      </w:r>
      <w:r>
        <w:rPr>
          <w:rFonts w:cs="Times New Roman" w:hint="cs"/>
          <w:rtl/>
        </w:rPr>
        <w:t>للبحث</w:t>
      </w:r>
      <w:r>
        <w:rPr>
          <w:rFonts w:cs="Times New Roman"/>
          <w:rtl/>
        </w:rPr>
        <w:t xml:space="preserve"> </w:t>
      </w:r>
      <w:r>
        <w:rPr>
          <w:rFonts w:cs="Times New Roman" w:hint="cs"/>
          <w:rtl/>
        </w:rPr>
        <w:t>عن</w:t>
      </w:r>
      <w:r>
        <w:rPr>
          <w:rFonts w:cs="Times New Roman"/>
          <w:rtl/>
        </w:rPr>
        <w:t xml:space="preserve"> </w:t>
      </w:r>
      <w:r>
        <w:rPr>
          <w:rFonts w:cs="Times New Roman" w:hint="cs"/>
          <w:rtl/>
        </w:rPr>
        <w:t>حسابات</w:t>
      </w:r>
      <w:r>
        <w:rPr>
          <w:rFonts w:cs="Times New Roman"/>
          <w:rtl/>
        </w:rPr>
        <w:t xml:space="preserve"> </w:t>
      </w:r>
      <w:r>
        <w:rPr>
          <w:rFonts w:cs="Times New Roman" w:hint="cs"/>
          <w:rtl/>
        </w:rPr>
        <w:t>لا</w:t>
      </w:r>
      <w:r>
        <w:rPr>
          <w:rFonts w:cs="Times New Roman"/>
          <w:rtl/>
        </w:rPr>
        <w:t xml:space="preserve"> </w:t>
      </w:r>
      <w:r>
        <w:rPr>
          <w:rFonts w:cs="Times New Roman" w:hint="cs"/>
          <w:rtl/>
        </w:rPr>
        <w:t>تتطلب</w:t>
      </w:r>
      <w:r>
        <w:rPr>
          <w:rFonts w:cs="Times New Roman"/>
          <w:rtl/>
        </w:rPr>
        <w:t xml:space="preserve"> </w:t>
      </w:r>
      <w:r>
        <w:rPr>
          <w:rFonts w:cs="Times New Roman" w:hint="cs"/>
          <w:rtl/>
        </w:rPr>
        <w:t>تشفيراً</w:t>
      </w:r>
      <w:r>
        <w:rPr>
          <w:rFonts w:cs="Times New Roman"/>
          <w:rtl/>
        </w:rPr>
        <w:t xml:space="preserve"> </w:t>
      </w:r>
      <w:r>
        <w:rPr>
          <w:rFonts w:cs="Times New Roman" w:hint="cs"/>
          <w:rtl/>
        </w:rPr>
        <w:t>مسبقاً</w:t>
      </w:r>
      <w:r>
        <w:rPr>
          <w:rFonts w:cs="Times New Roman"/>
          <w:rtl/>
        </w:rPr>
        <w:t xml:space="preserve"> </w:t>
      </w:r>
      <w:r>
        <w:rPr>
          <w:rFonts w:cs="Times New Roman" w:hint="cs"/>
          <w:rtl/>
        </w:rPr>
        <w:t>لكلمة</w:t>
      </w:r>
      <w:r>
        <w:rPr>
          <w:rFonts w:cs="Times New Roman"/>
          <w:rtl/>
        </w:rPr>
        <w:t xml:space="preserve"> </w:t>
      </w:r>
      <w:r>
        <w:rPr>
          <w:rFonts w:cs="Times New Roman" w:hint="cs"/>
          <w:rtl/>
        </w:rPr>
        <w:t>المرور</w:t>
      </w:r>
      <w:r>
        <w:t xml:space="preserve"> (Do not require Kerberos </w:t>
      </w:r>
      <w:proofErr w:type="spellStart"/>
      <w:r>
        <w:t>preauthentication</w:t>
      </w:r>
      <w:proofErr w:type="spellEnd"/>
      <w:r>
        <w:t xml:space="preserve">). </w:t>
      </w:r>
      <w:r>
        <w:rPr>
          <w:rFonts w:cs="Times New Roman" w:hint="cs"/>
          <w:rtl/>
        </w:rPr>
        <w:t>أظهرت</w:t>
      </w:r>
      <w:r>
        <w:rPr>
          <w:rFonts w:cs="Times New Roman"/>
          <w:rtl/>
        </w:rPr>
        <w:t xml:space="preserve"> </w:t>
      </w:r>
      <w:r>
        <w:rPr>
          <w:rFonts w:cs="Times New Roman" w:hint="cs"/>
          <w:rtl/>
        </w:rPr>
        <w:t>النتائج</w:t>
      </w:r>
      <w:r>
        <w:rPr>
          <w:rFonts w:cs="Times New Roman"/>
          <w:rtl/>
        </w:rPr>
        <w:t xml:space="preserve"> </w:t>
      </w:r>
      <w:r>
        <w:rPr>
          <w:rFonts w:cs="Times New Roman" w:hint="cs"/>
          <w:rtl/>
        </w:rPr>
        <w:t>أن</w:t>
      </w:r>
      <w:r>
        <w:rPr>
          <w:rFonts w:cs="Times New Roman"/>
          <w:rtl/>
        </w:rPr>
        <w:t xml:space="preserve"> </w:t>
      </w:r>
      <w:r>
        <w:rPr>
          <w:rFonts w:cs="Times New Roman" w:hint="cs"/>
          <w:rtl/>
        </w:rPr>
        <w:t>جميع</w:t>
      </w:r>
      <w:r>
        <w:rPr>
          <w:rFonts w:cs="Times New Roman"/>
          <w:rtl/>
        </w:rPr>
        <w:t xml:space="preserve"> </w:t>
      </w:r>
      <w:r>
        <w:rPr>
          <w:rFonts w:cs="Times New Roman" w:hint="cs"/>
          <w:rtl/>
        </w:rPr>
        <w:t>الحسابات</w:t>
      </w:r>
      <w:r>
        <w:rPr>
          <w:rFonts w:cs="Times New Roman"/>
          <w:rtl/>
        </w:rPr>
        <w:t xml:space="preserve"> </w:t>
      </w:r>
      <w:r>
        <w:rPr>
          <w:rFonts w:cs="Times New Roman" w:hint="cs"/>
          <w:rtl/>
        </w:rPr>
        <w:t>بما</w:t>
      </w:r>
      <w:r>
        <w:rPr>
          <w:rFonts w:cs="Times New Roman"/>
          <w:rtl/>
        </w:rPr>
        <w:t xml:space="preserve"> </w:t>
      </w:r>
      <w:r>
        <w:rPr>
          <w:rFonts w:cs="Times New Roman" w:hint="cs"/>
          <w:rtl/>
        </w:rPr>
        <w:t>فيها</w:t>
      </w:r>
      <w:r>
        <w:rPr>
          <w:rFonts w:cs="Times New Roman"/>
          <w:rtl/>
        </w:rPr>
        <w:t xml:space="preserve"> </w:t>
      </w:r>
      <w:r>
        <w:rPr>
          <w:rFonts w:cs="Times New Roman" w:hint="cs"/>
          <w:rtl/>
        </w:rPr>
        <w:t>حساب</w:t>
      </w:r>
      <w:r>
        <w:rPr>
          <w:rFonts w:cs="Times New Roman"/>
          <w:rtl/>
        </w:rPr>
        <w:t xml:space="preserve"> </w:t>
      </w:r>
      <w:r>
        <w:rPr>
          <w:rFonts w:cs="Times New Roman" w:hint="cs"/>
          <w:rtl/>
        </w:rPr>
        <w:t>المسؤول</w:t>
      </w:r>
      <w:r>
        <w:rPr>
          <w:rFonts w:cs="Times New Roman"/>
          <w:rtl/>
        </w:rPr>
        <w:t xml:space="preserve"> </w:t>
      </w:r>
      <w:r>
        <w:rPr>
          <w:rFonts w:cs="Times New Roman" w:hint="cs"/>
          <w:rtl/>
        </w:rPr>
        <w:t>تتطلب</w:t>
      </w:r>
      <w:r>
        <w:rPr>
          <w:rFonts w:cs="Times New Roman"/>
          <w:rtl/>
        </w:rPr>
        <w:t xml:space="preserve"> </w:t>
      </w:r>
      <w:r>
        <w:rPr>
          <w:rFonts w:cs="Times New Roman" w:hint="cs"/>
          <w:rtl/>
        </w:rPr>
        <w:t>المصادقة</w:t>
      </w:r>
      <w:r>
        <w:rPr>
          <w:rFonts w:cs="Times New Roman"/>
          <w:rtl/>
        </w:rPr>
        <w:t xml:space="preserve"> </w:t>
      </w:r>
      <w:r>
        <w:rPr>
          <w:rFonts w:cs="Times New Roman" w:hint="cs"/>
          <w:rtl/>
        </w:rPr>
        <w:t>المسبقة</w:t>
      </w:r>
      <w:r>
        <w:rPr>
          <w:rFonts w:cs="Times New Roman"/>
          <w:rtl/>
        </w:rPr>
        <w:t xml:space="preserve">، </w:t>
      </w:r>
      <w:r>
        <w:rPr>
          <w:rFonts w:cs="Times New Roman" w:hint="cs"/>
          <w:rtl/>
        </w:rPr>
        <w:t>مما</w:t>
      </w:r>
      <w:r>
        <w:rPr>
          <w:rFonts w:cs="Times New Roman"/>
          <w:rtl/>
        </w:rPr>
        <w:t xml:space="preserve"> </w:t>
      </w:r>
      <w:r>
        <w:rPr>
          <w:rFonts w:cs="Times New Roman" w:hint="cs"/>
          <w:rtl/>
        </w:rPr>
        <w:t>يثبت</w:t>
      </w:r>
      <w:r>
        <w:rPr>
          <w:rFonts w:cs="Times New Roman"/>
          <w:rtl/>
        </w:rPr>
        <w:t xml:space="preserve"> </w:t>
      </w:r>
      <w:r>
        <w:rPr>
          <w:rFonts w:cs="Times New Roman" w:hint="cs"/>
          <w:rtl/>
        </w:rPr>
        <w:t>تحصين</w:t>
      </w:r>
      <w:r>
        <w:rPr>
          <w:rFonts w:cs="Times New Roman"/>
          <w:rtl/>
        </w:rPr>
        <w:t xml:space="preserve"> </w:t>
      </w:r>
      <w:r>
        <w:rPr>
          <w:rFonts w:cs="Times New Roman" w:hint="cs"/>
          <w:rtl/>
        </w:rPr>
        <w:t>بيئة</w:t>
      </w:r>
      <w:r>
        <w:rPr>
          <w:rFonts w:cs="Times New Roman"/>
          <w:rtl/>
        </w:rPr>
        <w:t xml:space="preserve"> </w:t>
      </w:r>
      <w:r>
        <w:rPr>
          <w:rFonts w:cs="Times New Roman" w:hint="cs"/>
          <w:rtl/>
        </w:rPr>
        <w:t>الدليل</w:t>
      </w:r>
      <w:r>
        <w:rPr>
          <w:rFonts w:cs="Times New Roman"/>
          <w:rtl/>
        </w:rPr>
        <w:t xml:space="preserve"> </w:t>
      </w:r>
      <w:r>
        <w:rPr>
          <w:rFonts w:cs="Times New Roman" w:hint="cs"/>
          <w:rtl/>
        </w:rPr>
        <w:t>النشط</w:t>
      </w:r>
      <w:r>
        <w:rPr>
          <w:rFonts w:cs="Times New Roman"/>
          <w:rtl/>
        </w:rPr>
        <w:t xml:space="preserve"> </w:t>
      </w:r>
      <w:r>
        <w:rPr>
          <w:rFonts w:cs="Times New Roman" w:hint="cs"/>
          <w:rtl/>
        </w:rPr>
        <w:t>ضد</w:t>
      </w:r>
      <w:r>
        <w:rPr>
          <w:rFonts w:cs="Times New Roman"/>
          <w:rtl/>
        </w:rPr>
        <w:t xml:space="preserve"> </w:t>
      </w:r>
      <w:r>
        <w:rPr>
          <w:rFonts w:cs="Times New Roman" w:hint="cs"/>
          <w:rtl/>
        </w:rPr>
        <w:t>هذا</w:t>
      </w:r>
      <w:r>
        <w:rPr>
          <w:rFonts w:cs="Times New Roman"/>
          <w:rtl/>
        </w:rPr>
        <w:t xml:space="preserve"> </w:t>
      </w:r>
      <w:r>
        <w:rPr>
          <w:rFonts w:cs="Times New Roman" w:hint="cs"/>
          <w:rtl/>
        </w:rPr>
        <w:t>النوع</w:t>
      </w:r>
      <w:r>
        <w:rPr>
          <w:rFonts w:cs="Times New Roman"/>
          <w:rtl/>
        </w:rPr>
        <w:t xml:space="preserve"> </w:t>
      </w:r>
      <w:r>
        <w:rPr>
          <w:rFonts w:cs="Times New Roman" w:hint="cs"/>
          <w:rtl/>
        </w:rPr>
        <w:t>من</w:t>
      </w:r>
      <w:r>
        <w:rPr>
          <w:rFonts w:cs="Times New Roman"/>
          <w:rtl/>
        </w:rPr>
        <w:t xml:space="preserve"> </w:t>
      </w:r>
      <w:r>
        <w:rPr>
          <w:rFonts w:cs="Times New Roman" w:hint="cs"/>
          <w:rtl/>
        </w:rPr>
        <w:t>الهجمات</w:t>
      </w:r>
      <w:r>
        <w:rPr>
          <w:rFonts w:cs="Times New Roman"/>
          <w:rtl/>
        </w:rPr>
        <w:t xml:space="preserve"> </w:t>
      </w:r>
      <w:r>
        <w:rPr>
          <w:rFonts w:cs="Times New Roman" w:hint="cs"/>
          <w:rtl/>
        </w:rPr>
        <w:t>التي</w:t>
      </w:r>
      <w:r>
        <w:rPr>
          <w:rFonts w:cs="Times New Roman"/>
          <w:rtl/>
        </w:rPr>
        <w:t xml:space="preserve"> </w:t>
      </w:r>
      <w:r>
        <w:rPr>
          <w:rFonts w:cs="Times New Roman" w:hint="cs"/>
          <w:rtl/>
        </w:rPr>
        <w:t>تهدف</w:t>
      </w:r>
      <w:r>
        <w:rPr>
          <w:rFonts w:cs="Times New Roman"/>
          <w:rtl/>
        </w:rPr>
        <w:t xml:space="preserve"> </w:t>
      </w:r>
      <w:r>
        <w:rPr>
          <w:rFonts w:cs="Times New Roman" w:hint="cs"/>
          <w:rtl/>
        </w:rPr>
        <w:t>لسرقة</w:t>
      </w:r>
      <w:r>
        <w:rPr>
          <w:rFonts w:cs="Times New Roman"/>
          <w:rtl/>
        </w:rPr>
        <w:t xml:space="preserve"> </w:t>
      </w:r>
      <w:r>
        <w:rPr>
          <w:rFonts w:cs="Times New Roman" w:hint="cs"/>
          <w:rtl/>
        </w:rPr>
        <w:t>تجزئة</w:t>
      </w:r>
      <w:r>
        <w:rPr>
          <w:rFonts w:cs="Times New Roman"/>
          <w:rtl/>
        </w:rPr>
        <w:t xml:space="preserve"> </w:t>
      </w:r>
      <w:r>
        <w:rPr>
          <w:rFonts w:cs="Times New Roman" w:hint="cs"/>
          <w:rtl/>
        </w:rPr>
        <w:t>كلمات</w:t>
      </w:r>
      <w:r>
        <w:rPr>
          <w:rFonts w:cs="Times New Roman"/>
          <w:rtl/>
        </w:rPr>
        <w:t xml:space="preserve"> </w:t>
      </w:r>
      <w:r>
        <w:rPr>
          <w:rFonts w:cs="Times New Roman" w:hint="cs"/>
          <w:rtl/>
        </w:rPr>
        <w:t>المرور</w:t>
      </w:r>
      <w:r>
        <w:t xml:space="preserve"> (Password Hashes) </w:t>
      </w:r>
      <w:r>
        <w:rPr>
          <w:rFonts w:cs="Times New Roman" w:hint="cs"/>
          <w:rtl/>
        </w:rPr>
        <w:t>وتفادي</w:t>
      </w:r>
      <w:r>
        <w:rPr>
          <w:rFonts w:cs="Times New Roman"/>
          <w:rtl/>
        </w:rPr>
        <w:t xml:space="preserve"> </w:t>
      </w:r>
      <w:r>
        <w:rPr>
          <w:rFonts w:cs="Times New Roman" w:hint="cs"/>
          <w:rtl/>
        </w:rPr>
        <w:t>سياسات</w:t>
      </w:r>
      <w:r>
        <w:rPr>
          <w:rFonts w:cs="Times New Roman"/>
          <w:rtl/>
        </w:rPr>
        <w:t xml:space="preserve"> </w:t>
      </w:r>
      <w:r>
        <w:rPr>
          <w:rFonts w:cs="Times New Roman" w:hint="cs"/>
          <w:rtl/>
        </w:rPr>
        <w:t>حظر</w:t>
      </w:r>
      <w:r>
        <w:rPr>
          <w:rFonts w:cs="Times New Roman"/>
          <w:rtl/>
        </w:rPr>
        <w:t xml:space="preserve"> </w:t>
      </w:r>
      <w:r>
        <w:rPr>
          <w:rFonts w:cs="Times New Roman" w:hint="cs"/>
          <w:rtl/>
        </w:rPr>
        <w:t>الحسابات</w:t>
      </w:r>
      <w:r>
        <w:t>."</w:t>
      </w:r>
    </w:p>
    <w:p w:rsidR="004E00BA" w:rsidRDefault="004E00BA" w:rsidP="004E00BA">
      <w:pPr>
        <w:tabs>
          <w:tab w:val="left" w:pos="7020"/>
        </w:tabs>
      </w:pPr>
      <w:r>
        <w:t xml:space="preserve">Technical Description (English): "Documenting an attempt to exploit the Kerberos protocol to execute an AS-REP Roasting attack using the </w:t>
      </w:r>
      <w:proofErr w:type="spellStart"/>
      <w:r>
        <w:t>impacket-GetNPUsers</w:t>
      </w:r>
      <w:proofErr w:type="spellEnd"/>
      <w:r>
        <w:t xml:space="preserve"> tool. The attack targeted the previously extracted user list to identify accounts that do not require Kerberos </w:t>
      </w:r>
      <w:proofErr w:type="spellStart"/>
      <w:r>
        <w:t>preauthentication</w:t>
      </w:r>
      <w:proofErr w:type="spellEnd"/>
      <w:r>
        <w:t>. The results confirmed that all accounts, including the Administrator, require pre-authentication, proving that the Active Directory environment is hardened against this specific attack vector, which aims to steal password hashes and bypass account lockout policies."</w:t>
      </w:r>
    </w:p>
    <w:p w:rsidR="00272754" w:rsidRDefault="009D41D7" w:rsidP="00BA22D3">
      <w:pPr>
        <w:tabs>
          <w:tab w:val="left" w:pos="7020"/>
        </w:tabs>
        <w:rPr>
          <w:rtl/>
        </w:rPr>
      </w:pPr>
      <w:r>
        <w:rPr>
          <w:noProof/>
        </w:rPr>
        <w:lastRenderedPageBreak/>
        <w:drawing>
          <wp:inline distT="0" distB="0" distL="0" distR="0">
            <wp:extent cx="5943600" cy="10350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فحص ثغرة AS-REP Roasting في بروتوكول Kerberos (Kerberos Pre-authentication Check).png"/>
                    <pic:cNvPicPr/>
                  </pic:nvPicPr>
                  <pic:blipFill>
                    <a:blip r:embed="rId52">
                      <a:extLst>
                        <a:ext uri="{28A0092B-C50C-407E-A947-70E740481C1C}">
                          <a14:useLocalDpi xmlns:a14="http://schemas.microsoft.com/office/drawing/2010/main" val="0"/>
                        </a:ext>
                      </a:extLst>
                    </a:blip>
                    <a:stretch>
                      <a:fillRect/>
                    </a:stretch>
                  </pic:blipFill>
                  <pic:spPr>
                    <a:xfrm>
                      <a:off x="0" y="0"/>
                      <a:ext cx="5943600" cy="1035050"/>
                    </a:xfrm>
                    <a:prstGeom prst="rect">
                      <a:avLst/>
                    </a:prstGeom>
                  </pic:spPr>
                </pic:pic>
              </a:graphicData>
            </a:graphic>
          </wp:inline>
        </w:drawing>
      </w:r>
    </w:p>
    <w:p w:rsidR="009D41D7" w:rsidRDefault="009D41D7" w:rsidP="00BA22D3">
      <w:pPr>
        <w:tabs>
          <w:tab w:val="left" w:pos="7020"/>
        </w:tabs>
        <w:rPr>
          <w:rtl/>
        </w:rPr>
      </w:pPr>
    </w:p>
    <w:p w:rsidR="009D41D7" w:rsidRDefault="009D41D7" w:rsidP="00BA22D3">
      <w:pPr>
        <w:tabs>
          <w:tab w:val="left" w:pos="7020"/>
        </w:tabs>
        <w:rPr>
          <w:rtl/>
        </w:rPr>
      </w:pPr>
    </w:p>
    <w:p w:rsidR="00F67593" w:rsidRDefault="00F67593" w:rsidP="00BA22D3">
      <w:pPr>
        <w:tabs>
          <w:tab w:val="left" w:pos="7020"/>
        </w:tabs>
        <w:rPr>
          <w:rtl/>
        </w:rPr>
      </w:pPr>
    </w:p>
    <w:p w:rsidR="00F67593" w:rsidRDefault="00F67593" w:rsidP="00BA22D3">
      <w:pPr>
        <w:tabs>
          <w:tab w:val="left" w:pos="7020"/>
        </w:tabs>
        <w:rPr>
          <w:rtl/>
        </w:rPr>
      </w:pPr>
    </w:p>
    <w:p w:rsidR="00F67593" w:rsidRDefault="00F67593" w:rsidP="00BA22D3">
      <w:pPr>
        <w:tabs>
          <w:tab w:val="left" w:pos="7020"/>
        </w:tabs>
        <w:rPr>
          <w:rtl/>
        </w:rPr>
      </w:pPr>
    </w:p>
    <w:p w:rsidR="00F67593" w:rsidRDefault="00F67593" w:rsidP="00BA22D3">
      <w:pPr>
        <w:tabs>
          <w:tab w:val="left" w:pos="7020"/>
        </w:tabs>
        <w:rPr>
          <w:rtl/>
        </w:rPr>
      </w:pPr>
    </w:p>
    <w:p w:rsidR="00F67593" w:rsidRDefault="00F67593" w:rsidP="00BA22D3">
      <w:pPr>
        <w:tabs>
          <w:tab w:val="left" w:pos="7020"/>
        </w:tabs>
        <w:rPr>
          <w:rtl/>
        </w:rPr>
      </w:pPr>
    </w:p>
    <w:p w:rsidR="00F67593" w:rsidRDefault="00F67593" w:rsidP="00BA22D3">
      <w:pPr>
        <w:tabs>
          <w:tab w:val="left" w:pos="7020"/>
        </w:tabs>
        <w:rPr>
          <w:rtl/>
        </w:rPr>
      </w:pPr>
    </w:p>
    <w:p w:rsidR="00F67593" w:rsidRDefault="00F67593" w:rsidP="00BA22D3">
      <w:pPr>
        <w:tabs>
          <w:tab w:val="left" w:pos="7020"/>
        </w:tabs>
        <w:rPr>
          <w:rtl/>
        </w:rPr>
      </w:pPr>
    </w:p>
    <w:p w:rsidR="00F67593" w:rsidRDefault="00F67593" w:rsidP="00BA22D3">
      <w:pPr>
        <w:tabs>
          <w:tab w:val="left" w:pos="7020"/>
        </w:tabs>
        <w:rPr>
          <w:rtl/>
        </w:rPr>
      </w:pPr>
    </w:p>
    <w:p w:rsidR="00F67593" w:rsidRDefault="00F67593" w:rsidP="00BA22D3">
      <w:pPr>
        <w:tabs>
          <w:tab w:val="left" w:pos="7020"/>
        </w:tabs>
        <w:rPr>
          <w:rtl/>
        </w:rPr>
      </w:pPr>
    </w:p>
    <w:p w:rsidR="00F67593" w:rsidRDefault="00F67593" w:rsidP="00BA22D3">
      <w:pPr>
        <w:tabs>
          <w:tab w:val="left" w:pos="7020"/>
        </w:tabs>
        <w:rPr>
          <w:rtl/>
        </w:rPr>
      </w:pPr>
    </w:p>
    <w:p w:rsidR="00F67593" w:rsidRDefault="00F67593" w:rsidP="00BA22D3">
      <w:pPr>
        <w:tabs>
          <w:tab w:val="left" w:pos="7020"/>
        </w:tabs>
        <w:rPr>
          <w:rtl/>
        </w:rPr>
      </w:pPr>
    </w:p>
    <w:p w:rsidR="00F67593" w:rsidRDefault="00F67593" w:rsidP="00F67593">
      <w:pPr>
        <w:tabs>
          <w:tab w:val="left" w:pos="7020"/>
        </w:tabs>
        <w:rPr>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(35): </w:t>
      </w:r>
      <w:r>
        <w:rPr>
          <w:rFonts w:cs="Times New Roman" w:hint="cs"/>
          <w:rtl/>
        </w:rPr>
        <w:t>سحب</w:t>
      </w:r>
      <w:r>
        <w:rPr>
          <w:rFonts w:cs="Times New Roman"/>
          <w:rtl/>
        </w:rPr>
        <w:t xml:space="preserve"> </w:t>
      </w:r>
      <w:r>
        <w:rPr>
          <w:rFonts w:cs="Times New Roman" w:hint="cs"/>
          <w:rtl/>
        </w:rPr>
        <w:t>استخبارات</w:t>
      </w:r>
      <w:r>
        <w:rPr>
          <w:rFonts w:cs="Times New Roman"/>
          <w:rtl/>
        </w:rPr>
        <w:t xml:space="preserve"> </w:t>
      </w:r>
      <w:r>
        <w:rPr>
          <w:rFonts w:cs="Times New Roman" w:hint="cs"/>
          <w:rtl/>
        </w:rPr>
        <w:t>المستخدمين</w:t>
      </w:r>
      <w:r>
        <w:rPr>
          <w:rFonts w:cs="Times New Roman"/>
          <w:rtl/>
        </w:rPr>
        <w:t xml:space="preserve"> </w:t>
      </w:r>
      <w:r>
        <w:rPr>
          <w:rFonts w:cs="Times New Roman" w:hint="cs"/>
          <w:rtl/>
        </w:rPr>
        <w:t>النشطين</w:t>
      </w:r>
      <w:r>
        <w:rPr>
          <w:rFonts w:cs="Times New Roman"/>
          <w:rtl/>
        </w:rPr>
        <w:t xml:space="preserve"> </w:t>
      </w:r>
      <w:r>
        <w:rPr>
          <w:rFonts w:cs="Times New Roman" w:hint="cs"/>
          <w:rtl/>
        </w:rPr>
        <w:t>عبر</w:t>
      </w:r>
      <w:r>
        <w:rPr>
          <w:rFonts w:cs="Times New Roman"/>
          <w:rtl/>
        </w:rPr>
        <w:t xml:space="preserve"> </w:t>
      </w:r>
      <w:r>
        <w:rPr>
          <w:rFonts w:cs="Times New Roman" w:hint="cs"/>
          <w:rtl/>
        </w:rPr>
        <w:t>بروتوكول</w:t>
      </w:r>
      <w:r>
        <w:t xml:space="preserve"> </w:t>
      </w:r>
    </w:p>
    <w:p w:rsidR="00F67593" w:rsidRDefault="00F67593" w:rsidP="00F67593">
      <w:pPr>
        <w:tabs>
          <w:tab w:val="left" w:pos="7020"/>
        </w:tabs>
      </w:pPr>
      <w:r>
        <w:t>LDAP (Active Directory Intelligence Extraction)</w:t>
      </w:r>
    </w:p>
    <w:p w:rsidR="00F67593" w:rsidRDefault="00F67593" w:rsidP="00F67593">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نجاح</w:t>
      </w:r>
      <w:r>
        <w:rPr>
          <w:rFonts w:cs="Times New Roman"/>
          <w:rtl/>
        </w:rPr>
        <w:t xml:space="preserve"> </w:t>
      </w:r>
      <w:r>
        <w:rPr>
          <w:rFonts w:cs="Times New Roman" w:hint="cs"/>
          <w:rtl/>
        </w:rPr>
        <w:t>المهاجم</w:t>
      </w:r>
      <w:r>
        <w:rPr>
          <w:rFonts w:cs="Times New Roman"/>
          <w:rtl/>
        </w:rPr>
        <w:t xml:space="preserve"> </w:t>
      </w:r>
      <w:r>
        <w:rPr>
          <w:rFonts w:cs="Times New Roman" w:hint="cs"/>
          <w:rtl/>
        </w:rPr>
        <w:t>في</w:t>
      </w:r>
      <w:r>
        <w:rPr>
          <w:rFonts w:cs="Times New Roman"/>
          <w:rtl/>
        </w:rPr>
        <w:t xml:space="preserve"> </w:t>
      </w:r>
      <w:r>
        <w:rPr>
          <w:rFonts w:cs="Times New Roman" w:hint="cs"/>
          <w:rtl/>
        </w:rPr>
        <w:t>سحب</w:t>
      </w:r>
      <w:r>
        <w:rPr>
          <w:rFonts w:cs="Times New Roman"/>
          <w:rtl/>
        </w:rPr>
        <w:t xml:space="preserve"> </w:t>
      </w:r>
      <w:r>
        <w:rPr>
          <w:rFonts w:cs="Times New Roman" w:hint="cs"/>
          <w:rtl/>
        </w:rPr>
        <w:t>بيانات</w:t>
      </w:r>
      <w:r>
        <w:rPr>
          <w:rFonts w:cs="Times New Roman"/>
          <w:rtl/>
        </w:rPr>
        <w:t xml:space="preserve"> </w:t>
      </w:r>
      <w:r>
        <w:rPr>
          <w:rFonts w:cs="Times New Roman" w:hint="cs"/>
          <w:rtl/>
        </w:rPr>
        <w:t>الدليل</w:t>
      </w:r>
      <w:r>
        <w:rPr>
          <w:rFonts w:cs="Times New Roman"/>
          <w:rtl/>
        </w:rPr>
        <w:t xml:space="preserve"> </w:t>
      </w:r>
      <w:r>
        <w:rPr>
          <w:rFonts w:cs="Times New Roman" w:hint="cs"/>
          <w:rtl/>
        </w:rPr>
        <w:t>النشط</w:t>
      </w:r>
      <w:r>
        <w:rPr>
          <w:rFonts w:cs="Times New Roman"/>
          <w:rtl/>
        </w:rPr>
        <w:t xml:space="preserve"> </w:t>
      </w:r>
      <w:r>
        <w:rPr>
          <w:rFonts w:cs="Times New Roman" w:hint="cs"/>
          <w:rtl/>
        </w:rPr>
        <w:t>التفصيلية</w:t>
      </w:r>
      <w:r>
        <w:rPr>
          <w:rFonts w:cs="Times New Roman"/>
          <w:rtl/>
        </w:rPr>
        <w:t xml:space="preserve"> </w:t>
      </w:r>
      <w:r>
        <w:rPr>
          <w:rFonts w:cs="Times New Roman" w:hint="cs"/>
          <w:rtl/>
        </w:rPr>
        <w:t>باستخدام</w:t>
      </w:r>
      <w:r>
        <w:rPr>
          <w:rFonts w:cs="Times New Roman"/>
          <w:rtl/>
        </w:rPr>
        <w:t xml:space="preserve"> </w:t>
      </w:r>
      <w:r>
        <w:rPr>
          <w:rFonts w:cs="Times New Roman" w:hint="cs"/>
          <w:rtl/>
        </w:rPr>
        <w:t>أداة</w:t>
      </w:r>
      <w:r>
        <w:t xml:space="preserve"> </w:t>
      </w:r>
      <w:proofErr w:type="spellStart"/>
      <w:r>
        <w:t>impacket-GetADUsers</w:t>
      </w:r>
      <w:proofErr w:type="spellEnd"/>
      <w:r>
        <w:t xml:space="preserve"> </w:t>
      </w:r>
      <w:r>
        <w:rPr>
          <w:rFonts w:cs="Times New Roman" w:hint="cs"/>
          <w:rtl/>
        </w:rPr>
        <w:t>بمساعدة</w:t>
      </w:r>
      <w:r>
        <w:rPr>
          <w:rFonts w:cs="Times New Roman"/>
          <w:rtl/>
        </w:rPr>
        <w:t xml:space="preserve"> </w:t>
      </w:r>
      <w:r>
        <w:rPr>
          <w:rFonts w:cs="Times New Roman" w:hint="cs"/>
          <w:rtl/>
        </w:rPr>
        <w:t>حساب</w:t>
      </w:r>
      <w:r>
        <w:rPr>
          <w:rFonts w:cs="Times New Roman"/>
          <w:rtl/>
        </w:rPr>
        <w:t xml:space="preserve"> </w:t>
      </w:r>
      <w:r>
        <w:rPr>
          <w:rFonts w:cs="Times New Roman" w:hint="cs"/>
          <w:rtl/>
        </w:rPr>
        <w:t>مستخدم</w:t>
      </w:r>
      <w:r>
        <w:rPr>
          <w:rFonts w:cs="Times New Roman"/>
          <w:rtl/>
        </w:rPr>
        <w:t xml:space="preserve"> </w:t>
      </w:r>
      <w:r>
        <w:rPr>
          <w:rFonts w:cs="Times New Roman" w:hint="cs"/>
          <w:rtl/>
        </w:rPr>
        <w:t>عادي</w:t>
      </w:r>
      <w:r>
        <w:t xml:space="preserve"> (</w:t>
      </w:r>
      <w:proofErr w:type="spellStart"/>
      <w:r>
        <w:t>ahmed.ali</w:t>
      </w:r>
      <w:proofErr w:type="spellEnd"/>
      <w:r>
        <w:t xml:space="preserve">). </w:t>
      </w:r>
      <w:r>
        <w:rPr>
          <w:rFonts w:cs="Times New Roman" w:hint="cs"/>
          <w:rtl/>
        </w:rPr>
        <w:t>أظهرت</w:t>
      </w:r>
      <w:r>
        <w:rPr>
          <w:rFonts w:cs="Times New Roman"/>
          <w:rtl/>
        </w:rPr>
        <w:t xml:space="preserve"> </w:t>
      </w:r>
      <w:r>
        <w:rPr>
          <w:rFonts w:cs="Times New Roman" w:hint="cs"/>
          <w:rtl/>
        </w:rPr>
        <w:t>النتائج</w:t>
      </w:r>
      <w:r>
        <w:rPr>
          <w:rFonts w:cs="Times New Roman"/>
          <w:rtl/>
        </w:rPr>
        <w:t xml:space="preserve"> </w:t>
      </w:r>
      <w:r>
        <w:rPr>
          <w:rFonts w:cs="Times New Roman" w:hint="cs"/>
          <w:rtl/>
        </w:rPr>
        <w:t>استخراج</w:t>
      </w:r>
      <w:r>
        <w:rPr>
          <w:rFonts w:cs="Times New Roman"/>
          <w:rtl/>
        </w:rPr>
        <w:t xml:space="preserve"> </w:t>
      </w:r>
      <w:r>
        <w:rPr>
          <w:rFonts w:cs="Times New Roman" w:hint="cs"/>
          <w:rtl/>
        </w:rPr>
        <w:t>معلومات</w:t>
      </w:r>
      <w:r>
        <w:rPr>
          <w:rFonts w:cs="Times New Roman"/>
          <w:rtl/>
        </w:rPr>
        <w:t xml:space="preserve"> </w:t>
      </w:r>
      <w:r>
        <w:rPr>
          <w:rFonts w:cs="Times New Roman" w:hint="cs"/>
          <w:rtl/>
        </w:rPr>
        <w:t>حساسة</w:t>
      </w:r>
      <w:r>
        <w:rPr>
          <w:rFonts w:cs="Times New Roman"/>
          <w:rtl/>
        </w:rPr>
        <w:t xml:space="preserve"> </w:t>
      </w:r>
      <w:r>
        <w:rPr>
          <w:rFonts w:cs="Times New Roman" w:hint="cs"/>
          <w:rtl/>
        </w:rPr>
        <w:t>عن</w:t>
      </w:r>
      <w:r>
        <w:rPr>
          <w:rFonts w:cs="Times New Roman"/>
          <w:rtl/>
        </w:rPr>
        <w:t xml:space="preserve"> </w:t>
      </w:r>
      <w:r>
        <w:rPr>
          <w:rFonts w:cs="Times New Roman" w:hint="cs"/>
          <w:rtl/>
        </w:rPr>
        <w:t>جميع</w:t>
      </w:r>
      <w:r>
        <w:rPr>
          <w:rFonts w:cs="Times New Roman"/>
          <w:rtl/>
        </w:rPr>
        <w:t xml:space="preserve"> </w:t>
      </w:r>
      <w:r>
        <w:rPr>
          <w:rFonts w:cs="Times New Roman" w:hint="cs"/>
          <w:rtl/>
        </w:rPr>
        <w:t>المستخدمين</w:t>
      </w:r>
      <w:r>
        <w:rPr>
          <w:rFonts w:cs="Times New Roman"/>
          <w:rtl/>
        </w:rPr>
        <w:t xml:space="preserve">، </w:t>
      </w:r>
      <w:r>
        <w:rPr>
          <w:rFonts w:cs="Times New Roman" w:hint="cs"/>
          <w:rtl/>
        </w:rPr>
        <w:t>بما</w:t>
      </w:r>
      <w:r>
        <w:rPr>
          <w:rFonts w:cs="Times New Roman"/>
          <w:rtl/>
        </w:rPr>
        <w:t xml:space="preserve"> </w:t>
      </w:r>
      <w:r>
        <w:rPr>
          <w:rFonts w:cs="Times New Roman" w:hint="cs"/>
          <w:rtl/>
        </w:rPr>
        <w:t>في</w:t>
      </w:r>
      <w:r>
        <w:rPr>
          <w:rFonts w:cs="Times New Roman"/>
          <w:rtl/>
        </w:rPr>
        <w:t xml:space="preserve"> </w:t>
      </w:r>
      <w:r>
        <w:rPr>
          <w:rFonts w:cs="Times New Roman" w:hint="cs"/>
          <w:rtl/>
        </w:rPr>
        <w:t>ذلك</w:t>
      </w:r>
      <w:r>
        <w:rPr>
          <w:rFonts w:cs="Times New Roman"/>
          <w:rtl/>
        </w:rPr>
        <w:t xml:space="preserve"> </w:t>
      </w:r>
      <w:r>
        <w:rPr>
          <w:rFonts w:cs="Times New Roman" w:hint="cs"/>
          <w:rtl/>
        </w:rPr>
        <w:t>تواريخ</w:t>
      </w:r>
      <w:r>
        <w:rPr>
          <w:rFonts w:cs="Times New Roman"/>
          <w:rtl/>
        </w:rPr>
        <w:t xml:space="preserve"> </w:t>
      </w:r>
      <w:r>
        <w:rPr>
          <w:rFonts w:cs="Times New Roman" w:hint="cs"/>
          <w:rtl/>
        </w:rPr>
        <w:t>آخر</w:t>
      </w:r>
      <w:r>
        <w:rPr>
          <w:rFonts w:cs="Times New Roman"/>
          <w:rtl/>
        </w:rPr>
        <w:t xml:space="preserve"> </w:t>
      </w:r>
      <w:r>
        <w:rPr>
          <w:rFonts w:cs="Times New Roman" w:hint="cs"/>
          <w:rtl/>
        </w:rPr>
        <w:t>تغيير</w:t>
      </w:r>
      <w:r>
        <w:rPr>
          <w:rFonts w:cs="Times New Roman"/>
          <w:rtl/>
        </w:rPr>
        <w:t xml:space="preserve"> </w:t>
      </w:r>
      <w:r>
        <w:rPr>
          <w:rFonts w:cs="Times New Roman" w:hint="cs"/>
          <w:rtl/>
        </w:rPr>
        <w:t>لكلمة</w:t>
      </w:r>
      <w:r>
        <w:rPr>
          <w:rFonts w:cs="Times New Roman"/>
          <w:rtl/>
        </w:rPr>
        <w:t xml:space="preserve"> </w:t>
      </w:r>
      <w:r>
        <w:rPr>
          <w:rFonts w:cs="Times New Roman" w:hint="cs"/>
          <w:rtl/>
        </w:rPr>
        <w:t>المرور</w:t>
      </w:r>
      <w:r>
        <w:rPr>
          <w:rFonts w:cs="Times New Roman"/>
          <w:rtl/>
        </w:rPr>
        <w:t xml:space="preserve"> </w:t>
      </w:r>
      <w:r>
        <w:rPr>
          <w:rFonts w:cs="Times New Roman" w:hint="cs"/>
          <w:rtl/>
        </w:rPr>
        <w:t>وآخر</w:t>
      </w:r>
      <w:r>
        <w:rPr>
          <w:rFonts w:cs="Times New Roman"/>
          <w:rtl/>
        </w:rPr>
        <w:t xml:space="preserve"> </w:t>
      </w:r>
      <w:r>
        <w:rPr>
          <w:rFonts w:cs="Times New Roman" w:hint="cs"/>
          <w:rtl/>
        </w:rPr>
        <w:t>تسجيل</w:t>
      </w:r>
      <w:r>
        <w:rPr>
          <w:rFonts w:cs="Times New Roman"/>
          <w:rtl/>
        </w:rPr>
        <w:t xml:space="preserve"> </w:t>
      </w:r>
      <w:r>
        <w:rPr>
          <w:rFonts w:cs="Times New Roman" w:hint="cs"/>
          <w:rtl/>
        </w:rPr>
        <w:t>دخول</w:t>
      </w:r>
      <w:r>
        <w:rPr>
          <w:rFonts w:cs="Times New Roman"/>
          <w:rtl/>
        </w:rPr>
        <w:t xml:space="preserve">. </w:t>
      </w:r>
      <w:r>
        <w:rPr>
          <w:rFonts w:cs="Times New Roman" w:hint="cs"/>
          <w:rtl/>
        </w:rPr>
        <w:t>يكشف</w:t>
      </w:r>
      <w:r>
        <w:rPr>
          <w:rFonts w:cs="Times New Roman"/>
          <w:rtl/>
        </w:rPr>
        <w:t xml:space="preserve"> </w:t>
      </w:r>
      <w:r>
        <w:rPr>
          <w:rFonts w:cs="Times New Roman" w:hint="cs"/>
          <w:rtl/>
        </w:rPr>
        <w:t>هذا</w:t>
      </w:r>
      <w:r>
        <w:rPr>
          <w:rFonts w:cs="Times New Roman"/>
          <w:rtl/>
        </w:rPr>
        <w:t xml:space="preserve"> </w:t>
      </w:r>
      <w:r>
        <w:rPr>
          <w:rFonts w:cs="Times New Roman" w:hint="cs"/>
          <w:rtl/>
        </w:rPr>
        <w:t>الفحص</w:t>
      </w:r>
      <w:r>
        <w:rPr>
          <w:rFonts w:cs="Times New Roman"/>
          <w:rtl/>
        </w:rPr>
        <w:t xml:space="preserve"> </w:t>
      </w:r>
      <w:r>
        <w:rPr>
          <w:rFonts w:cs="Times New Roman" w:hint="cs"/>
          <w:rtl/>
        </w:rPr>
        <w:t>عن</w:t>
      </w:r>
      <w:r>
        <w:rPr>
          <w:rFonts w:cs="Times New Roman"/>
          <w:rtl/>
        </w:rPr>
        <w:t xml:space="preserve"> </w:t>
      </w:r>
      <w:r>
        <w:rPr>
          <w:rFonts w:cs="Times New Roman" w:hint="cs"/>
          <w:rtl/>
        </w:rPr>
        <w:t>الحسابات</w:t>
      </w:r>
      <w:r>
        <w:rPr>
          <w:rFonts w:cs="Times New Roman"/>
          <w:rtl/>
        </w:rPr>
        <w:t xml:space="preserve"> </w:t>
      </w:r>
      <w:r>
        <w:rPr>
          <w:rFonts w:cs="Times New Roman" w:hint="cs"/>
          <w:rtl/>
        </w:rPr>
        <w:t>النشطة</w:t>
      </w:r>
      <w:r>
        <w:t xml:space="preserve"> (</w:t>
      </w:r>
      <w:r>
        <w:rPr>
          <w:rFonts w:cs="Times New Roman" w:hint="cs"/>
          <w:rtl/>
        </w:rPr>
        <w:t>مثل</w:t>
      </w:r>
      <w:r>
        <w:t xml:space="preserve"> Administrator </w:t>
      </w:r>
      <w:proofErr w:type="gramStart"/>
      <w:r>
        <w:rPr>
          <w:rFonts w:cs="Times New Roman" w:hint="cs"/>
          <w:rtl/>
        </w:rPr>
        <w:t>و</w:t>
      </w:r>
      <w:r>
        <w:t xml:space="preserve"> HTC</w:t>
      </w:r>
      <w:proofErr w:type="gramEnd"/>
      <w:r>
        <w:t xml:space="preserve">) </w:t>
      </w:r>
      <w:r>
        <w:rPr>
          <w:rFonts w:cs="Times New Roman" w:hint="cs"/>
          <w:rtl/>
        </w:rPr>
        <w:t>والحسابات</w:t>
      </w:r>
      <w:r>
        <w:rPr>
          <w:rFonts w:cs="Times New Roman"/>
          <w:rtl/>
        </w:rPr>
        <w:t xml:space="preserve"> </w:t>
      </w:r>
      <w:r>
        <w:rPr>
          <w:rFonts w:cs="Times New Roman" w:hint="cs"/>
          <w:rtl/>
        </w:rPr>
        <w:t>الخاملة</w:t>
      </w:r>
      <w:r>
        <w:rPr>
          <w:rFonts w:cs="Times New Roman"/>
          <w:rtl/>
        </w:rPr>
        <w:t xml:space="preserve"> </w:t>
      </w:r>
      <w:r>
        <w:rPr>
          <w:rFonts w:cs="Times New Roman" w:hint="cs"/>
          <w:rtl/>
        </w:rPr>
        <w:t>التي</w:t>
      </w:r>
      <w:r>
        <w:rPr>
          <w:rFonts w:cs="Times New Roman"/>
          <w:rtl/>
        </w:rPr>
        <w:t xml:space="preserve"> </w:t>
      </w:r>
      <w:r>
        <w:rPr>
          <w:rFonts w:cs="Times New Roman" w:hint="cs"/>
          <w:rtl/>
        </w:rPr>
        <w:t>لم</w:t>
      </w:r>
      <w:r>
        <w:rPr>
          <w:rFonts w:cs="Times New Roman"/>
          <w:rtl/>
        </w:rPr>
        <w:t xml:space="preserve"> </w:t>
      </w:r>
      <w:r>
        <w:rPr>
          <w:rFonts w:cs="Times New Roman" w:hint="cs"/>
          <w:rtl/>
        </w:rPr>
        <w:t>تسجل</w:t>
      </w:r>
      <w:r>
        <w:rPr>
          <w:rFonts w:cs="Times New Roman"/>
          <w:rtl/>
        </w:rPr>
        <w:t xml:space="preserve"> </w:t>
      </w:r>
      <w:r>
        <w:rPr>
          <w:rFonts w:cs="Times New Roman" w:hint="cs"/>
          <w:rtl/>
        </w:rPr>
        <w:t>الدخول</w:t>
      </w:r>
      <w:r>
        <w:rPr>
          <w:rFonts w:cs="Times New Roman"/>
          <w:rtl/>
        </w:rPr>
        <w:t xml:space="preserve"> </w:t>
      </w:r>
      <w:r>
        <w:rPr>
          <w:rFonts w:cs="Times New Roman" w:hint="cs"/>
          <w:rtl/>
        </w:rPr>
        <w:t>مطلقاً</w:t>
      </w:r>
      <w:r>
        <w:rPr>
          <w:rFonts w:cs="Times New Roman"/>
          <w:rtl/>
        </w:rPr>
        <w:t xml:space="preserve"> (</w:t>
      </w:r>
      <w:r>
        <w:rPr>
          <w:rFonts w:cs="Times New Roman" w:hint="cs"/>
          <w:rtl/>
        </w:rPr>
        <w:t>مثل</w:t>
      </w:r>
      <w:r>
        <w:rPr>
          <w:rFonts w:cs="Times New Roman"/>
          <w:rtl/>
        </w:rPr>
        <w:t xml:space="preserve"> </w:t>
      </w:r>
      <w:r>
        <w:rPr>
          <w:rFonts w:cs="Times New Roman" w:hint="cs"/>
          <w:rtl/>
        </w:rPr>
        <w:t>باقي</w:t>
      </w:r>
      <w:r>
        <w:rPr>
          <w:rFonts w:cs="Times New Roman"/>
          <w:rtl/>
        </w:rPr>
        <w:t xml:space="preserve"> </w:t>
      </w:r>
      <w:r>
        <w:rPr>
          <w:rFonts w:cs="Times New Roman" w:hint="cs"/>
          <w:rtl/>
        </w:rPr>
        <w:t>موظفي</w:t>
      </w:r>
      <w:r>
        <w:rPr>
          <w:rFonts w:cs="Times New Roman"/>
          <w:rtl/>
        </w:rPr>
        <w:t xml:space="preserve"> </w:t>
      </w:r>
      <w:r>
        <w:rPr>
          <w:rFonts w:cs="Times New Roman" w:hint="cs"/>
          <w:rtl/>
        </w:rPr>
        <w:t>الأقسام</w:t>
      </w:r>
      <w:r>
        <w:rPr>
          <w:rFonts w:cs="Times New Roman"/>
          <w:rtl/>
        </w:rPr>
        <w:t xml:space="preserve">)، </w:t>
      </w:r>
      <w:r>
        <w:rPr>
          <w:rFonts w:cs="Times New Roman" w:hint="cs"/>
          <w:rtl/>
        </w:rPr>
        <w:t>مما</w:t>
      </w:r>
      <w:r>
        <w:rPr>
          <w:rFonts w:cs="Times New Roman"/>
          <w:rtl/>
        </w:rPr>
        <w:t xml:space="preserve"> </w:t>
      </w:r>
      <w:r>
        <w:rPr>
          <w:rFonts w:cs="Times New Roman" w:hint="cs"/>
          <w:rtl/>
        </w:rPr>
        <w:t>يمنح</w:t>
      </w:r>
      <w:r>
        <w:rPr>
          <w:rFonts w:cs="Times New Roman"/>
          <w:rtl/>
        </w:rPr>
        <w:t xml:space="preserve"> </w:t>
      </w:r>
      <w:r>
        <w:rPr>
          <w:rFonts w:cs="Times New Roman" w:hint="cs"/>
          <w:rtl/>
        </w:rPr>
        <w:t>المهاجم</w:t>
      </w:r>
      <w:r>
        <w:rPr>
          <w:rFonts w:cs="Times New Roman"/>
          <w:rtl/>
        </w:rPr>
        <w:t xml:space="preserve"> </w:t>
      </w:r>
      <w:r>
        <w:rPr>
          <w:rFonts w:cs="Times New Roman" w:hint="cs"/>
          <w:rtl/>
        </w:rPr>
        <w:t>رؤية</w:t>
      </w:r>
      <w:r>
        <w:rPr>
          <w:rFonts w:cs="Times New Roman"/>
          <w:rtl/>
        </w:rPr>
        <w:t xml:space="preserve"> </w:t>
      </w:r>
      <w:r>
        <w:rPr>
          <w:rFonts w:cs="Times New Roman" w:hint="cs"/>
          <w:rtl/>
        </w:rPr>
        <w:t>استخباراتية</w:t>
      </w:r>
      <w:r>
        <w:rPr>
          <w:rFonts w:cs="Times New Roman"/>
          <w:rtl/>
        </w:rPr>
        <w:t xml:space="preserve"> </w:t>
      </w:r>
      <w:r>
        <w:rPr>
          <w:rFonts w:cs="Times New Roman" w:hint="cs"/>
          <w:rtl/>
        </w:rPr>
        <w:t>ممتازة</w:t>
      </w:r>
      <w:r>
        <w:rPr>
          <w:rFonts w:cs="Times New Roman"/>
          <w:rtl/>
        </w:rPr>
        <w:t xml:space="preserve"> </w:t>
      </w:r>
      <w:r>
        <w:rPr>
          <w:rFonts w:cs="Times New Roman" w:hint="cs"/>
          <w:rtl/>
        </w:rPr>
        <w:t>للتمييز</w:t>
      </w:r>
      <w:r>
        <w:rPr>
          <w:rFonts w:cs="Times New Roman"/>
          <w:rtl/>
        </w:rPr>
        <w:t xml:space="preserve"> </w:t>
      </w:r>
      <w:r>
        <w:rPr>
          <w:rFonts w:cs="Times New Roman" w:hint="cs"/>
          <w:rtl/>
        </w:rPr>
        <w:t>بين</w:t>
      </w:r>
      <w:r>
        <w:rPr>
          <w:rFonts w:cs="Times New Roman"/>
          <w:rtl/>
        </w:rPr>
        <w:t xml:space="preserve"> </w:t>
      </w:r>
      <w:r>
        <w:rPr>
          <w:rFonts w:cs="Times New Roman" w:hint="cs"/>
          <w:rtl/>
        </w:rPr>
        <w:t>الأهداف</w:t>
      </w:r>
      <w:r>
        <w:rPr>
          <w:rFonts w:cs="Times New Roman"/>
          <w:rtl/>
        </w:rPr>
        <w:t xml:space="preserve"> </w:t>
      </w:r>
      <w:r>
        <w:rPr>
          <w:rFonts w:cs="Times New Roman" w:hint="cs"/>
          <w:rtl/>
        </w:rPr>
        <w:t>الحية</w:t>
      </w:r>
      <w:r>
        <w:rPr>
          <w:rFonts w:cs="Times New Roman"/>
          <w:rtl/>
        </w:rPr>
        <w:t xml:space="preserve"> </w:t>
      </w:r>
      <w:r>
        <w:rPr>
          <w:rFonts w:cs="Times New Roman" w:hint="cs"/>
          <w:rtl/>
        </w:rPr>
        <w:t>وتوجيه</w:t>
      </w:r>
      <w:r>
        <w:rPr>
          <w:rFonts w:cs="Times New Roman"/>
          <w:rtl/>
        </w:rPr>
        <w:t xml:space="preserve"> </w:t>
      </w:r>
      <w:r>
        <w:rPr>
          <w:rFonts w:cs="Times New Roman" w:hint="cs"/>
          <w:rtl/>
        </w:rPr>
        <w:t>هجمات</w:t>
      </w:r>
      <w:r>
        <w:rPr>
          <w:rFonts w:cs="Times New Roman"/>
          <w:rtl/>
        </w:rPr>
        <w:t xml:space="preserve"> </w:t>
      </w:r>
      <w:r>
        <w:rPr>
          <w:rFonts w:cs="Times New Roman" w:hint="cs"/>
          <w:rtl/>
        </w:rPr>
        <w:t>التخمين</w:t>
      </w:r>
      <w:r>
        <w:rPr>
          <w:rFonts w:cs="Times New Roman"/>
          <w:rtl/>
        </w:rPr>
        <w:t xml:space="preserve"> </w:t>
      </w:r>
      <w:r>
        <w:rPr>
          <w:rFonts w:cs="Times New Roman" w:hint="cs"/>
          <w:rtl/>
        </w:rPr>
        <w:t>نحو</w:t>
      </w:r>
      <w:r>
        <w:rPr>
          <w:rFonts w:cs="Times New Roman"/>
          <w:rtl/>
        </w:rPr>
        <w:t xml:space="preserve"> </w:t>
      </w:r>
      <w:r>
        <w:rPr>
          <w:rFonts w:cs="Times New Roman" w:hint="cs"/>
          <w:rtl/>
        </w:rPr>
        <w:t>الحسابات</w:t>
      </w:r>
      <w:r>
        <w:rPr>
          <w:rFonts w:cs="Times New Roman"/>
          <w:rtl/>
        </w:rPr>
        <w:t xml:space="preserve"> </w:t>
      </w:r>
      <w:r>
        <w:rPr>
          <w:rFonts w:cs="Times New Roman" w:hint="cs"/>
          <w:rtl/>
        </w:rPr>
        <w:t>غير</w:t>
      </w:r>
      <w:r>
        <w:rPr>
          <w:rFonts w:cs="Times New Roman"/>
          <w:rtl/>
        </w:rPr>
        <w:t xml:space="preserve"> </w:t>
      </w:r>
      <w:r>
        <w:rPr>
          <w:rFonts w:cs="Times New Roman" w:hint="cs"/>
          <w:rtl/>
        </w:rPr>
        <w:t>المراقبة</w:t>
      </w:r>
      <w:r>
        <w:t>."</w:t>
      </w:r>
    </w:p>
    <w:p w:rsidR="00F67593" w:rsidRDefault="00F67593" w:rsidP="00F67593">
      <w:pPr>
        <w:tabs>
          <w:tab w:val="left" w:pos="7020"/>
        </w:tabs>
        <w:rPr>
          <w:rtl/>
        </w:rPr>
      </w:pPr>
      <w:r>
        <w:t xml:space="preserve">Technical Description (English): "Documenting the attacker's success in extracting detailed Active Directory intelligence using the </w:t>
      </w:r>
      <w:proofErr w:type="spellStart"/>
      <w:r>
        <w:t>impacket-GetADUsers</w:t>
      </w:r>
      <w:proofErr w:type="spellEnd"/>
      <w:r>
        <w:t xml:space="preserve"> tool with a standard user account (</w:t>
      </w:r>
      <w:proofErr w:type="spellStart"/>
      <w:r>
        <w:t>ahmed.ali</w:t>
      </w:r>
      <w:proofErr w:type="spellEnd"/>
      <w:r>
        <w:t xml:space="preserve">). The results revealed the extraction of sensitive information about all users, including password last set timestamps and last logon times. This scan distinguishes between active accounts (e.g., Administrator and HTC) and dormant accounts that have never logged on (e.g., the remaining </w:t>
      </w:r>
      <w:r>
        <w:lastRenderedPageBreak/>
        <w:t>department users), providing the attacker with excellent operational intelligence to identify live targets and direct password spraying attacks towards unmonitored accounts."</w:t>
      </w:r>
    </w:p>
    <w:p w:rsidR="00F67593" w:rsidRDefault="00F67593" w:rsidP="00F67593">
      <w:pPr>
        <w:tabs>
          <w:tab w:val="left" w:pos="7020"/>
        </w:tabs>
        <w:rPr>
          <w:rtl/>
        </w:rPr>
      </w:pPr>
      <w:r>
        <w:rPr>
          <w:noProof/>
        </w:rPr>
        <w:drawing>
          <wp:inline distT="0" distB="0" distL="0" distR="0">
            <wp:extent cx="5943600" cy="127444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سحب استخبارات المستخدمين النشطين عبر بروتوكول LDAP (Active Directory Intelligence Extraction).png"/>
                    <pic:cNvPicPr/>
                  </pic:nvPicPr>
                  <pic:blipFill>
                    <a:blip r:embed="rId53">
                      <a:extLst>
                        <a:ext uri="{28A0092B-C50C-407E-A947-70E740481C1C}">
                          <a14:useLocalDpi xmlns:a14="http://schemas.microsoft.com/office/drawing/2010/main" val="0"/>
                        </a:ext>
                      </a:extLst>
                    </a:blip>
                    <a:stretch>
                      <a:fillRect/>
                    </a:stretch>
                  </pic:blipFill>
                  <pic:spPr>
                    <a:xfrm>
                      <a:off x="0" y="0"/>
                      <a:ext cx="5943600" cy="1274445"/>
                    </a:xfrm>
                    <a:prstGeom prst="rect">
                      <a:avLst/>
                    </a:prstGeom>
                  </pic:spPr>
                </pic:pic>
              </a:graphicData>
            </a:graphic>
          </wp:inline>
        </w:drawing>
      </w:r>
    </w:p>
    <w:p w:rsidR="00F67593" w:rsidRDefault="00F67593" w:rsidP="00F67593">
      <w:pPr>
        <w:tabs>
          <w:tab w:val="left" w:pos="7020"/>
        </w:tabs>
        <w:rPr>
          <w:rtl/>
        </w:rPr>
      </w:pPr>
    </w:p>
    <w:p w:rsidR="00F67593" w:rsidRDefault="00F67593" w:rsidP="00F67593">
      <w:pPr>
        <w:tabs>
          <w:tab w:val="left" w:pos="7020"/>
        </w:tabs>
        <w:rPr>
          <w:rtl/>
        </w:rPr>
      </w:pPr>
    </w:p>
    <w:p w:rsidR="00F67593" w:rsidRDefault="00F67593" w:rsidP="00F67593">
      <w:pPr>
        <w:tabs>
          <w:tab w:val="left" w:pos="7020"/>
        </w:tabs>
        <w:rPr>
          <w:rtl/>
        </w:rPr>
      </w:pPr>
    </w:p>
    <w:p w:rsidR="00F67593" w:rsidRDefault="00F67593" w:rsidP="00F67593">
      <w:pPr>
        <w:tabs>
          <w:tab w:val="left" w:pos="7020"/>
        </w:tabs>
        <w:rPr>
          <w:rtl/>
        </w:rPr>
      </w:pPr>
    </w:p>
    <w:p w:rsidR="00F67593" w:rsidRDefault="00F67593" w:rsidP="00F67593">
      <w:pPr>
        <w:tabs>
          <w:tab w:val="left" w:pos="7020"/>
        </w:tabs>
        <w:rPr>
          <w:rtl/>
        </w:rPr>
      </w:pPr>
    </w:p>
    <w:p w:rsidR="00F67593" w:rsidRDefault="00F67593" w:rsidP="00F67593">
      <w:pPr>
        <w:tabs>
          <w:tab w:val="left" w:pos="7020"/>
        </w:tabs>
        <w:rPr>
          <w:rtl/>
        </w:rPr>
      </w:pPr>
    </w:p>
    <w:p w:rsidR="00F67593" w:rsidRDefault="00F67593" w:rsidP="00F67593">
      <w:pPr>
        <w:tabs>
          <w:tab w:val="left" w:pos="7020"/>
        </w:tabs>
        <w:rPr>
          <w:rtl/>
        </w:rPr>
      </w:pPr>
    </w:p>
    <w:p w:rsidR="00F67593" w:rsidRDefault="00F67593" w:rsidP="00F67593">
      <w:pPr>
        <w:tabs>
          <w:tab w:val="left" w:pos="7020"/>
        </w:tabs>
        <w:rPr>
          <w:rtl/>
        </w:rPr>
      </w:pPr>
    </w:p>
    <w:p w:rsidR="00F67593" w:rsidRDefault="00F67593" w:rsidP="00F67593">
      <w:pPr>
        <w:tabs>
          <w:tab w:val="left" w:pos="7020"/>
        </w:tabs>
        <w:rPr>
          <w:rtl/>
        </w:rPr>
      </w:pPr>
    </w:p>
    <w:p w:rsidR="00F67593" w:rsidRDefault="00F67593" w:rsidP="00F67593">
      <w:pPr>
        <w:tabs>
          <w:tab w:val="left" w:pos="7020"/>
        </w:tabs>
        <w:rPr>
          <w:rtl/>
        </w:rPr>
      </w:pPr>
    </w:p>
    <w:p w:rsidR="00F67593" w:rsidRDefault="00F67593" w:rsidP="00F67593">
      <w:pPr>
        <w:tabs>
          <w:tab w:val="left" w:pos="7020"/>
        </w:tabs>
        <w:rPr>
          <w:rtl/>
        </w:rPr>
      </w:pPr>
    </w:p>
    <w:p w:rsidR="00F67593" w:rsidRDefault="00F67593" w:rsidP="00F67593">
      <w:pPr>
        <w:tabs>
          <w:tab w:val="left" w:pos="7020"/>
        </w:tabs>
        <w:rPr>
          <w:rtl/>
        </w:rPr>
      </w:pPr>
    </w:p>
    <w:p w:rsidR="00497956" w:rsidRDefault="00497956" w:rsidP="00497956">
      <w:pPr>
        <w:tabs>
          <w:tab w:val="left" w:pos="7020"/>
        </w:tabs>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(36): </w:t>
      </w:r>
      <w:r>
        <w:rPr>
          <w:rFonts w:cs="Times New Roman" w:hint="cs"/>
          <w:rtl/>
        </w:rPr>
        <w:t>فحص</w:t>
      </w:r>
      <w:r>
        <w:rPr>
          <w:rFonts w:cs="Times New Roman"/>
          <w:rtl/>
        </w:rPr>
        <w:t xml:space="preserve"> </w:t>
      </w:r>
      <w:r>
        <w:rPr>
          <w:rFonts w:cs="Times New Roman" w:hint="cs"/>
          <w:rtl/>
        </w:rPr>
        <w:t>صلاحيات</w:t>
      </w:r>
      <w:r>
        <w:rPr>
          <w:rFonts w:cs="Times New Roman"/>
          <w:rtl/>
        </w:rPr>
        <w:t xml:space="preserve"> </w:t>
      </w:r>
      <w:r>
        <w:rPr>
          <w:rFonts w:cs="Times New Roman" w:hint="cs"/>
          <w:rtl/>
        </w:rPr>
        <w:t>الوصول</w:t>
      </w:r>
      <w:r>
        <w:rPr>
          <w:rFonts w:cs="Times New Roman"/>
          <w:rtl/>
        </w:rPr>
        <w:t xml:space="preserve"> </w:t>
      </w:r>
      <w:r>
        <w:rPr>
          <w:rFonts w:cs="Times New Roman" w:hint="cs"/>
          <w:rtl/>
        </w:rPr>
        <w:t>للمجلدات</w:t>
      </w:r>
      <w:r>
        <w:rPr>
          <w:rFonts w:cs="Times New Roman"/>
          <w:rtl/>
        </w:rPr>
        <w:t xml:space="preserve"> </w:t>
      </w:r>
      <w:r>
        <w:rPr>
          <w:rFonts w:cs="Times New Roman" w:hint="cs"/>
          <w:rtl/>
        </w:rPr>
        <w:t>المشتركة</w:t>
      </w:r>
      <w:r>
        <w:t xml:space="preserve"> (SMB Access Mapping)</w:t>
      </w:r>
    </w:p>
    <w:p w:rsidR="00497956" w:rsidRDefault="00497956" w:rsidP="00497956">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استخدام</w:t>
      </w:r>
      <w:r>
        <w:rPr>
          <w:rFonts w:cs="Times New Roman"/>
          <w:rtl/>
        </w:rPr>
        <w:t xml:space="preserve"> </w:t>
      </w:r>
      <w:r>
        <w:rPr>
          <w:rFonts w:cs="Times New Roman" w:hint="cs"/>
          <w:rtl/>
        </w:rPr>
        <w:t>أداة</w:t>
      </w:r>
      <w:r>
        <w:t xml:space="preserve"> </w:t>
      </w:r>
      <w:proofErr w:type="spellStart"/>
      <w:r>
        <w:t>smbmap</w:t>
      </w:r>
      <w:proofErr w:type="spellEnd"/>
      <w:r>
        <w:t xml:space="preserve"> </w:t>
      </w:r>
      <w:r>
        <w:rPr>
          <w:rFonts w:cs="Times New Roman" w:hint="cs"/>
          <w:rtl/>
        </w:rPr>
        <w:t>لسحف</w:t>
      </w:r>
      <w:r>
        <w:rPr>
          <w:rFonts w:cs="Times New Roman"/>
          <w:rtl/>
        </w:rPr>
        <w:t xml:space="preserve"> </w:t>
      </w:r>
      <w:r>
        <w:rPr>
          <w:rFonts w:cs="Times New Roman" w:hint="cs"/>
          <w:rtl/>
        </w:rPr>
        <w:t>خريطة</w:t>
      </w:r>
      <w:r>
        <w:rPr>
          <w:rFonts w:cs="Times New Roman"/>
          <w:rtl/>
        </w:rPr>
        <w:t xml:space="preserve"> </w:t>
      </w:r>
      <w:r>
        <w:rPr>
          <w:rFonts w:cs="Times New Roman" w:hint="cs"/>
          <w:rtl/>
        </w:rPr>
        <w:t>الصلاحيات</w:t>
      </w:r>
      <w:r>
        <w:t xml:space="preserve"> (Permissions Map) </w:t>
      </w:r>
      <w:r>
        <w:rPr>
          <w:rFonts w:cs="Times New Roman" w:hint="cs"/>
          <w:rtl/>
        </w:rPr>
        <w:t>للمجلدات</w:t>
      </w:r>
      <w:r>
        <w:rPr>
          <w:rFonts w:cs="Times New Roman"/>
          <w:rtl/>
        </w:rPr>
        <w:t xml:space="preserve"> </w:t>
      </w:r>
      <w:r>
        <w:rPr>
          <w:rFonts w:cs="Times New Roman" w:hint="cs"/>
          <w:rtl/>
        </w:rPr>
        <w:t>المشتركة</w:t>
      </w:r>
      <w:r>
        <w:rPr>
          <w:rFonts w:cs="Times New Roman"/>
          <w:rtl/>
        </w:rPr>
        <w:t xml:space="preserve"> </w:t>
      </w:r>
      <w:r>
        <w:rPr>
          <w:rFonts w:cs="Times New Roman" w:hint="cs"/>
          <w:rtl/>
        </w:rPr>
        <w:t>في</w:t>
      </w:r>
      <w:r>
        <w:rPr>
          <w:rFonts w:cs="Times New Roman"/>
          <w:rtl/>
        </w:rPr>
        <w:t xml:space="preserve"> </w:t>
      </w:r>
      <w:r>
        <w:rPr>
          <w:rFonts w:cs="Times New Roman" w:hint="cs"/>
          <w:rtl/>
        </w:rPr>
        <w:t>السيرفر</w:t>
      </w:r>
      <w:r>
        <w:rPr>
          <w:rFonts w:cs="Times New Roman"/>
          <w:rtl/>
        </w:rPr>
        <w:t xml:space="preserve"> </w:t>
      </w:r>
      <w:r>
        <w:rPr>
          <w:rFonts w:cs="Times New Roman" w:hint="cs"/>
          <w:rtl/>
        </w:rPr>
        <w:t>باستخدام</w:t>
      </w:r>
      <w:r>
        <w:rPr>
          <w:rFonts w:cs="Times New Roman"/>
          <w:rtl/>
        </w:rPr>
        <w:t xml:space="preserve"> </w:t>
      </w:r>
      <w:r>
        <w:rPr>
          <w:rFonts w:cs="Times New Roman" w:hint="cs"/>
          <w:rtl/>
        </w:rPr>
        <w:t>حساب</w:t>
      </w:r>
      <w:r>
        <w:rPr>
          <w:rFonts w:cs="Times New Roman"/>
          <w:rtl/>
        </w:rPr>
        <w:t xml:space="preserve"> </w:t>
      </w:r>
      <w:r>
        <w:rPr>
          <w:rFonts w:cs="Times New Roman" w:hint="cs"/>
          <w:rtl/>
        </w:rPr>
        <w:t>المستخدم</w:t>
      </w:r>
      <w:r>
        <w:rPr>
          <w:rFonts w:cs="Times New Roman"/>
          <w:rtl/>
        </w:rPr>
        <w:t xml:space="preserve"> </w:t>
      </w:r>
      <w:r>
        <w:rPr>
          <w:rFonts w:cs="Times New Roman" w:hint="cs"/>
          <w:rtl/>
        </w:rPr>
        <w:t>العادي</w:t>
      </w:r>
      <w:r>
        <w:t xml:space="preserve"> </w:t>
      </w:r>
      <w:proofErr w:type="spellStart"/>
      <w:r>
        <w:t>ahmed.ali</w:t>
      </w:r>
      <w:proofErr w:type="spellEnd"/>
      <w:r>
        <w:t xml:space="preserve">. </w:t>
      </w:r>
      <w:r>
        <w:rPr>
          <w:rFonts w:cs="Times New Roman" w:hint="cs"/>
          <w:rtl/>
        </w:rPr>
        <w:t>أظهرت</w:t>
      </w:r>
      <w:r>
        <w:rPr>
          <w:rFonts w:cs="Times New Roman"/>
          <w:rtl/>
        </w:rPr>
        <w:t xml:space="preserve"> </w:t>
      </w:r>
      <w:r>
        <w:rPr>
          <w:rFonts w:cs="Times New Roman" w:hint="cs"/>
          <w:rtl/>
        </w:rPr>
        <w:t>النتائج</w:t>
      </w:r>
      <w:r>
        <w:rPr>
          <w:rFonts w:cs="Times New Roman"/>
          <w:rtl/>
        </w:rPr>
        <w:t xml:space="preserve"> </w:t>
      </w:r>
      <w:r>
        <w:rPr>
          <w:rFonts w:cs="Times New Roman" w:hint="cs"/>
          <w:rtl/>
        </w:rPr>
        <w:t>التزام</w:t>
      </w:r>
      <w:r>
        <w:rPr>
          <w:rFonts w:cs="Times New Roman"/>
          <w:rtl/>
        </w:rPr>
        <w:t xml:space="preserve"> </w:t>
      </w:r>
      <w:r>
        <w:rPr>
          <w:rFonts w:cs="Times New Roman" w:hint="cs"/>
          <w:rtl/>
        </w:rPr>
        <w:t>السيرفر</w:t>
      </w:r>
      <w:r>
        <w:rPr>
          <w:rFonts w:cs="Times New Roman"/>
          <w:rtl/>
        </w:rPr>
        <w:t xml:space="preserve"> </w:t>
      </w:r>
      <w:r>
        <w:rPr>
          <w:rFonts w:cs="Times New Roman" w:hint="cs"/>
          <w:rtl/>
        </w:rPr>
        <w:t>بمبدأ</w:t>
      </w:r>
      <w:r>
        <w:rPr>
          <w:rFonts w:cs="Times New Roman"/>
          <w:rtl/>
        </w:rPr>
        <w:t xml:space="preserve"> </w:t>
      </w:r>
      <w:r>
        <w:rPr>
          <w:rFonts w:cs="Times New Roman" w:hint="cs"/>
          <w:rtl/>
        </w:rPr>
        <w:t>أقل</w:t>
      </w:r>
      <w:r>
        <w:rPr>
          <w:rFonts w:cs="Times New Roman"/>
          <w:rtl/>
        </w:rPr>
        <w:t xml:space="preserve"> </w:t>
      </w:r>
      <w:r>
        <w:rPr>
          <w:rFonts w:cs="Times New Roman" w:hint="cs"/>
          <w:rtl/>
        </w:rPr>
        <w:t>الصلاحيات</w:t>
      </w:r>
      <w:r>
        <w:t xml:space="preserve"> (Principle of Least Privilege)</w:t>
      </w:r>
      <w:r>
        <w:rPr>
          <w:rFonts w:cs="Times New Roman"/>
          <w:rtl/>
        </w:rPr>
        <w:t xml:space="preserve">؛ </w:t>
      </w:r>
      <w:r>
        <w:rPr>
          <w:rFonts w:cs="Times New Roman" w:hint="cs"/>
          <w:rtl/>
        </w:rPr>
        <w:t>حيث</w:t>
      </w:r>
      <w:r>
        <w:rPr>
          <w:rFonts w:cs="Times New Roman"/>
          <w:rtl/>
        </w:rPr>
        <w:t xml:space="preserve"> </w:t>
      </w:r>
      <w:r>
        <w:rPr>
          <w:rFonts w:cs="Times New Roman" w:hint="cs"/>
          <w:rtl/>
        </w:rPr>
        <w:t>تم</w:t>
      </w:r>
      <w:r>
        <w:rPr>
          <w:rFonts w:cs="Times New Roman"/>
          <w:rtl/>
        </w:rPr>
        <w:t xml:space="preserve"> </w:t>
      </w:r>
      <w:r>
        <w:rPr>
          <w:rFonts w:cs="Times New Roman" w:hint="cs"/>
          <w:rtl/>
        </w:rPr>
        <w:t>رفض</w:t>
      </w:r>
      <w:r>
        <w:rPr>
          <w:rFonts w:cs="Times New Roman"/>
          <w:rtl/>
        </w:rPr>
        <w:t xml:space="preserve"> </w:t>
      </w:r>
      <w:r>
        <w:rPr>
          <w:rFonts w:cs="Times New Roman" w:hint="cs"/>
          <w:rtl/>
        </w:rPr>
        <w:t>الوصول</w:t>
      </w:r>
      <w:r>
        <w:t xml:space="preserve"> (NO ACCESS) </w:t>
      </w:r>
      <w:r>
        <w:rPr>
          <w:rFonts w:cs="Times New Roman" w:hint="cs"/>
          <w:rtl/>
        </w:rPr>
        <w:t>للمجلدات</w:t>
      </w:r>
      <w:r>
        <w:rPr>
          <w:rFonts w:cs="Times New Roman"/>
          <w:rtl/>
        </w:rPr>
        <w:t xml:space="preserve"> </w:t>
      </w:r>
      <w:r>
        <w:rPr>
          <w:rFonts w:cs="Times New Roman" w:hint="cs"/>
          <w:rtl/>
        </w:rPr>
        <w:t>الإدارية</w:t>
      </w:r>
      <w:r>
        <w:rPr>
          <w:rFonts w:cs="Times New Roman"/>
          <w:rtl/>
        </w:rPr>
        <w:t xml:space="preserve"> </w:t>
      </w:r>
      <w:r>
        <w:rPr>
          <w:rFonts w:cs="Times New Roman" w:hint="cs"/>
          <w:rtl/>
        </w:rPr>
        <w:t>الحساسة</w:t>
      </w:r>
      <w:r>
        <w:t xml:space="preserve"> ADMIN$ </w:t>
      </w:r>
      <w:proofErr w:type="gramStart"/>
      <w:r>
        <w:rPr>
          <w:rFonts w:cs="Times New Roman" w:hint="cs"/>
          <w:rtl/>
        </w:rPr>
        <w:t>و</w:t>
      </w:r>
      <w:r>
        <w:t xml:space="preserve"> C</w:t>
      </w:r>
      <w:proofErr w:type="gramEnd"/>
      <w:r>
        <w:t xml:space="preserve">$. </w:t>
      </w:r>
      <w:r>
        <w:rPr>
          <w:rFonts w:cs="Times New Roman" w:hint="cs"/>
          <w:rtl/>
        </w:rPr>
        <w:t>في</w:t>
      </w:r>
      <w:r>
        <w:rPr>
          <w:rFonts w:cs="Times New Roman"/>
          <w:rtl/>
        </w:rPr>
        <w:t xml:space="preserve"> </w:t>
      </w:r>
      <w:r>
        <w:rPr>
          <w:rFonts w:cs="Times New Roman" w:hint="cs"/>
          <w:rtl/>
        </w:rPr>
        <w:t>المقابل</w:t>
      </w:r>
      <w:r>
        <w:rPr>
          <w:rFonts w:cs="Times New Roman"/>
          <w:rtl/>
        </w:rPr>
        <w:t xml:space="preserve">، </w:t>
      </w:r>
      <w:r>
        <w:rPr>
          <w:rFonts w:cs="Times New Roman" w:hint="cs"/>
          <w:rtl/>
        </w:rPr>
        <w:t>تم</w:t>
      </w:r>
      <w:r>
        <w:rPr>
          <w:rFonts w:cs="Times New Roman"/>
          <w:rtl/>
        </w:rPr>
        <w:t xml:space="preserve"> </w:t>
      </w:r>
      <w:r>
        <w:rPr>
          <w:rFonts w:cs="Times New Roman" w:hint="cs"/>
          <w:rtl/>
        </w:rPr>
        <w:t>منح</w:t>
      </w:r>
      <w:r>
        <w:rPr>
          <w:rFonts w:cs="Times New Roman"/>
          <w:rtl/>
        </w:rPr>
        <w:t xml:space="preserve"> </w:t>
      </w:r>
      <w:r>
        <w:rPr>
          <w:rFonts w:cs="Times New Roman" w:hint="cs"/>
          <w:rtl/>
        </w:rPr>
        <w:t>صلاحية</w:t>
      </w:r>
      <w:r>
        <w:rPr>
          <w:rFonts w:cs="Times New Roman"/>
          <w:rtl/>
        </w:rPr>
        <w:t xml:space="preserve"> </w:t>
      </w:r>
      <w:r>
        <w:rPr>
          <w:rFonts w:cs="Times New Roman" w:hint="cs"/>
          <w:rtl/>
        </w:rPr>
        <w:t>قراءة</w:t>
      </w:r>
      <w:r>
        <w:rPr>
          <w:rFonts w:cs="Times New Roman"/>
          <w:rtl/>
        </w:rPr>
        <w:t xml:space="preserve"> </w:t>
      </w:r>
      <w:r>
        <w:rPr>
          <w:rFonts w:cs="Times New Roman" w:hint="cs"/>
          <w:rtl/>
        </w:rPr>
        <w:t>فقط</w:t>
      </w:r>
      <w:r>
        <w:t xml:space="preserve"> (READ ONLY) </w:t>
      </w:r>
      <w:r>
        <w:rPr>
          <w:rFonts w:cs="Times New Roman" w:hint="cs"/>
          <w:rtl/>
        </w:rPr>
        <w:t>لمجلدات</w:t>
      </w:r>
      <w:r>
        <w:rPr>
          <w:rFonts w:cs="Times New Roman"/>
          <w:rtl/>
        </w:rPr>
        <w:t xml:space="preserve"> </w:t>
      </w:r>
      <w:r>
        <w:rPr>
          <w:rFonts w:cs="Times New Roman" w:hint="cs"/>
          <w:rtl/>
        </w:rPr>
        <w:t>النطاق</w:t>
      </w:r>
      <w:r>
        <w:t xml:space="preserve"> SYSVOL </w:t>
      </w:r>
      <w:proofErr w:type="gramStart"/>
      <w:r>
        <w:rPr>
          <w:rFonts w:cs="Times New Roman" w:hint="cs"/>
          <w:rtl/>
        </w:rPr>
        <w:t>و</w:t>
      </w:r>
      <w:r>
        <w:t xml:space="preserve"> NETLOGON</w:t>
      </w:r>
      <w:proofErr w:type="gramEnd"/>
      <w:r>
        <w:t xml:space="preserve">. </w:t>
      </w:r>
      <w:r>
        <w:rPr>
          <w:rFonts w:cs="Times New Roman" w:hint="cs"/>
          <w:rtl/>
        </w:rPr>
        <w:t>هذه</w:t>
      </w:r>
      <w:r>
        <w:rPr>
          <w:rFonts w:cs="Times New Roman"/>
          <w:rtl/>
        </w:rPr>
        <w:t xml:space="preserve"> </w:t>
      </w:r>
      <w:r>
        <w:rPr>
          <w:rFonts w:cs="Times New Roman" w:hint="cs"/>
          <w:rtl/>
        </w:rPr>
        <w:t>النتيجة</w:t>
      </w:r>
      <w:r>
        <w:rPr>
          <w:rFonts w:cs="Times New Roman"/>
          <w:rtl/>
        </w:rPr>
        <w:t xml:space="preserve"> </w:t>
      </w:r>
      <w:r>
        <w:rPr>
          <w:rFonts w:cs="Times New Roman" w:hint="cs"/>
          <w:rtl/>
        </w:rPr>
        <w:t>تثبت</w:t>
      </w:r>
      <w:r>
        <w:rPr>
          <w:rFonts w:cs="Times New Roman"/>
          <w:rtl/>
        </w:rPr>
        <w:t xml:space="preserve"> </w:t>
      </w:r>
      <w:r>
        <w:rPr>
          <w:rFonts w:cs="Times New Roman" w:hint="cs"/>
          <w:rtl/>
        </w:rPr>
        <w:t>أن</w:t>
      </w:r>
      <w:r>
        <w:rPr>
          <w:rFonts w:cs="Times New Roman"/>
          <w:rtl/>
        </w:rPr>
        <w:t xml:space="preserve"> </w:t>
      </w:r>
      <w:r>
        <w:rPr>
          <w:rFonts w:cs="Times New Roman" w:hint="cs"/>
          <w:rtl/>
        </w:rPr>
        <w:t>المستخدمين</w:t>
      </w:r>
      <w:r>
        <w:rPr>
          <w:rFonts w:cs="Times New Roman"/>
          <w:rtl/>
        </w:rPr>
        <w:t xml:space="preserve"> </w:t>
      </w:r>
      <w:r>
        <w:rPr>
          <w:rFonts w:cs="Times New Roman" w:hint="cs"/>
          <w:rtl/>
        </w:rPr>
        <w:t>العاديين</w:t>
      </w:r>
      <w:r>
        <w:rPr>
          <w:rFonts w:cs="Times New Roman"/>
          <w:rtl/>
        </w:rPr>
        <w:t xml:space="preserve"> </w:t>
      </w:r>
      <w:r>
        <w:rPr>
          <w:rFonts w:cs="Times New Roman" w:hint="cs"/>
          <w:rtl/>
        </w:rPr>
        <w:t>لا</w:t>
      </w:r>
      <w:r>
        <w:rPr>
          <w:rFonts w:cs="Times New Roman"/>
          <w:rtl/>
        </w:rPr>
        <w:t xml:space="preserve"> </w:t>
      </w:r>
      <w:r>
        <w:rPr>
          <w:rFonts w:cs="Times New Roman" w:hint="cs"/>
          <w:rtl/>
        </w:rPr>
        <w:t>يملكون</w:t>
      </w:r>
      <w:r>
        <w:rPr>
          <w:rFonts w:cs="Times New Roman"/>
          <w:rtl/>
        </w:rPr>
        <w:t xml:space="preserve"> </w:t>
      </w:r>
      <w:r>
        <w:rPr>
          <w:rFonts w:cs="Times New Roman" w:hint="cs"/>
          <w:rtl/>
        </w:rPr>
        <w:t>صلاحيات</w:t>
      </w:r>
      <w:r>
        <w:rPr>
          <w:rFonts w:cs="Times New Roman"/>
          <w:rtl/>
        </w:rPr>
        <w:t xml:space="preserve"> </w:t>
      </w:r>
      <w:r>
        <w:rPr>
          <w:rFonts w:cs="Times New Roman" w:hint="cs"/>
          <w:rtl/>
        </w:rPr>
        <w:t>الكتابة</w:t>
      </w:r>
      <w:r>
        <w:rPr>
          <w:rFonts w:cs="Times New Roman"/>
          <w:rtl/>
        </w:rPr>
        <w:t xml:space="preserve"> </w:t>
      </w:r>
      <w:r>
        <w:rPr>
          <w:rFonts w:cs="Times New Roman" w:hint="cs"/>
          <w:rtl/>
        </w:rPr>
        <w:t>على</w:t>
      </w:r>
      <w:r>
        <w:rPr>
          <w:rFonts w:cs="Times New Roman"/>
          <w:rtl/>
        </w:rPr>
        <w:t xml:space="preserve"> </w:t>
      </w:r>
      <w:r>
        <w:rPr>
          <w:rFonts w:cs="Times New Roman" w:hint="cs"/>
          <w:rtl/>
        </w:rPr>
        <w:t>السياسات</w:t>
      </w:r>
      <w:r>
        <w:rPr>
          <w:rFonts w:cs="Times New Roman"/>
          <w:rtl/>
        </w:rPr>
        <w:t xml:space="preserve"> </w:t>
      </w:r>
      <w:r>
        <w:rPr>
          <w:rFonts w:cs="Times New Roman" w:hint="cs"/>
          <w:rtl/>
        </w:rPr>
        <w:t>الأمنية</w:t>
      </w:r>
      <w:r>
        <w:rPr>
          <w:rFonts w:cs="Times New Roman"/>
          <w:rtl/>
        </w:rPr>
        <w:t xml:space="preserve">، </w:t>
      </w:r>
      <w:r>
        <w:rPr>
          <w:rFonts w:cs="Times New Roman" w:hint="cs"/>
          <w:rtl/>
        </w:rPr>
        <w:t>مما</w:t>
      </w:r>
      <w:r>
        <w:rPr>
          <w:rFonts w:cs="Times New Roman"/>
          <w:rtl/>
        </w:rPr>
        <w:t xml:space="preserve"> </w:t>
      </w:r>
      <w:r>
        <w:rPr>
          <w:rFonts w:cs="Times New Roman" w:hint="cs"/>
          <w:rtl/>
        </w:rPr>
        <w:t>يمنع</w:t>
      </w:r>
      <w:r>
        <w:rPr>
          <w:rFonts w:cs="Times New Roman"/>
          <w:rtl/>
        </w:rPr>
        <w:t xml:space="preserve"> </w:t>
      </w:r>
      <w:r>
        <w:rPr>
          <w:rFonts w:cs="Times New Roman" w:hint="cs"/>
          <w:rtl/>
        </w:rPr>
        <w:t>المهاجمين</w:t>
      </w:r>
      <w:r>
        <w:rPr>
          <w:rFonts w:cs="Times New Roman"/>
          <w:rtl/>
        </w:rPr>
        <w:t xml:space="preserve"> </w:t>
      </w:r>
      <w:r>
        <w:rPr>
          <w:rFonts w:cs="Times New Roman" w:hint="cs"/>
          <w:rtl/>
        </w:rPr>
        <w:t>من</w:t>
      </w:r>
      <w:r>
        <w:rPr>
          <w:rFonts w:cs="Times New Roman"/>
          <w:rtl/>
        </w:rPr>
        <w:t xml:space="preserve"> </w:t>
      </w:r>
      <w:r>
        <w:rPr>
          <w:rFonts w:cs="Times New Roman" w:hint="cs"/>
          <w:rtl/>
        </w:rPr>
        <w:t>زرع</w:t>
      </w:r>
      <w:r>
        <w:rPr>
          <w:rFonts w:cs="Times New Roman"/>
          <w:rtl/>
        </w:rPr>
        <w:t xml:space="preserve"> </w:t>
      </w:r>
      <w:r>
        <w:rPr>
          <w:rFonts w:cs="Times New Roman" w:hint="cs"/>
          <w:rtl/>
        </w:rPr>
        <w:t>ملفات</w:t>
      </w:r>
      <w:r>
        <w:rPr>
          <w:rFonts w:cs="Times New Roman"/>
          <w:rtl/>
        </w:rPr>
        <w:t xml:space="preserve"> </w:t>
      </w:r>
      <w:r>
        <w:rPr>
          <w:rFonts w:cs="Times New Roman" w:hint="cs"/>
          <w:rtl/>
        </w:rPr>
        <w:t>خبيثة</w:t>
      </w:r>
      <w:r>
        <w:rPr>
          <w:rFonts w:cs="Times New Roman"/>
          <w:rtl/>
        </w:rPr>
        <w:t xml:space="preserve"> </w:t>
      </w:r>
      <w:r>
        <w:rPr>
          <w:rFonts w:cs="Times New Roman" w:hint="cs"/>
          <w:rtl/>
        </w:rPr>
        <w:t>لانتشارها</w:t>
      </w:r>
      <w:r>
        <w:rPr>
          <w:rFonts w:cs="Times New Roman"/>
          <w:rtl/>
        </w:rPr>
        <w:t xml:space="preserve"> </w:t>
      </w:r>
      <w:r>
        <w:rPr>
          <w:rFonts w:cs="Times New Roman" w:hint="cs"/>
          <w:rtl/>
        </w:rPr>
        <w:t>على</w:t>
      </w:r>
      <w:r>
        <w:rPr>
          <w:rFonts w:cs="Times New Roman"/>
          <w:rtl/>
        </w:rPr>
        <w:t xml:space="preserve"> </w:t>
      </w:r>
      <w:r>
        <w:rPr>
          <w:rFonts w:cs="Times New Roman" w:hint="cs"/>
          <w:rtl/>
        </w:rPr>
        <w:t>باقي</w:t>
      </w:r>
      <w:r>
        <w:rPr>
          <w:rFonts w:cs="Times New Roman"/>
          <w:rtl/>
        </w:rPr>
        <w:t xml:space="preserve"> </w:t>
      </w:r>
      <w:r>
        <w:rPr>
          <w:rFonts w:cs="Times New Roman" w:hint="cs"/>
          <w:rtl/>
        </w:rPr>
        <w:t>أجهزة</w:t>
      </w:r>
      <w:r>
        <w:rPr>
          <w:rFonts w:cs="Times New Roman"/>
          <w:rtl/>
        </w:rPr>
        <w:t xml:space="preserve"> </w:t>
      </w:r>
      <w:r>
        <w:rPr>
          <w:rFonts w:cs="Times New Roman" w:hint="cs"/>
          <w:rtl/>
        </w:rPr>
        <w:t>الشبكة</w:t>
      </w:r>
      <w:r>
        <w:t>."</w:t>
      </w:r>
    </w:p>
    <w:p w:rsidR="00497956" w:rsidRDefault="00497956" w:rsidP="00497956">
      <w:pPr>
        <w:tabs>
          <w:tab w:val="left" w:pos="7020"/>
        </w:tabs>
        <w:rPr>
          <w:rtl/>
        </w:rPr>
      </w:pPr>
      <w:r>
        <w:t xml:space="preserve">Technical Description (English): "Documenting the use of the </w:t>
      </w:r>
      <w:proofErr w:type="spellStart"/>
      <w:r>
        <w:t>smbmap</w:t>
      </w:r>
      <w:proofErr w:type="spellEnd"/>
      <w:r>
        <w:t xml:space="preserve"> tool to extract the Permissions Map for the server's shared folders using the standard user account </w:t>
      </w:r>
      <w:proofErr w:type="spellStart"/>
      <w:r>
        <w:t>ahmed.ali</w:t>
      </w:r>
      <w:proofErr w:type="spellEnd"/>
      <w:r>
        <w:t xml:space="preserve">. The results demonstrated the server's adherence to the Principle of Least Privilege; access was explicitly denied (NO ACCESS) to sensitive administrative shares ADMIN$ and C$. Conversely, </w:t>
      </w:r>
      <w:proofErr w:type="gramStart"/>
      <w:r>
        <w:t>Read-Only</w:t>
      </w:r>
      <w:proofErr w:type="gramEnd"/>
      <w:r>
        <w:t xml:space="preserve"> permissions were granted for the domain shares SYSVOL and NETLOGON. This outcome </w:t>
      </w:r>
      <w:r>
        <w:lastRenderedPageBreak/>
        <w:t>confirms that standard users lack write access to security policies, preventing attackers from planting malicious payloads for lateral movement across network devices."</w:t>
      </w:r>
    </w:p>
    <w:p w:rsidR="00967EB4" w:rsidRDefault="008A149E" w:rsidP="00497956">
      <w:pPr>
        <w:tabs>
          <w:tab w:val="left" w:pos="7020"/>
        </w:tabs>
        <w:rPr>
          <w:rtl/>
        </w:rPr>
      </w:pPr>
      <w:r>
        <w:rPr>
          <w:noProof/>
        </w:rPr>
        <w:drawing>
          <wp:inline distT="0" distB="0" distL="0" distR="0">
            <wp:extent cx="5943600" cy="37211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فحص صلاحيات الوصول للمجلدات المشتركة (SMB Access Mapping).png"/>
                    <pic:cNvPicPr/>
                  </pic:nvPicPr>
                  <pic:blipFill>
                    <a:blip r:embed="rId54">
                      <a:extLst>
                        <a:ext uri="{28A0092B-C50C-407E-A947-70E740481C1C}">
                          <a14:useLocalDpi xmlns:a14="http://schemas.microsoft.com/office/drawing/2010/main" val="0"/>
                        </a:ext>
                      </a:extLst>
                    </a:blip>
                    <a:stretch>
                      <a:fillRect/>
                    </a:stretch>
                  </pic:blipFill>
                  <pic:spPr>
                    <a:xfrm>
                      <a:off x="0" y="0"/>
                      <a:ext cx="5943600" cy="3721100"/>
                    </a:xfrm>
                    <a:prstGeom prst="rect">
                      <a:avLst/>
                    </a:prstGeom>
                  </pic:spPr>
                </pic:pic>
              </a:graphicData>
            </a:graphic>
          </wp:inline>
        </w:drawing>
      </w:r>
    </w:p>
    <w:p w:rsidR="008A149E" w:rsidRDefault="008A149E" w:rsidP="00497956">
      <w:pPr>
        <w:tabs>
          <w:tab w:val="left" w:pos="7020"/>
        </w:tabs>
        <w:rPr>
          <w:rtl/>
        </w:rPr>
      </w:pPr>
    </w:p>
    <w:p w:rsidR="008A149E" w:rsidRDefault="008A149E" w:rsidP="00497956">
      <w:pPr>
        <w:tabs>
          <w:tab w:val="left" w:pos="7020"/>
        </w:tabs>
        <w:rPr>
          <w:rtl/>
        </w:rPr>
      </w:pPr>
    </w:p>
    <w:p w:rsidR="008A149E" w:rsidRDefault="008A149E" w:rsidP="00497956">
      <w:pPr>
        <w:tabs>
          <w:tab w:val="left" w:pos="7020"/>
        </w:tabs>
        <w:rPr>
          <w:rtl/>
        </w:rPr>
      </w:pPr>
    </w:p>
    <w:p w:rsidR="008A149E" w:rsidRDefault="008A149E" w:rsidP="00497956">
      <w:pPr>
        <w:tabs>
          <w:tab w:val="left" w:pos="7020"/>
        </w:tabs>
        <w:rPr>
          <w:rtl/>
        </w:rPr>
      </w:pPr>
    </w:p>
    <w:p w:rsidR="008A149E" w:rsidRDefault="008A149E" w:rsidP="00497956">
      <w:pPr>
        <w:tabs>
          <w:tab w:val="left" w:pos="7020"/>
        </w:tabs>
        <w:rPr>
          <w:rtl/>
        </w:rPr>
      </w:pPr>
    </w:p>
    <w:p w:rsidR="007C633D" w:rsidRDefault="007C633D" w:rsidP="007C633D">
      <w:pPr>
        <w:tabs>
          <w:tab w:val="left" w:pos="7020"/>
        </w:tabs>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(37): </w:t>
      </w:r>
      <w:r>
        <w:rPr>
          <w:rFonts w:cs="Times New Roman" w:hint="cs"/>
          <w:rtl/>
        </w:rPr>
        <w:t>فحص</w:t>
      </w:r>
      <w:r>
        <w:rPr>
          <w:rFonts w:cs="Times New Roman"/>
          <w:rtl/>
        </w:rPr>
        <w:t xml:space="preserve"> </w:t>
      </w:r>
      <w:r>
        <w:rPr>
          <w:rFonts w:cs="Times New Roman" w:hint="cs"/>
          <w:rtl/>
        </w:rPr>
        <w:t>ثغرة</w:t>
      </w:r>
      <w:r>
        <w:t xml:space="preserve"> </w:t>
      </w:r>
      <w:proofErr w:type="spellStart"/>
      <w:r>
        <w:t>Kerberoasting</w:t>
      </w:r>
      <w:proofErr w:type="spellEnd"/>
      <w:r>
        <w:t xml:space="preserve"> </w:t>
      </w:r>
      <w:r>
        <w:rPr>
          <w:rFonts w:cs="Times New Roman" w:hint="cs"/>
          <w:rtl/>
        </w:rPr>
        <w:t>واستهداف</w:t>
      </w:r>
      <w:r>
        <w:rPr>
          <w:rFonts w:cs="Times New Roman"/>
          <w:rtl/>
        </w:rPr>
        <w:t xml:space="preserve"> </w:t>
      </w:r>
      <w:r>
        <w:rPr>
          <w:rFonts w:cs="Times New Roman" w:hint="cs"/>
          <w:rtl/>
        </w:rPr>
        <w:t>حسابات</w:t>
      </w:r>
      <w:r>
        <w:rPr>
          <w:rFonts w:cs="Times New Roman"/>
          <w:rtl/>
        </w:rPr>
        <w:t xml:space="preserve"> </w:t>
      </w:r>
      <w:r>
        <w:rPr>
          <w:rFonts w:cs="Times New Roman" w:hint="cs"/>
          <w:rtl/>
        </w:rPr>
        <w:t>الخدمات</w:t>
      </w:r>
      <w:r>
        <w:t xml:space="preserve"> (Service Principal Name Exploitation)</w:t>
      </w:r>
    </w:p>
    <w:p w:rsidR="007C633D" w:rsidRDefault="007C633D" w:rsidP="007C633D">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محاولة</w:t>
      </w:r>
      <w:r>
        <w:rPr>
          <w:rFonts w:cs="Times New Roman"/>
          <w:rtl/>
        </w:rPr>
        <w:t xml:space="preserve"> </w:t>
      </w:r>
      <w:r>
        <w:rPr>
          <w:rFonts w:cs="Times New Roman" w:hint="cs"/>
          <w:rtl/>
        </w:rPr>
        <w:t>تنفيذ</w:t>
      </w:r>
      <w:r>
        <w:rPr>
          <w:rFonts w:cs="Times New Roman"/>
          <w:rtl/>
        </w:rPr>
        <w:t xml:space="preserve"> </w:t>
      </w:r>
      <w:r>
        <w:rPr>
          <w:rFonts w:cs="Times New Roman" w:hint="cs"/>
          <w:rtl/>
        </w:rPr>
        <w:t>هجوم</w:t>
      </w:r>
      <w:r>
        <w:t xml:space="preserve"> </w:t>
      </w:r>
      <w:proofErr w:type="spellStart"/>
      <w:r>
        <w:t>Kerberoasting</w:t>
      </w:r>
      <w:proofErr w:type="spellEnd"/>
      <w:r>
        <w:t xml:space="preserve"> </w:t>
      </w:r>
      <w:r>
        <w:rPr>
          <w:rFonts w:cs="Times New Roman" w:hint="cs"/>
          <w:rtl/>
        </w:rPr>
        <w:t>باستخدام</w:t>
      </w:r>
      <w:r>
        <w:rPr>
          <w:rFonts w:cs="Times New Roman"/>
          <w:rtl/>
        </w:rPr>
        <w:t xml:space="preserve"> </w:t>
      </w:r>
      <w:r>
        <w:rPr>
          <w:rFonts w:cs="Times New Roman" w:hint="cs"/>
          <w:rtl/>
        </w:rPr>
        <w:t>أداة</w:t>
      </w:r>
      <w:r>
        <w:t xml:space="preserve"> </w:t>
      </w:r>
      <w:proofErr w:type="spellStart"/>
      <w:r>
        <w:t>impacket-GetUserSPNs</w:t>
      </w:r>
      <w:proofErr w:type="spellEnd"/>
      <w:r>
        <w:t xml:space="preserve"> </w:t>
      </w:r>
      <w:r>
        <w:rPr>
          <w:rFonts w:cs="Times New Roman" w:hint="cs"/>
          <w:rtl/>
        </w:rPr>
        <w:t>للبحث</w:t>
      </w:r>
      <w:r>
        <w:rPr>
          <w:rFonts w:cs="Times New Roman"/>
          <w:rtl/>
        </w:rPr>
        <w:t xml:space="preserve"> </w:t>
      </w:r>
      <w:r>
        <w:rPr>
          <w:rFonts w:cs="Times New Roman" w:hint="cs"/>
          <w:rtl/>
        </w:rPr>
        <w:t>عن</w:t>
      </w:r>
      <w:r>
        <w:rPr>
          <w:rFonts w:cs="Times New Roman"/>
          <w:rtl/>
        </w:rPr>
        <w:t xml:space="preserve"> </w:t>
      </w:r>
      <w:r>
        <w:rPr>
          <w:rFonts w:cs="Times New Roman" w:hint="cs"/>
          <w:rtl/>
        </w:rPr>
        <w:t>حسابات</w:t>
      </w:r>
      <w:r>
        <w:rPr>
          <w:rFonts w:cs="Times New Roman"/>
          <w:rtl/>
        </w:rPr>
        <w:t xml:space="preserve"> </w:t>
      </w:r>
      <w:r>
        <w:rPr>
          <w:rFonts w:cs="Times New Roman" w:hint="cs"/>
          <w:rtl/>
        </w:rPr>
        <w:t>الخدمات</w:t>
      </w:r>
      <w:r>
        <w:t xml:space="preserve"> (Service Accounts) </w:t>
      </w:r>
      <w:r>
        <w:rPr>
          <w:rFonts w:cs="Times New Roman" w:hint="cs"/>
          <w:rtl/>
        </w:rPr>
        <w:t>المملوكة</w:t>
      </w:r>
      <w:r>
        <w:rPr>
          <w:rFonts w:cs="Times New Roman"/>
          <w:rtl/>
        </w:rPr>
        <w:t xml:space="preserve"> </w:t>
      </w:r>
      <w:r>
        <w:rPr>
          <w:rFonts w:cs="Times New Roman" w:hint="cs"/>
          <w:rtl/>
        </w:rPr>
        <w:t>لـ</w:t>
      </w:r>
      <w:r>
        <w:t xml:space="preserve"> SPNs </w:t>
      </w:r>
      <w:r>
        <w:rPr>
          <w:rFonts w:cs="Times New Roman" w:hint="cs"/>
          <w:rtl/>
        </w:rPr>
        <w:t>ومحاولة</w:t>
      </w:r>
      <w:r>
        <w:rPr>
          <w:rFonts w:cs="Times New Roman"/>
          <w:rtl/>
        </w:rPr>
        <w:t xml:space="preserve"> </w:t>
      </w:r>
      <w:r>
        <w:rPr>
          <w:rFonts w:cs="Times New Roman" w:hint="cs"/>
          <w:rtl/>
        </w:rPr>
        <w:t>سحب</w:t>
      </w:r>
      <w:r>
        <w:rPr>
          <w:rFonts w:cs="Times New Roman"/>
          <w:rtl/>
        </w:rPr>
        <w:t xml:space="preserve"> </w:t>
      </w:r>
      <w:r>
        <w:rPr>
          <w:rFonts w:cs="Times New Roman" w:hint="cs"/>
          <w:rtl/>
        </w:rPr>
        <w:t>تذاكر</w:t>
      </w:r>
      <w:r>
        <w:rPr>
          <w:rFonts w:cs="Times New Roman"/>
          <w:rtl/>
        </w:rPr>
        <w:t xml:space="preserve"> </w:t>
      </w:r>
      <w:r>
        <w:rPr>
          <w:rFonts w:cs="Times New Roman" w:hint="cs"/>
          <w:rtl/>
        </w:rPr>
        <w:t>تشفير</w:t>
      </w:r>
      <w:r>
        <w:t xml:space="preserve"> Kerberos (TGS). </w:t>
      </w:r>
      <w:r>
        <w:rPr>
          <w:rFonts w:cs="Times New Roman" w:hint="cs"/>
          <w:rtl/>
        </w:rPr>
        <w:t>أظهرت</w:t>
      </w:r>
      <w:r>
        <w:rPr>
          <w:rFonts w:cs="Times New Roman"/>
          <w:rtl/>
        </w:rPr>
        <w:t xml:space="preserve"> </w:t>
      </w:r>
      <w:r>
        <w:rPr>
          <w:rFonts w:cs="Times New Roman" w:hint="cs"/>
          <w:rtl/>
        </w:rPr>
        <w:t>النتيجة</w:t>
      </w:r>
      <w:r>
        <w:rPr>
          <w:rFonts w:cs="Times New Roman"/>
          <w:rtl/>
        </w:rPr>
        <w:t xml:space="preserve"> </w:t>
      </w:r>
      <w:r>
        <w:rPr>
          <w:rFonts w:cs="Times New Roman" w:hint="cs"/>
          <w:rtl/>
        </w:rPr>
        <w:t>عدم</w:t>
      </w:r>
      <w:r>
        <w:rPr>
          <w:rFonts w:cs="Times New Roman"/>
          <w:rtl/>
        </w:rPr>
        <w:t xml:space="preserve"> </w:t>
      </w:r>
      <w:r>
        <w:rPr>
          <w:rFonts w:cs="Times New Roman" w:hint="cs"/>
          <w:rtl/>
        </w:rPr>
        <w:t>وجود</w:t>
      </w:r>
      <w:r>
        <w:rPr>
          <w:rFonts w:cs="Times New Roman"/>
          <w:rtl/>
        </w:rPr>
        <w:t xml:space="preserve"> </w:t>
      </w:r>
      <w:r>
        <w:rPr>
          <w:rFonts w:cs="Times New Roman" w:hint="cs"/>
          <w:rtl/>
        </w:rPr>
        <w:t>أي</w:t>
      </w:r>
      <w:r>
        <w:rPr>
          <w:rFonts w:cs="Times New Roman"/>
          <w:rtl/>
        </w:rPr>
        <w:t xml:space="preserve"> </w:t>
      </w:r>
      <w:r>
        <w:rPr>
          <w:rFonts w:cs="Times New Roman" w:hint="cs"/>
          <w:rtl/>
        </w:rPr>
        <w:t>حسابات</w:t>
      </w:r>
      <w:r>
        <w:rPr>
          <w:rFonts w:cs="Times New Roman"/>
          <w:rtl/>
        </w:rPr>
        <w:t xml:space="preserve"> </w:t>
      </w:r>
      <w:r>
        <w:rPr>
          <w:rFonts w:cs="Times New Roman" w:hint="cs"/>
          <w:rtl/>
        </w:rPr>
        <w:t>خدمات</w:t>
      </w:r>
      <w:r>
        <w:rPr>
          <w:rFonts w:cs="Times New Roman"/>
          <w:rtl/>
        </w:rPr>
        <w:t xml:space="preserve"> </w:t>
      </w:r>
      <w:r>
        <w:rPr>
          <w:rFonts w:cs="Times New Roman" w:hint="cs"/>
          <w:rtl/>
        </w:rPr>
        <w:t>مكشوفة</w:t>
      </w:r>
      <w:r>
        <w:t xml:space="preserve"> (No entries found!). </w:t>
      </w:r>
      <w:r>
        <w:rPr>
          <w:rFonts w:cs="Times New Roman" w:hint="cs"/>
          <w:rtl/>
        </w:rPr>
        <w:t>هذا</w:t>
      </w:r>
      <w:r>
        <w:rPr>
          <w:rFonts w:cs="Times New Roman"/>
          <w:rtl/>
        </w:rPr>
        <w:t xml:space="preserve"> </w:t>
      </w:r>
      <w:r>
        <w:rPr>
          <w:rFonts w:cs="Times New Roman" w:hint="cs"/>
          <w:rtl/>
        </w:rPr>
        <w:t>يثبت</w:t>
      </w:r>
      <w:r>
        <w:rPr>
          <w:rFonts w:cs="Times New Roman"/>
          <w:rtl/>
        </w:rPr>
        <w:t xml:space="preserve"> </w:t>
      </w:r>
      <w:r>
        <w:rPr>
          <w:rFonts w:cs="Times New Roman" w:hint="cs"/>
          <w:rtl/>
        </w:rPr>
        <w:t>خلو</w:t>
      </w:r>
      <w:r>
        <w:rPr>
          <w:rFonts w:cs="Times New Roman"/>
          <w:rtl/>
        </w:rPr>
        <w:t xml:space="preserve"> </w:t>
      </w:r>
      <w:r>
        <w:rPr>
          <w:rFonts w:cs="Times New Roman" w:hint="cs"/>
          <w:rtl/>
        </w:rPr>
        <w:t>البيئة</w:t>
      </w:r>
      <w:r>
        <w:rPr>
          <w:rFonts w:cs="Times New Roman"/>
          <w:rtl/>
        </w:rPr>
        <w:t xml:space="preserve"> </w:t>
      </w:r>
      <w:r>
        <w:rPr>
          <w:rFonts w:cs="Times New Roman" w:hint="cs"/>
          <w:rtl/>
        </w:rPr>
        <w:t>من</w:t>
      </w:r>
      <w:r>
        <w:rPr>
          <w:rFonts w:cs="Times New Roman"/>
          <w:rtl/>
        </w:rPr>
        <w:t xml:space="preserve"> </w:t>
      </w:r>
      <w:r>
        <w:rPr>
          <w:rFonts w:cs="Times New Roman" w:hint="cs"/>
          <w:rtl/>
        </w:rPr>
        <w:t>نقاط</w:t>
      </w:r>
      <w:r>
        <w:rPr>
          <w:rFonts w:cs="Times New Roman"/>
          <w:rtl/>
        </w:rPr>
        <w:t xml:space="preserve"> </w:t>
      </w:r>
      <w:r>
        <w:rPr>
          <w:rFonts w:cs="Times New Roman" w:hint="cs"/>
          <w:rtl/>
        </w:rPr>
        <w:t>الضعف</w:t>
      </w:r>
      <w:r>
        <w:rPr>
          <w:rFonts w:cs="Times New Roman"/>
          <w:rtl/>
        </w:rPr>
        <w:t xml:space="preserve"> </w:t>
      </w:r>
      <w:r>
        <w:rPr>
          <w:rFonts w:cs="Times New Roman" w:hint="cs"/>
          <w:rtl/>
        </w:rPr>
        <w:t>التي</w:t>
      </w:r>
      <w:r>
        <w:rPr>
          <w:rFonts w:cs="Times New Roman"/>
          <w:rtl/>
        </w:rPr>
        <w:t xml:space="preserve"> </w:t>
      </w:r>
      <w:r>
        <w:rPr>
          <w:rFonts w:cs="Times New Roman" w:hint="cs"/>
          <w:rtl/>
        </w:rPr>
        <w:t>تُستخدم</w:t>
      </w:r>
      <w:r>
        <w:rPr>
          <w:rFonts w:cs="Times New Roman"/>
          <w:rtl/>
        </w:rPr>
        <w:t xml:space="preserve"> </w:t>
      </w:r>
      <w:r>
        <w:rPr>
          <w:rFonts w:cs="Times New Roman" w:hint="cs"/>
          <w:rtl/>
        </w:rPr>
        <w:t>عادةً</w:t>
      </w:r>
      <w:r>
        <w:rPr>
          <w:rFonts w:cs="Times New Roman"/>
          <w:rtl/>
        </w:rPr>
        <w:t xml:space="preserve"> </w:t>
      </w:r>
      <w:r>
        <w:rPr>
          <w:rFonts w:cs="Times New Roman" w:hint="cs"/>
          <w:rtl/>
        </w:rPr>
        <w:t>لاستخراج</w:t>
      </w:r>
      <w:r>
        <w:rPr>
          <w:rFonts w:cs="Times New Roman"/>
          <w:rtl/>
        </w:rPr>
        <w:t xml:space="preserve"> </w:t>
      </w:r>
      <w:r>
        <w:rPr>
          <w:rFonts w:cs="Times New Roman" w:hint="cs"/>
          <w:rtl/>
        </w:rPr>
        <w:t>تجزئة</w:t>
      </w:r>
      <w:r>
        <w:rPr>
          <w:rFonts w:cs="Times New Roman"/>
          <w:rtl/>
        </w:rPr>
        <w:t xml:space="preserve"> </w:t>
      </w:r>
      <w:r>
        <w:rPr>
          <w:rFonts w:cs="Times New Roman" w:hint="cs"/>
          <w:rtl/>
        </w:rPr>
        <w:t>كلمات</w:t>
      </w:r>
      <w:r>
        <w:rPr>
          <w:rFonts w:cs="Times New Roman"/>
          <w:rtl/>
        </w:rPr>
        <w:t xml:space="preserve"> </w:t>
      </w:r>
      <w:r>
        <w:rPr>
          <w:rFonts w:cs="Times New Roman" w:hint="cs"/>
          <w:rtl/>
        </w:rPr>
        <w:t>المرور</w:t>
      </w:r>
      <w:r>
        <w:t xml:space="preserve"> (Password Hashes) </w:t>
      </w:r>
      <w:r>
        <w:rPr>
          <w:rFonts w:cs="Times New Roman" w:hint="cs"/>
          <w:rtl/>
        </w:rPr>
        <w:t>الخاصة</w:t>
      </w:r>
      <w:r>
        <w:rPr>
          <w:rFonts w:cs="Times New Roman"/>
          <w:rtl/>
        </w:rPr>
        <w:t xml:space="preserve"> </w:t>
      </w:r>
      <w:r>
        <w:rPr>
          <w:rFonts w:cs="Times New Roman" w:hint="cs"/>
          <w:rtl/>
        </w:rPr>
        <w:t>بالخدمات</w:t>
      </w:r>
      <w:r>
        <w:rPr>
          <w:rFonts w:cs="Times New Roman"/>
          <w:rtl/>
        </w:rPr>
        <w:t xml:space="preserve"> </w:t>
      </w:r>
      <w:r>
        <w:rPr>
          <w:rFonts w:cs="Times New Roman" w:hint="cs"/>
          <w:rtl/>
        </w:rPr>
        <w:t>وكسرها</w:t>
      </w:r>
      <w:r>
        <w:rPr>
          <w:rFonts w:cs="Times New Roman"/>
          <w:rtl/>
        </w:rPr>
        <w:t xml:space="preserve"> </w:t>
      </w:r>
      <w:r>
        <w:rPr>
          <w:rFonts w:cs="Times New Roman" w:hint="cs"/>
          <w:rtl/>
        </w:rPr>
        <w:t>في</w:t>
      </w:r>
      <w:r>
        <w:rPr>
          <w:rFonts w:cs="Times New Roman"/>
          <w:rtl/>
        </w:rPr>
        <w:t xml:space="preserve"> </w:t>
      </w:r>
      <w:r>
        <w:rPr>
          <w:rFonts w:cs="Times New Roman" w:hint="cs"/>
          <w:rtl/>
        </w:rPr>
        <w:t>وضع</w:t>
      </w:r>
      <w:r>
        <w:rPr>
          <w:rFonts w:cs="Times New Roman"/>
          <w:rtl/>
        </w:rPr>
        <w:t xml:space="preserve"> </w:t>
      </w:r>
      <w:r>
        <w:rPr>
          <w:rFonts w:cs="Times New Roman" w:hint="cs"/>
          <w:rtl/>
        </w:rPr>
        <w:t>عدم</w:t>
      </w:r>
      <w:r>
        <w:rPr>
          <w:rFonts w:cs="Times New Roman"/>
          <w:rtl/>
        </w:rPr>
        <w:t xml:space="preserve"> </w:t>
      </w:r>
      <w:r>
        <w:rPr>
          <w:rFonts w:cs="Times New Roman" w:hint="cs"/>
          <w:rtl/>
        </w:rPr>
        <w:t>الاتصال</w:t>
      </w:r>
      <w:r>
        <w:t xml:space="preserve"> (Offline Cracking)."</w:t>
      </w:r>
    </w:p>
    <w:p w:rsidR="007C633D" w:rsidRDefault="007C633D" w:rsidP="007C633D">
      <w:pPr>
        <w:tabs>
          <w:tab w:val="left" w:pos="7020"/>
        </w:tabs>
      </w:pPr>
      <w:r>
        <w:t xml:space="preserve">Technical Description (English): "Documenting an attempt to execute a </w:t>
      </w:r>
      <w:proofErr w:type="spellStart"/>
      <w:r>
        <w:t>Kerberoasting</w:t>
      </w:r>
      <w:proofErr w:type="spellEnd"/>
      <w:r>
        <w:t xml:space="preserve"> attack using the </w:t>
      </w:r>
      <w:proofErr w:type="spellStart"/>
      <w:r>
        <w:t>impacket-GetUserSPNs</w:t>
      </w:r>
      <w:proofErr w:type="spellEnd"/>
      <w:r>
        <w:t xml:space="preserve"> tool to search for Service Accounts associated with SPNs and request Kerberos encryption tickets (TGS). The output indicated no exposed service accounts were found </w:t>
      </w:r>
      <w:r>
        <w:lastRenderedPageBreak/>
        <w:t>(No entries found!). This proves the environment is free from vulnerabilities typically exploited to extract password hashes for offline cracking."</w:t>
      </w:r>
    </w:p>
    <w:p w:rsidR="008A149E" w:rsidRDefault="007C633D" w:rsidP="00497956">
      <w:pPr>
        <w:tabs>
          <w:tab w:val="left" w:pos="7020"/>
        </w:tabs>
        <w:rPr>
          <w:rtl/>
        </w:rPr>
      </w:pPr>
      <w:r>
        <w:rPr>
          <w:noProof/>
        </w:rPr>
        <w:drawing>
          <wp:inline distT="0" distB="0" distL="0" distR="0">
            <wp:extent cx="5943600" cy="4381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فحص ثغرة Kerberoasting واستهداف حسابات الخدمات (Service Principal Name Exploitation).png"/>
                    <pic:cNvPicPr/>
                  </pic:nvPicPr>
                  <pic:blipFill>
                    <a:blip r:embed="rId55">
                      <a:extLst>
                        <a:ext uri="{28A0092B-C50C-407E-A947-70E740481C1C}">
                          <a14:useLocalDpi xmlns:a14="http://schemas.microsoft.com/office/drawing/2010/main" val="0"/>
                        </a:ext>
                      </a:extLst>
                    </a:blip>
                    <a:stretch>
                      <a:fillRect/>
                    </a:stretch>
                  </pic:blipFill>
                  <pic:spPr>
                    <a:xfrm>
                      <a:off x="0" y="0"/>
                      <a:ext cx="5943600" cy="438150"/>
                    </a:xfrm>
                    <a:prstGeom prst="rect">
                      <a:avLst/>
                    </a:prstGeom>
                  </pic:spPr>
                </pic:pic>
              </a:graphicData>
            </a:graphic>
          </wp:inline>
        </w:drawing>
      </w:r>
    </w:p>
    <w:p w:rsidR="007C633D" w:rsidRDefault="007C633D" w:rsidP="00497956">
      <w:pPr>
        <w:tabs>
          <w:tab w:val="left" w:pos="7020"/>
        </w:tabs>
        <w:rPr>
          <w:rtl/>
        </w:rPr>
      </w:pPr>
    </w:p>
    <w:p w:rsidR="007C633D" w:rsidRDefault="007C633D" w:rsidP="00497956">
      <w:pPr>
        <w:tabs>
          <w:tab w:val="left" w:pos="7020"/>
        </w:tabs>
        <w:rPr>
          <w:rtl/>
        </w:rPr>
      </w:pPr>
    </w:p>
    <w:p w:rsidR="007C633D" w:rsidRDefault="007C633D" w:rsidP="00497956">
      <w:pPr>
        <w:tabs>
          <w:tab w:val="left" w:pos="7020"/>
        </w:tabs>
        <w:rPr>
          <w:rtl/>
        </w:rPr>
      </w:pPr>
    </w:p>
    <w:p w:rsidR="007C633D" w:rsidRDefault="007C633D" w:rsidP="00497956">
      <w:pPr>
        <w:tabs>
          <w:tab w:val="left" w:pos="7020"/>
        </w:tabs>
        <w:rPr>
          <w:rtl/>
        </w:rPr>
      </w:pPr>
    </w:p>
    <w:p w:rsidR="007C633D" w:rsidRDefault="007C633D" w:rsidP="00497956">
      <w:pPr>
        <w:tabs>
          <w:tab w:val="left" w:pos="7020"/>
        </w:tabs>
        <w:rPr>
          <w:rtl/>
        </w:rPr>
      </w:pPr>
    </w:p>
    <w:p w:rsidR="007C633D" w:rsidRDefault="007C633D" w:rsidP="00497956">
      <w:pPr>
        <w:tabs>
          <w:tab w:val="left" w:pos="7020"/>
        </w:tabs>
        <w:rPr>
          <w:rtl/>
        </w:rPr>
      </w:pPr>
    </w:p>
    <w:p w:rsidR="007C633D" w:rsidRDefault="007C633D" w:rsidP="00497956">
      <w:pPr>
        <w:tabs>
          <w:tab w:val="left" w:pos="7020"/>
        </w:tabs>
        <w:rPr>
          <w:rtl/>
        </w:rPr>
      </w:pPr>
    </w:p>
    <w:p w:rsidR="007C633D" w:rsidRDefault="007C633D" w:rsidP="00497956">
      <w:pPr>
        <w:tabs>
          <w:tab w:val="left" w:pos="7020"/>
        </w:tabs>
        <w:rPr>
          <w:rtl/>
        </w:rPr>
      </w:pPr>
    </w:p>
    <w:p w:rsidR="007C633D" w:rsidRDefault="007C633D" w:rsidP="00497956">
      <w:pPr>
        <w:tabs>
          <w:tab w:val="left" w:pos="7020"/>
        </w:tabs>
        <w:rPr>
          <w:rtl/>
        </w:rPr>
      </w:pPr>
    </w:p>
    <w:p w:rsidR="007C633D" w:rsidRDefault="007C633D" w:rsidP="00497956">
      <w:pPr>
        <w:tabs>
          <w:tab w:val="left" w:pos="7020"/>
        </w:tabs>
        <w:rPr>
          <w:rtl/>
        </w:rPr>
      </w:pPr>
    </w:p>
    <w:p w:rsidR="007C633D" w:rsidRDefault="007C633D" w:rsidP="00497956">
      <w:pPr>
        <w:tabs>
          <w:tab w:val="left" w:pos="7020"/>
        </w:tabs>
        <w:rPr>
          <w:rtl/>
        </w:rPr>
      </w:pPr>
    </w:p>
    <w:p w:rsidR="007C633D" w:rsidRDefault="007C633D" w:rsidP="00497956">
      <w:pPr>
        <w:tabs>
          <w:tab w:val="left" w:pos="7020"/>
        </w:tabs>
        <w:rPr>
          <w:rtl/>
        </w:rPr>
      </w:pPr>
    </w:p>
    <w:p w:rsidR="007C633D" w:rsidRDefault="007C633D" w:rsidP="00497956">
      <w:pPr>
        <w:tabs>
          <w:tab w:val="left" w:pos="7020"/>
        </w:tabs>
        <w:rPr>
          <w:rtl/>
        </w:rPr>
      </w:pPr>
    </w:p>
    <w:p w:rsidR="007C633D" w:rsidRDefault="007C633D" w:rsidP="00497956">
      <w:pPr>
        <w:tabs>
          <w:tab w:val="left" w:pos="7020"/>
        </w:tabs>
        <w:rPr>
          <w:rtl/>
        </w:rPr>
      </w:pPr>
    </w:p>
    <w:p w:rsidR="007C633D" w:rsidRDefault="007C633D" w:rsidP="00497956">
      <w:pPr>
        <w:tabs>
          <w:tab w:val="left" w:pos="7020"/>
        </w:tabs>
        <w:rPr>
          <w:rtl/>
        </w:rPr>
      </w:pPr>
    </w:p>
    <w:p w:rsidR="007C633D" w:rsidRDefault="007C633D" w:rsidP="00497956">
      <w:pPr>
        <w:tabs>
          <w:tab w:val="left" w:pos="7020"/>
        </w:tabs>
        <w:rPr>
          <w:rtl/>
        </w:rPr>
      </w:pPr>
    </w:p>
    <w:p w:rsidR="007C633D" w:rsidRPr="007C633D" w:rsidRDefault="007C633D" w:rsidP="007C633D">
      <w:pPr>
        <w:tabs>
          <w:tab w:val="left" w:pos="7020"/>
        </w:tabs>
      </w:pPr>
      <w:r w:rsidRPr="007C633D">
        <w:rPr>
          <w:rFonts w:ascii="Segoe UI Emoji" w:hAnsi="Segoe UI Emoji" w:cs="Segoe UI Emoji"/>
        </w:rPr>
        <w:t>🏁</w:t>
      </w:r>
      <w:r w:rsidRPr="007C633D">
        <w:t xml:space="preserve"> </w:t>
      </w:r>
      <w:r w:rsidRPr="007C633D">
        <w:rPr>
          <w:rFonts w:ascii="Times New Roman" w:hAnsi="Times New Roman" w:cs="Times New Roman" w:hint="cs"/>
          <w:rtl/>
        </w:rPr>
        <w:t>ملخص</w:t>
      </w:r>
      <w:r w:rsidRPr="007C633D">
        <w:rPr>
          <w:rtl/>
        </w:rPr>
        <w:t xml:space="preserve"> </w:t>
      </w:r>
      <w:r w:rsidRPr="007C633D">
        <w:rPr>
          <w:rFonts w:ascii="Times New Roman" w:hAnsi="Times New Roman" w:cs="Times New Roman" w:hint="cs"/>
          <w:rtl/>
        </w:rPr>
        <w:t>المرحلة</w:t>
      </w:r>
      <w:r w:rsidRPr="007C633D">
        <w:rPr>
          <w:rtl/>
        </w:rPr>
        <w:t xml:space="preserve"> </w:t>
      </w:r>
      <w:r w:rsidRPr="007C633D">
        <w:rPr>
          <w:rFonts w:ascii="Times New Roman" w:hAnsi="Times New Roman" w:cs="Times New Roman" w:hint="cs"/>
          <w:rtl/>
        </w:rPr>
        <w:t>الثالثة</w:t>
      </w:r>
      <w:r w:rsidRPr="007C633D">
        <w:rPr>
          <w:rtl/>
        </w:rPr>
        <w:t xml:space="preserve">: </w:t>
      </w:r>
      <w:r w:rsidRPr="007C633D">
        <w:rPr>
          <w:rFonts w:ascii="Times New Roman" w:hAnsi="Times New Roman" w:cs="Times New Roman" w:hint="cs"/>
          <w:rtl/>
        </w:rPr>
        <w:t>تقييم</w:t>
      </w:r>
      <w:r w:rsidRPr="007C633D">
        <w:rPr>
          <w:rtl/>
        </w:rPr>
        <w:t xml:space="preserve"> </w:t>
      </w:r>
      <w:r w:rsidRPr="007C633D">
        <w:rPr>
          <w:rFonts w:ascii="Times New Roman" w:hAnsi="Times New Roman" w:cs="Times New Roman" w:hint="cs"/>
          <w:rtl/>
        </w:rPr>
        <w:t>الأمان</w:t>
      </w:r>
      <w:r w:rsidRPr="007C633D">
        <w:rPr>
          <w:rtl/>
        </w:rPr>
        <w:t xml:space="preserve"> </w:t>
      </w:r>
      <w:r w:rsidRPr="007C633D">
        <w:rPr>
          <w:rFonts w:ascii="Times New Roman" w:hAnsi="Times New Roman" w:cs="Times New Roman" w:hint="cs"/>
          <w:rtl/>
        </w:rPr>
        <w:t>والاختراق</w:t>
      </w:r>
      <w:r w:rsidRPr="007C633D">
        <w:rPr>
          <w:rtl/>
        </w:rPr>
        <w:t xml:space="preserve"> </w:t>
      </w:r>
      <w:r w:rsidRPr="007C633D">
        <w:rPr>
          <w:rFonts w:ascii="Times New Roman" w:hAnsi="Times New Roman" w:cs="Times New Roman" w:hint="cs"/>
          <w:rtl/>
        </w:rPr>
        <w:t>الأخلاقي</w:t>
      </w:r>
    </w:p>
    <w:p w:rsidR="007C633D" w:rsidRPr="007C633D" w:rsidRDefault="007C633D" w:rsidP="007C633D">
      <w:pPr>
        <w:tabs>
          <w:tab w:val="left" w:pos="7020"/>
        </w:tabs>
      </w:pPr>
      <w:r w:rsidRPr="007C633D">
        <w:t>Phase Three Summary: Security Assessment &amp; Penetration Testing</w:t>
      </w:r>
    </w:p>
    <w:p w:rsidR="007C633D" w:rsidRPr="007C633D" w:rsidRDefault="007C633D" w:rsidP="007C633D">
      <w:pPr>
        <w:tabs>
          <w:tab w:val="left" w:pos="7020"/>
        </w:tabs>
      </w:pPr>
      <w:r w:rsidRPr="007C633D">
        <w:t>==================================================================</w:t>
      </w:r>
    </w:p>
    <w:p w:rsidR="007C633D" w:rsidRPr="007C633D" w:rsidRDefault="007C633D" w:rsidP="007C633D">
      <w:pPr>
        <w:tabs>
          <w:tab w:val="left" w:pos="7020"/>
        </w:tabs>
      </w:pPr>
      <w:r w:rsidRPr="007C633D">
        <w:rPr>
          <w:rFonts w:ascii="Times New Roman" w:hAnsi="Times New Roman" w:cs="Times New Roman" w:hint="cs"/>
          <w:rtl/>
        </w:rPr>
        <w:t>لقد</w:t>
      </w:r>
      <w:r w:rsidRPr="007C633D">
        <w:rPr>
          <w:rtl/>
        </w:rPr>
        <w:t xml:space="preserve"> </w:t>
      </w:r>
      <w:r w:rsidRPr="007C633D">
        <w:rPr>
          <w:rFonts w:ascii="Times New Roman" w:hAnsi="Times New Roman" w:cs="Times New Roman" w:hint="cs"/>
          <w:rtl/>
        </w:rPr>
        <w:t>أنجزنا</w:t>
      </w:r>
      <w:r w:rsidRPr="007C633D">
        <w:rPr>
          <w:rtl/>
        </w:rPr>
        <w:t xml:space="preserve"> </w:t>
      </w:r>
      <w:r w:rsidRPr="007C633D">
        <w:rPr>
          <w:rFonts w:ascii="Times New Roman" w:hAnsi="Times New Roman" w:cs="Times New Roman" w:hint="cs"/>
          <w:rtl/>
        </w:rPr>
        <w:t>قسماً</w:t>
      </w:r>
      <w:r w:rsidRPr="007C633D">
        <w:rPr>
          <w:rtl/>
        </w:rPr>
        <w:t xml:space="preserve"> </w:t>
      </w:r>
      <w:r w:rsidRPr="007C633D">
        <w:rPr>
          <w:rFonts w:ascii="Times New Roman" w:hAnsi="Times New Roman" w:cs="Times New Roman" w:hint="cs"/>
          <w:rtl/>
        </w:rPr>
        <w:t>ضخماً</w:t>
      </w:r>
      <w:r w:rsidRPr="007C633D">
        <w:rPr>
          <w:rtl/>
        </w:rPr>
        <w:t xml:space="preserve"> </w:t>
      </w:r>
      <w:r w:rsidRPr="007C633D">
        <w:rPr>
          <w:rFonts w:ascii="Times New Roman" w:hAnsi="Times New Roman" w:cs="Times New Roman" w:hint="cs"/>
          <w:rtl/>
        </w:rPr>
        <w:t>من</w:t>
      </w:r>
      <w:r w:rsidRPr="007C633D">
        <w:rPr>
          <w:rtl/>
        </w:rPr>
        <w:t xml:space="preserve"> </w:t>
      </w:r>
      <w:r w:rsidRPr="007C633D">
        <w:rPr>
          <w:rFonts w:ascii="Times New Roman" w:hAnsi="Times New Roman" w:cs="Times New Roman" w:hint="cs"/>
          <w:rtl/>
        </w:rPr>
        <w:t>اختبار</w:t>
      </w:r>
      <w:r w:rsidRPr="007C633D">
        <w:rPr>
          <w:rtl/>
        </w:rPr>
        <w:t xml:space="preserve"> </w:t>
      </w:r>
      <w:r w:rsidRPr="007C633D">
        <w:rPr>
          <w:rFonts w:ascii="Times New Roman" w:hAnsi="Times New Roman" w:cs="Times New Roman" w:hint="cs"/>
          <w:rtl/>
        </w:rPr>
        <w:t>الاختراق</w:t>
      </w:r>
      <w:r w:rsidRPr="007C633D">
        <w:rPr>
          <w:rtl/>
        </w:rPr>
        <w:t xml:space="preserve">. </w:t>
      </w:r>
      <w:r w:rsidRPr="007C633D">
        <w:rPr>
          <w:rFonts w:ascii="Times New Roman" w:hAnsi="Times New Roman" w:cs="Times New Roman" w:hint="cs"/>
          <w:rtl/>
        </w:rPr>
        <w:t>إليك</w:t>
      </w:r>
      <w:r w:rsidRPr="007C633D">
        <w:rPr>
          <w:rtl/>
        </w:rPr>
        <w:t xml:space="preserve"> </w:t>
      </w:r>
      <w:r w:rsidRPr="007C633D">
        <w:rPr>
          <w:rFonts w:ascii="Times New Roman" w:hAnsi="Times New Roman" w:cs="Times New Roman" w:hint="cs"/>
          <w:rtl/>
        </w:rPr>
        <w:t>جدول</w:t>
      </w:r>
      <w:r w:rsidRPr="007C633D">
        <w:rPr>
          <w:rtl/>
        </w:rPr>
        <w:t xml:space="preserve"> </w:t>
      </w:r>
      <w:r w:rsidRPr="007C633D">
        <w:rPr>
          <w:rFonts w:ascii="Times New Roman" w:hAnsi="Times New Roman" w:cs="Times New Roman" w:hint="cs"/>
          <w:rtl/>
        </w:rPr>
        <w:t>ملخص</w:t>
      </w:r>
      <w:r w:rsidRPr="007C633D">
        <w:rPr>
          <w:rtl/>
        </w:rPr>
        <w:t xml:space="preserve"> </w:t>
      </w:r>
      <w:r w:rsidRPr="007C633D">
        <w:rPr>
          <w:rFonts w:ascii="Times New Roman" w:hAnsi="Times New Roman" w:cs="Times New Roman" w:hint="cs"/>
          <w:rtl/>
        </w:rPr>
        <w:t>لما</w:t>
      </w:r>
      <w:r w:rsidRPr="007C633D">
        <w:rPr>
          <w:rtl/>
        </w:rPr>
        <w:t xml:space="preserve"> </w:t>
      </w:r>
      <w:r w:rsidRPr="007C633D">
        <w:rPr>
          <w:rFonts w:ascii="Times New Roman" w:hAnsi="Times New Roman" w:cs="Times New Roman" w:hint="cs"/>
          <w:rtl/>
        </w:rPr>
        <w:t>تم</w:t>
      </w:r>
      <w:r w:rsidRPr="007C633D">
        <w:rPr>
          <w:rtl/>
        </w:rPr>
        <w:t xml:space="preserve"> </w:t>
      </w:r>
      <w:r w:rsidRPr="007C633D">
        <w:rPr>
          <w:rFonts w:ascii="Times New Roman" w:hAnsi="Times New Roman" w:cs="Times New Roman" w:hint="cs"/>
          <w:rtl/>
        </w:rPr>
        <w:t>تنفيذه</w:t>
      </w:r>
      <w:r w:rsidRPr="007C633D">
        <w:rPr>
          <w:rtl/>
        </w:rPr>
        <w:t xml:space="preserve"> </w:t>
      </w:r>
      <w:r w:rsidRPr="007C633D">
        <w:rPr>
          <w:rFonts w:ascii="Times New Roman" w:hAnsi="Times New Roman" w:cs="Times New Roman" w:hint="cs"/>
          <w:rtl/>
        </w:rPr>
        <w:t>في</w:t>
      </w:r>
      <w:r w:rsidRPr="007C633D">
        <w:rPr>
          <w:rtl/>
        </w:rPr>
        <w:t xml:space="preserve"> </w:t>
      </w:r>
      <w:r w:rsidRPr="007C633D">
        <w:rPr>
          <w:rFonts w:ascii="Times New Roman" w:hAnsi="Times New Roman" w:cs="Times New Roman" w:hint="cs"/>
          <w:rtl/>
        </w:rPr>
        <w:t>هذه</w:t>
      </w:r>
      <w:r w:rsidRPr="007C633D">
        <w:rPr>
          <w:rtl/>
        </w:rPr>
        <w:t xml:space="preserve"> </w:t>
      </w:r>
      <w:r w:rsidRPr="007C633D">
        <w:rPr>
          <w:rFonts w:ascii="Times New Roman" w:hAnsi="Times New Roman" w:cs="Times New Roman" w:hint="cs"/>
          <w:rtl/>
        </w:rPr>
        <w:t>المرحلة</w:t>
      </w:r>
      <w:r w:rsidRPr="007C633D">
        <w:rPr>
          <w:rtl/>
        </w:rPr>
        <w:t xml:space="preserve"> </w:t>
      </w:r>
      <w:r w:rsidRPr="007C633D">
        <w:rPr>
          <w:rFonts w:ascii="Times New Roman" w:hAnsi="Times New Roman" w:cs="Times New Roman" w:hint="cs"/>
          <w:rtl/>
        </w:rPr>
        <w:t>لتضيفه</w:t>
      </w:r>
      <w:r w:rsidRPr="007C633D">
        <w:rPr>
          <w:rtl/>
        </w:rPr>
        <w:t xml:space="preserve"> </w:t>
      </w:r>
      <w:r w:rsidRPr="007C633D">
        <w:rPr>
          <w:rFonts w:ascii="Times New Roman" w:hAnsi="Times New Roman" w:cs="Times New Roman" w:hint="cs"/>
          <w:rtl/>
        </w:rPr>
        <w:t>في</w:t>
      </w:r>
      <w:r w:rsidRPr="007C633D">
        <w:rPr>
          <w:rtl/>
        </w:rPr>
        <w:t xml:space="preserve"> </w:t>
      </w:r>
      <w:r w:rsidRPr="007C633D">
        <w:rPr>
          <w:rFonts w:ascii="Times New Roman" w:hAnsi="Times New Roman" w:cs="Times New Roman" w:hint="cs"/>
          <w:rtl/>
        </w:rPr>
        <w:t>نهاية</w:t>
      </w:r>
      <w:r w:rsidRPr="007C633D">
        <w:rPr>
          <w:rtl/>
        </w:rPr>
        <w:t xml:space="preserve"> </w:t>
      </w:r>
      <w:r w:rsidRPr="007C633D">
        <w:rPr>
          <w:rFonts w:ascii="Times New Roman" w:hAnsi="Times New Roman" w:cs="Times New Roman" w:hint="cs"/>
          <w:rtl/>
        </w:rPr>
        <w:t>تقريرك</w:t>
      </w:r>
      <w:r w:rsidRPr="007C633D">
        <w:t>:</w:t>
      </w:r>
    </w:p>
    <w:tbl>
      <w:tblPr>
        <w:tblW w:w="11460"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419"/>
        <w:gridCol w:w="4632"/>
        <w:gridCol w:w="5409"/>
      </w:tblGrid>
      <w:tr w:rsidR="007C633D" w:rsidRPr="007C633D" w:rsidTr="007C633D">
        <w:trPr>
          <w:tblHeader/>
        </w:trPr>
        <w:tc>
          <w:tcPr>
            <w:tcW w:w="0" w:type="auto"/>
            <w:tcBorders>
              <w:top w:val="single" w:sz="2" w:space="0" w:color="101828"/>
              <w:left w:val="single" w:sz="2" w:space="0" w:color="101828"/>
              <w:bottom w:val="single" w:sz="2" w:space="0" w:color="101828"/>
              <w:right w:val="single" w:sz="2" w:space="0" w:color="101828"/>
            </w:tcBorders>
            <w:shd w:val="clear" w:color="auto" w:fill="F7F7F7"/>
            <w:tcMar>
              <w:top w:w="0"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الخطوة</w:t>
            </w:r>
            <w:r w:rsidRPr="007C633D">
              <w:t xml:space="preserve"> / Step</w:t>
            </w:r>
          </w:p>
        </w:tc>
        <w:tc>
          <w:tcPr>
            <w:tcW w:w="0" w:type="auto"/>
            <w:tcBorders>
              <w:top w:val="single" w:sz="2" w:space="0" w:color="101828"/>
              <w:left w:val="single" w:sz="2" w:space="0" w:color="101828"/>
              <w:bottom w:val="single" w:sz="2" w:space="0" w:color="101828"/>
              <w:right w:val="single" w:sz="2" w:space="0" w:color="101828"/>
            </w:tcBorders>
            <w:shd w:val="clear" w:color="auto" w:fill="F7F7F7"/>
            <w:tcMar>
              <w:top w:w="0"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المهمة</w:t>
            </w:r>
            <w:r w:rsidRPr="007C633D">
              <w:t xml:space="preserve"> / Task</w:t>
            </w:r>
          </w:p>
        </w:tc>
        <w:tc>
          <w:tcPr>
            <w:tcW w:w="0" w:type="auto"/>
            <w:tcBorders>
              <w:top w:val="single" w:sz="2" w:space="0" w:color="101828"/>
              <w:left w:val="single" w:sz="2" w:space="0" w:color="101828"/>
              <w:bottom w:val="single" w:sz="2" w:space="0" w:color="101828"/>
              <w:right w:val="single" w:sz="2" w:space="0" w:color="101828"/>
            </w:tcBorders>
            <w:shd w:val="clear" w:color="auto" w:fill="F7F7F7"/>
            <w:tcMar>
              <w:top w:w="0"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الحالة</w:t>
            </w:r>
            <w:r w:rsidRPr="007C633D">
              <w:rPr>
                <w:rtl/>
              </w:rPr>
              <w:t xml:space="preserve"> </w:t>
            </w:r>
            <w:r w:rsidRPr="007C633D">
              <w:rPr>
                <w:rFonts w:ascii="Times New Roman" w:hAnsi="Times New Roman" w:cs="Times New Roman" w:hint="cs"/>
                <w:rtl/>
              </w:rPr>
              <w:t>الأمنية</w:t>
            </w:r>
            <w:r w:rsidRPr="007C633D">
              <w:t xml:space="preserve"> / Security Status</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lastRenderedPageBreak/>
              <w:t>17</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إعداد</w:t>
            </w:r>
            <w:r w:rsidRPr="007C633D">
              <w:rPr>
                <w:rtl/>
              </w:rPr>
              <w:t xml:space="preserve"> </w:t>
            </w:r>
            <w:r w:rsidRPr="007C633D">
              <w:rPr>
                <w:rFonts w:ascii="Times New Roman" w:hAnsi="Times New Roman" w:cs="Times New Roman" w:hint="cs"/>
                <w:rtl/>
              </w:rPr>
              <w:t>آلة</w:t>
            </w:r>
            <w:r w:rsidRPr="007C633D">
              <w:rPr>
                <w:rtl/>
              </w:rPr>
              <w:t xml:space="preserve"> </w:t>
            </w:r>
            <w:r w:rsidRPr="007C633D">
              <w:rPr>
                <w:rFonts w:ascii="Times New Roman" w:hAnsi="Times New Roman" w:cs="Times New Roman" w:hint="cs"/>
                <w:rtl/>
              </w:rPr>
              <w:t>الاختراق</w:t>
            </w:r>
            <w:r w:rsidRPr="007C633D">
              <w:t xml:space="preserve"> Kali Linux</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مكتملة</w:t>
            </w:r>
            <w:r w:rsidRPr="007C633D">
              <w:rPr>
                <w:rtl/>
              </w:rPr>
              <w:t xml:space="preserve"> (</w:t>
            </w:r>
            <w:r w:rsidRPr="007C633D">
              <w:rPr>
                <w:rFonts w:ascii="Times New Roman" w:hAnsi="Times New Roman" w:cs="Times New Roman" w:hint="cs"/>
                <w:rtl/>
              </w:rPr>
              <w:t>في</w:t>
            </w:r>
            <w:r w:rsidRPr="007C633D">
              <w:rPr>
                <w:rtl/>
              </w:rPr>
              <w:t xml:space="preserve"> </w:t>
            </w:r>
            <w:r w:rsidRPr="007C633D">
              <w:rPr>
                <w:rFonts w:ascii="Times New Roman" w:hAnsi="Times New Roman" w:cs="Times New Roman" w:hint="cs"/>
                <w:rtl/>
              </w:rPr>
              <w:t>الشبكة</w:t>
            </w:r>
            <w:r w:rsidRPr="007C633D">
              <w:rPr>
                <w:rtl/>
              </w:rPr>
              <w:t xml:space="preserve"> </w:t>
            </w:r>
            <w:r w:rsidRPr="007C633D">
              <w:rPr>
                <w:rFonts w:ascii="Times New Roman" w:hAnsi="Times New Roman" w:cs="Times New Roman" w:hint="cs"/>
                <w:rtl/>
              </w:rPr>
              <w:t>المعزولة</w:t>
            </w:r>
            <w:r w:rsidRPr="007C633D">
              <w:rPr>
                <w:rtl/>
              </w:rPr>
              <w:t>)</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t>18</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فحص</w:t>
            </w:r>
            <w:r w:rsidRPr="007C633D">
              <w:rPr>
                <w:rtl/>
              </w:rPr>
              <w:t xml:space="preserve"> </w:t>
            </w:r>
            <w:r w:rsidRPr="007C633D">
              <w:rPr>
                <w:rFonts w:ascii="Times New Roman" w:hAnsi="Times New Roman" w:cs="Times New Roman" w:hint="cs"/>
                <w:rtl/>
              </w:rPr>
              <w:t>استطلاع</w:t>
            </w:r>
            <w:r w:rsidRPr="007C633D">
              <w:rPr>
                <w:rtl/>
              </w:rPr>
              <w:t xml:space="preserve"> </w:t>
            </w:r>
            <w:r w:rsidRPr="007C633D">
              <w:rPr>
                <w:rFonts w:ascii="Times New Roman" w:hAnsi="Times New Roman" w:cs="Times New Roman" w:hint="cs"/>
                <w:rtl/>
              </w:rPr>
              <w:t>الشبكة</w:t>
            </w:r>
            <w:r w:rsidRPr="007C633D">
              <w:t xml:space="preserve"> (Host Discovery)</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تم</w:t>
            </w:r>
            <w:r w:rsidRPr="007C633D">
              <w:rPr>
                <w:rtl/>
              </w:rPr>
              <w:t xml:space="preserve"> </w:t>
            </w:r>
            <w:r w:rsidRPr="007C633D">
              <w:rPr>
                <w:rFonts w:ascii="Times New Roman" w:hAnsi="Times New Roman" w:cs="Times New Roman" w:hint="cs"/>
                <w:rtl/>
              </w:rPr>
              <w:t>اكتشاف</w:t>
            </w:r>
            <w:r w:rsidRPr="007C633D">
              <w:rPr>
                <w:rtl/>
              </w:rPr>
              <w:t xml:space="preserve"> </w:t>
            </w:r>
            <w:r w:rsidRPr="007C633D">
              <w:rPr>
                <w:rFonts w:ascii="Times New Roman" w:hAnsi="Times New Roman" w:cs="Times New Roman" w:hint="cs"/>
                <w:rtl/>
              </w:rPr>
              <w:t>الأجهزة</w:t>
            </w:r>
            <w:r w:rsidRPr="007C633D">
              <w:rPr>
                <w:rtl/>
              </w:rPr>
              <w:t xml:space="preserve"> </w:t>
            </w:r>
            <w:r w:rsidRPr="007C633D">
              <w:rPr>
                <w:rFonts w:ascii="Times New Roman" w:hAnsi="Times New Roman" w:cs="Times New Roman" w:hint="cs"/>
                <w:rtl/>
              </w:rPr>
              <w:t>الأربعة</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t>19</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فحص</w:t>
            </w:r>
            <w:r w:rsidRPr="007C633D">
              <w:rPr>
                <w:rtl/>
              </w:rPr>
              <w:t xml:space="preserve"> </w:t>
            </w:r>
            <w:r w:rsidRPr="007C633D">
              <w:rPr>
                <w:rFonts w:ascii="Times New Roman" w:hAnsi="Times New Roman" w:cs="Times New Roman" w:hint="cs"/>
                <w:rtl/>
              </w:rPr>
              <w:t>المنافذ</w:t>
            </w:r>
            <w:r w:rsidRPr="007C633D">
              <w:rPr>
                <w:rtl/>
              </w:rPr>
              <w:t xml:space="preserve"> </w:t>
            </w:r>
            <w:r w:rsidRPr="007C633D">
              <w:rPr>
                <w:rFonts w:ascii="Times New Roman" w:hAnsi="Times New Roman" w:cs="Times New Roman" w:hint="cs"/>
                <w:rtl/>
              </w:rPr>
              <w:t>المفتوحة</w:t>
            </w:r>
            <w:r w:rsidRPr="007C633D">
              <w:t xml:space="preserve"> (Port Scanning)</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تم</w:t>
            </w:r>
            <w:r w:rsidRPr="007C633D">
              <w:rPr>
                <w:rtl/>
              </w:rPr>
              <w:t xml:space="preserve"> </w:t>
            </w:r>
            <w:r w:rsidRPr="007C633D">
              <w:rPr>
                <w:rFonts w:ascii="Times New Roman" w:hAnsi="Times New Roman" w:cs="Times New Roman" w:hint="cs"/>
                <w:rtl/>
              </w:rPr>
              <w:t>كشف</w:t>
            </w:r>
            <w:r w:rsidRPr="007C633D">
              <w:rPr>
                <w:rtl/>
              </w:rPr>
              <w:t xml:space="preserve"> </w:t>
            </w:r>
            <w:r w:rsidRPr="007C633D">
              <w:rPr>
                <w:rFonts w:ascii="Times New Roman" w:hAnsi="Times New Roman" w:cs="Times New Roman" w:hint="cs"/>
                <w:rtl/>
              </w:rPr>
              <w:t>خدمات</w:t>
            </w:r>
            <w:r w:rsidRPr="007C633D">
              <w:t xml:space="preserve"> AD </w:t>
            </w:r>
            <w:proofErr w:type="gramStart"/>
            <w:r w:rsidRPr="007C633D">
              <w:rPr>
                <w:rFonts w:ascii="Times New Roman" w:hAnsi="Times New Roman" w:cs="Times New Roman" w:hint="cs"/>
                <w:rtl/>
              </w:rPr>
              <w:t>و</w:t>
            </w:r>
            <w:r w:rsidRPr="007C633D">
              <w:t xml:space="preserve"> SMB</w:t>
            </w:r>
            <w:proofErr w:type="gramEnd"/>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t>20</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فحص</w:t>
            </w:r>
            <w:r w:rsidRPr="007C633D">
              <w:rPr>
                <w:rtl/>
              </w:rPr>
              <w:t xml:space="preserve"> </w:t>
            </w:r>
            <w:r w:rsidRPr="007C633D">
              <w:rPr>
                <w:rFonts w:ascii="Times New Roman" w:hAnsi="Times New Roman" w:cs="Times New Roman" w:hint="cs"/>
                <w:rtl/>
              </w:rPr>
              <w:t>الجلسات</w:t>
            </w:r>
            <w:r w:rsidRPr="007C633D">
              <w:rPr>
                <w:rtl/>
              </w:rPr>
              <w:t xml:space="preserve"> </w:t>
            </w:r>
            <w:r w:rsidRPr="007C633D">
              <w:rPr>
                <w:rFonts w:ascii="Times New Roman" w:hAnsi="Times New Roman" w:cs="Times New Roman" w:hint="cs"/>
                <w:rtl/>
              </w:rPr>
              <w:t>المجهولة</w:t>
            </w:r>
            <w:r w:rsidRPr="007C633D">
              <w:t xml:space="preserve"> (Null Session)</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ضعف</w:t>
            </w:r>
            <w:r w:rsidRPr="007C633D">
              <w:rPr>
                <w:rtl/>
              </w:rPr>
              <w:t xml:space="preserve"> </w:t>
            </w:r>
            <w:r w:rsidRPr="007C633D">
              <w:rPr>
                <w:rFonts w:ascii="Times New Roman" w:hAnsi="Times New Roman" w:cs="Times New Roman" w:hint="cs"/>
                <w:rtl/>
              </w:rPr>
              <w:t>موجود</w:t>
            </w:r>
            <w:r w:rsidRPr="007C633D">
              <w:rPr>
                <w:rtl/>
              </w:rPr>
              <w:t xml:space="preserve"> </w:t>
            </w:r>
            <w:r w:rsidRPr="007C633D">
              <w:t>(Anonymous login successful)</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t>21</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سرد</w:t>
            </w:r>
            <w:r w:rsidRPr="007C633D">
              <w:rPr>
                <w:rtl/>
              </w:rPr>
              <w:t xml:space="preserve"> </w:t>
            </w:r>
            <w:r w:rsidRPr="007C633D">
              <w:rPr>
                <w:rFonts w:ascii="Times New Roman" w:hAnsi="Times New Roman" w:cs="Times New Roman" w:hint="cs"/>
                <w:rtl/>
              </w:rPr>
              <w:t>المستخدمين</w:t>
            </w:r>
            <w:r w:rsidRPr="007C633D">
              <w:rPr>
                <w:rtl/>
              </w:rPr>
              <w:t xml:space="preserve"> </w:t>
            </w:r>
            <w:r w:rsidRPr="007C633D">
              <w:rPr>
                <w:rFonts w:ascii="Times New Roman" w:hAnsi="Times New Roman" w:cs="Times New Roman" w:hint="cs"/>
                <w:rtl/>
              </w:rPr>
              <w:t>بشكل</w:t>
            </w:r>
            <w:r w:rsidRPr="007C633D">
              <w:rPr>
                <w:rtl/>
              </w:rPr>
              <w:t xml:space="preserve"> </w:t>
            </w:r>
            <w:r w:rsidRPr="007C633D">
              <w:rPr>
                <w:rFonts w:ascii="Times New Roman" w:hAnsi="Times New Roman" w:cs="Times New Roman" w:hint="cs"/>
                <w:rtl/>
              </w:rPr>
              <w:t>مجهول</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محمي</w:t>
            </w:r>
            <w:r w:rsidRPr="007C633D">
              <w:rPr>
                <w:rtl/>
              </w:rPr>
              <w:t xml:space="preserve"> </w:t>
            </w:r>
            <w:r w:rsidRPr="007C633D">
              <w:t>(Anonymous Enumeration blocked)</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t>22</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التحقق</w:t>
            </w:r>
            <w:r w:rsidRPr="007C633D">
              <w:rPr>
                <w:rtl/>
              </w:rPr>
              <w:t xml:space="preserve"> </w:t>
            </w:r>
            <w:r w:rsidRPr="007C633D">
              <w:rPr>
                <w:rFonts w:ascii="Times New Roman" w:hAnsi="Times New Roman" w:cs="Times New Roman" w:hint="cs"/>
                <w:rtl/>
              </w:rPr>
              <w:t>من</w:t>
            </w:r>
            <w:r w:rsidRPr="007C633D">
              <w:rPr>
                <w:rtl/>
              </w:rPr>
              <w:t xml:space="preserve"> </w:t>
            </w:r>
            <w:r w:rsidRPr="007C633D">
              <w:rPr>
                <w:rFonts w:ascii="Times New Roman" w:hAnsi="Times New Roman" w:cs="Times New Roman" w:hint="cs"/>
                <w:rtl/>
              </w:rPr>
              <w:t>بيانات</w:t>
            </w:r>
            <w:r w:rsidRPr="007C633D">
              <w:rPr>
                <w:rtl/>
              </w:rPr>
              <w:t xml:space="preserve"> </w:t>
            </w:r>
            <w:r w:rsidRPr="007C633D">
              <w:rPr>
                <w:rFonts w:ascii="Times New Roman" w:hAnsi="Times New Roman" w:cs="Times New Roman" w:hint="cs"/>
                <w:rtl/>
              </w:rPr>
              <w:t>الاعتماد</w:t>
            </w:r>
            <w:r w:rsidRPr="007C633D">
              <w:rPr>
                <w:rtl/>
              </w:rPr>
              <w:t xml:space="preserve"> </w:t>
            </w:r>
            <w:r w:rsidRPr="007C633D">
              <w:rPr>
                <w:rFonts w:ascii="Times New Roman" w:hAnsi="Times New Roman" w:cs="Times New Roman" w:hint="cs"/>
                <w:rtl/>
              </w:rPr>
              <w:t>وسرد</w:t>
            </w:r>
            <w:r w:rsidRPr="007C633D">
              <w:rPr>
                <w:rtl/>
              </w:rPr>
              <w:t xml:space="preserve"> </w:t>
            </w:r>
            <w:r w:rsidRPr="007C633D">
              <w:rPr>
                <w:rFonts w:ascii="Times New Roman" w:hAnsi="Times New Roman" w:cs="Times New Roman" w:hint="cs"/>
                <w:rtl/>
              </w:rPr>
              <w:t>المجلدات</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تم</w:t>
            </w:r>
            <w:r w:rsidRPr="007C633D">
              <w:rPr>
                <w:rtl/>
              </w:rPr>
              <w:t xml:space="preserve"> </w:t>
            </w:r>
            <w:r w:rsidRPr="007C633D">
              <w:rPr>
                <w:rFonts w:ascii="Times New Roman" w:hAnsi="Times New Roman" w:cs="Times New Roman" w:hint="cs"/>
                <w:rtl/>
              </w:rPr>
              <w:t>الدخول</w:t>
            </w:r>
            <w:r w:rsidRPr="007C633D">
              <w:rPr>
                <w:rtl/>
              </w:rPr>
              <w:t xml:space="preserve"> </w:t>
            </w:r>
            <w:r w:rsidRPr="007C633D">
              <w:rPr>
                <w:rFonts w:ascii="Times New Roman" w:hAnsi="Times New Roman" w:cs="Times New Roman" w:hint="cs"/>
                <w:rtl/>
              </w:rPr>
              <w:t>كمستخدم</w:t>
            </w:r>
            <w:r w:rsidRPr="007C633D">
              <w:rPr>
                <w:rtl/>
              </w:rPr>
              <w:t xml:space="preserve"> </w:t>
            </w:r>
            <w:r w:rsidRPr="007C633D">
              <w:rPr>
                <w:rFonts w:ascii="Times New Roman" w:hAnsi="Times New Roman" w:cs="Times New Roman" w:hint="cs"/>
                <w:rtl/>
              </w:rPr>
              <w:t>عادي</w:t>
            </w:r>
            <w:r w:rsidRPr="007C633D">
              <w:rPr>
                <w:rtl/>
              </w:rPr>
              <w:t xml:space="preserve"> </w:t>
            </w:r>
            <w:r w:rsidRPr="007C633D">
              <w:rPr>
                <w:rFonts w:ascii="Times New Roman" w:hAnsi="Times New Roman" w:cs="Times New Roman" w:hint="cs"/>
                <w:rtl/>
              </w:rPr>
              <w:t>وقراءة</w:t>
            </w:r>
            <w:r w:rsidRPr="007C633D">
              <w:t xml:space="preserve"> SYSVOL</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t>23-25</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استعراض</w:t>
            </w:r>
            <w:r w:rsidRPr="007C633D">
              <w:rPr>
                <w:rtl/>
              </w:rPr>
              <w:t xml:space="preserve"> </w:t>
            </w:r>
            <w:r w:rsidRPr="007C633D">
              <w:rPr>
                <w:rFonts w:ascii="Times New Roman" w:hAnsi="Times New Roman" w:cs="Times New Roman" w:hint="cs"/>
                <w:rtl/>
              </w:rPr>
              <w:t>وسحب</w:t>
            </w:r>
            <w:r w:rsidRPr="007C633D">
              <w:rPr>
                <w:rtl/>
              </w:rPr>
              <w:t xml:space="preserve"> </w:t>
            </w:r>
            <w:r w:rsidRPr="007C633D">
              <w:rPr>
                <w:rFonts w:ascii="Times New Roman" w:hAnsi="Times New Roman" w:cs="Times New Roman" w:hint="cs"/>
                <w:rtl/>
              </w:rPr>
              <w:t>بيانات</w:t>
            </w:r>
            <w:r w:rsidRPr="007C633D">
              <w:t xml:space="preserve"> SYSVOL</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تم</w:t>
            </w:r>
            <w:r w:rsidRPr="007C633D">
              <w:rPr>
                <w:rtl/>
              </w:rPr>
              <w:t xml:space="preserve"> </w:t>
            </w:r>
            <w:r w:rsidRPr="007C633D">
              <w:rPr>
                <w:rFonts w:ascii="Times New Roman" w:hAnsi="Times New Roman" w:cs="Times New Roman" w:hint="cs"/>
                <w:rtl/>
              </w:rPr>
              <w:t>تأكيد</w:t>
            </w:r>
            <w:r w:rsidRPr="007C633D">
              <w:rPr>
                <w:rtl/>
              </w:rPr>
              <w:t xml:space="preserve"> </w:t>
            </w:r>
            <w:r w:rsidRPr="007C633D">
              <w:rPr>
                <w:rFonts w:ascii="Times New Roman" w:hAnsi="Times New Roman" w:cs="Times New Roman" w:hint="cs"/>
                <w:rtl/>
              </w:rPr>
              <w:t>قدرة</w:t>
            </w:r>
            <w:r w:rsidRPr="007C633D">
              <w:rPr>
                <w:rtl/>
              </w:rPr>
              <w:t xml:space="preserve"> </w:t>
            </w:r>
            <w:r w:rsidRPr="007C633D">
              <w:rPr>
                <w:rFonts w:ascii="Times New Roman" w:hAnsi="Times New Roman" w:cs="Times New Roman" w:hint="cs"/>
                <w:rtl/>
              </w:rPr>
              <w:t>المستخدم</w:t>
            </w:r>
            <w:r w:rsidRPr="007C633D">
              <w:rPr>
                <w:rtl/>
              </w:rPr>
              <w:t xml:space="preserve"> </w:t>
            </w:r>
            <w:r w:rsidRPr="007C633D">
              <w:rPr>
                <w:rFonts w:ascii="Times New Roman" w:hAnsi="Times New Roman" w:cs="Times New Roman" w:hint="cs"/>
                <w:rtl/>
              </w:rPr>
              <w:t>على</w:t>
            </w:r>
            <w:r w:rsidRPr="007C633D">
              <w:rPr>
                <w:rtl/>
              </w:rPr>
              <w:t xml:space="preserve"> </w:t>
            </w:r>
            <w:r w:rsidRPr="007C633D">
              <w:rPr>
                <w:rFonts w:ascii="Times New Roman" w:hAnsi="Times New Roman" w:cs="Times New Roman" w:hint="cs"/>
                <w:rtl/>
              </w:rPr>
              <w:t>قراءة</w:t>
            </w:r>
            <w:r w:rsidRPr="007C633D">
              <w:rPr>
                <w:rtl/>
              </w:rPr>
              <w:t xml:space="preserve"> </w:t>
            </w:r>
            <w:r w:rsidRPr="007C633D">
              <w:rPr>
                <w:rFonts w:ascii="Times New Roman" w:hAnsi="Times New Roman" w:cs="Times New Roman" w:hint="cs"/>
                <w:rtl/>
              </w:rPr>
              <w:t>السياسات</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t>26</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استخراج</w:t>
            </w:r>
            <w:r w:rsidRPr="007C633D">
              <w:rPr>
                <w:rtl/>
              </w:rPr>
              <w:t xml:space="preserve"> </w:t>
            </w:r>
            <w:r w:rsidRPr="007C633D">
              <w:rPr>
                <w:rFonts w:ascii="Times New Roman" w:hAnsi="Times New Roman" w:cs="Times New Roman" w:hint="cs"/>
                <w:rtl/>
              </w:rPr>
              <w:t>المستخدمين</w:t>
            </w:r>
            <w:r w:rsidRPr="007C633D">
              <w:t xml:space="preserve"> (Authenticated)</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خطر</w:t>
            </w:r>
            <w:r w:rsidRPr="007C633D">
              <w:rPr>
                <w:rtl/>
              </w:rPr>
              <w:t xml:space="preserve"> </w:t>
            </w:r>
            <w:r w:rsidRPr="007C633D">
              <w:rPr>
                <w:rFonts w:ascii="Times New Roman" w:hAnsi="Times New Roman" w:cs="Times New Roman" w:hint="cs"/>
                <w:rtl/>
              </w:rPr>
              <w:t>أمني</w:t>
            </w:r>
            <w:r w:rsidRPr="007C633D">
              <w:rPr>
                <w:rtl/>
              </w:rPr>
              <w:t xml:space="preserve"> </w:t>
            </w:r>
            <w:r w:rsidRPr="007C633D">
              <w:t>(</w:t>
            </w:r>
            <w:r w:rsidRPr="007C633D">
              <w:rPr>
                <w:rFonts w:ascii="Times New Roman" w:hAnsi="Times New Roman" w:cs="Times New Roman" w:hint="cs"/>
                <w:rtl/>
              </w:rPr>
              <w:t>تم</w:t>
            </w:r>
            <w:r w:rsidRPr="007C633D">
              <w:rPr>
                <w:rtl/>
              </w:rPr>
              <w:t xml:space="preserve"> </w:t>
            </w:r>
            <w:r w:rsidRPr="007C633D">
              <w:rPr>
                <w:rFonts w:ascii="Times New Roman" w:hAnsi="Times New Roman" w:cs="Times New Roman" w:hint="cs"/>
                <w:rtl/>
              </w:rPr>
              <w:t>سحب</w:t>
            </w:r>
            <w:r w:rsidRPr="007C633D">
              <w:rPr>
                <w:rtl/>
              </w:rPr>
              <w:t xml:space="preserve"> </w:t>
            </w:r>
            <w:r w:rsidRPr="007C633D">
              <w:rPr>
                <w:rFonts w:ascii="Times New Roman" w:hAnsi="Times New Roman" w:cs="Times New Roman" w:hint="cs"/>
                <w:rtl/>
              </w:rPr>
              <w:t>حسابات</w:t>
            </w:r>
            <w:r w:rsidRPr="007C633D">
              <w:t xml:space="preserve"> Administrator </w:t>
            </w:r>
            <w:proofErr w:type="gramStart"/>
            <w:r w:rsidRPr="007C633D">
              <w:rPr>
                <w:rFonts w:ascii="Times New Roman" w:hAnsi="Times New Roman" w:cs="Times New Roman" w:hint="cs"/>
                <w:rtl/>
              </w:rPr>
              <w:t>و</w:t>
            </w:r>
            <w:r w:rsidRPr="007C633D">
              <w:t xml:space="preserve"> </w:t>
            </w:r>
            <w:proofErr w:type="spellStart"/>
            <w:r w:rsidRPr="007C633D">
              <w:t>krbtgt</w:t>
            </w:r>
            <w:proofErr w:type="spellEnd"/>
            <w:proofErr w:type="gramEnd"/>
            <w:r w:rsidRPr="007C633D">
              <w:t>)</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t>27-28</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استخراج</w:t>
            </w:r>
            <w:r w:rsidRPr="007C633D">
              <w:rPr>
                <w:rtl/>
              </w:rPr>
              <w:t xml:space="preserve"> </w:t>
            </w:r>
            <w:r w:rsidRPr="007C633D">
              <w:rPr>
                <w:rFonts w:ascii="Times New Roman" w:hAnsi="Times New Roman" w:cs="Times New Roman" w:hint="cs"/>
                <w:rtl/>
              </w:rPr>
              <w:t>المجموعات</w:t>
            </w:r>
            <w:r w:rsidRPr="007C633D">
              <w:rPr>
                <w:rtl/>
              </w:rPr>
              <w:t xml:space="preserve"> </w:t>
            </w:r>
            <w:r w:rsidRPr="007C633D">
              <w:rPr>
                <w:rFonts w:ascii="Times New Roman" w:hAnsi="Times New Roman" w:cs="Times New Roman" w:hint="cs"/>
                <w:rtl/>
              </w:rPr>
              <w:t>وأعضاء</w:t>
            </w:r>
            <w:r w:rsidRPr="007C633D">
              <w:t xml:space="preserve"> Domain Admins</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خطر</w:t>
            </w:r>
            <w:r w:rsidRPr="007C633D">
              <w:rPr>
                <w:rtl/>
              </w:rPr>
              <w:t xml:space="preserve"> </w:t>
            </w:r>
            <w:r w:rsidRPr="007C633D">
              <w:rPr>
                <w:rFonts w:ascii="Times New Roman" w:hAnsi="Times New Roman" w:cs="Times New Roman" w:hint="cs"/>
                <w:rtl/>
              </w:rPr>
              <w:t>أمني</w:t>
            </w:r>
            <w:r w:rsidRPr="007C633D">
              <w:rPr>
                <w:rtl/>
              </w:rPr>
              <w:t xml:space="preserve"> </w:t>
            </w:r>
            <w:r w:rsidRPr="007C633D">
              <w:t>(</w:t>
            </w:r>
            <w:r w:rsidRPr="007C633D">
              <w:rPr>
                <w:rFonts w:ascii="Times New Roman" w:hAnsi="Times New Roman" w:cs="Times New Roman" w:hint="cs"/>
                <w:rtl/>
              </w:rPr>
              <w:t>تم</w:t>
            </w:r>
            <w:r w:rsidRPr="007C633D">
              <w:rPr>
                <w:rtl/>
              </w:rPr>
              <w:t xml:space="preserve"> </w:t>
            </w:r>
            <w:r w:rsidRPr="007C633D">
              <w:rPr>
                <w:rFonts w:ascii="Times New Roman" w:hAnsi="Times New Roman" w:cs="Times New Roman" w:hint="cs"/>
                <w:rtl/>
              </w:rPr>
              <w:t>تحديد</w:t>
            </w:r>
            <w:r w:rsidRPr="007C633D">
              <w:rPr>
                <w:rtl/>
              </w:rPr>
              <w:t xml:space="preserve"> </w:t>
            </w:r>
            <w:r w:rsidRPr="007C633D">
              <w:rPr>
                <w:rFonts w:ascii="Times New Roman" w:hAnsi="Times New Roman" w:cs="Times New Roman" w:hint="cs"/>
                <w:rtl/>
              </w:rPr>
              <w:t>هدف</w:t>
            </w:r>
            <w:r w:rsidRPr="007C633D">
              <w:rPr>
                <w:rtl/>
              </w:rPr>
              <w:t xml:space="preserve"> </w:t>
            </w:r>
            <w:r w:rsidRPr="007C633D">
              <w:rPr>
                <w:rFonts w:ascii="Times New Roman" w:hAnsi="Times New Roman" w:cs="Times New Roman" w:hint="cs"/>
                <w:rtl/>
              </w:rPr>
              <w:t>المسؤول</w:t>
            </w:r>
            <w:r w:rsidRPr="007C633D">
              <w:rPr>
                <w:rtl/>
              </w:rPr>
              <w:t xml:space="preserve"> </w:t>
            </w:r>
            <w:r w:rsidRPr="007C633D">
              <w:rPr>
                <w:rFonts w:ascii="Times New Roman" w:hAnsi="Times New Roman" w:cs="Times New Roman" w:hint="cs"/>
                <w:rtl/>
              </w:rPr>
              <w:t>بدقة</w:t>
            </w:r>
            <w:r w:rsidRPr="007C633D">
              <w:t>)</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t>29</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استخراج</w:t>
            </w:r>
            <w:r w:rsidRPr="007C633D">
              <w:rPr>
                <w:rtl/>
              </w:rPr>
              <w:t xml:space="preserve"> </w:t>
            </w:r>
            <w:r w:rsidRPr="007C633D">
              <w:rPr>
                <w:rFonts w:ascii="Times New Roman" w:hAnsi="Times New Roman" w:cs="Times New Roman" w:hint="cs"/>
                <w:rtl/>
              </w:rPr>
              <w:t>سياسة</w:t>
            </w:r>
            <w:r w:rsidRPr="007C633D">
              <w:rPr>
                <w:rtl/>
              </w:rPr>
              <w:t xml:space="preserve"> </w:t>
            </w:r>
            <w:r w:rsidRPr="007C633D">
              <w:rPr>
                <w:rFonts w:ascii="Times New Roman" w:hAnsi="Times New Roman" w:cs="Times New Roman" w:hint="cs"/>
                <w:rtl/>
              </w:rPr>
              <w:t>كلمات</w:t>
            </w:r>
            <w:r w:rsidRPr="007C633D">
              <w:rPr>
                <w:rtl/>
              </w:rPr>
              <w:t xml:space="preserve"> </w:t>
            </w:r>
            <w:r w:rsidRPr="007C633D">
              <w:rPr>
                <w:rFonts w:ascii="Times New Roman" w:hAnsi="Times New Roman" w:cs="Times New Roman" w:hint="cs"/>
                <w:rtl/>
              </w:rPr>
              <w:t>المرور</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إجراء</w:t>
            </w:r>
            <w:r w:rsidRPr="007C633D">
              <w:rPr>
                <w:rtl/>
              </w:rPr>
              <w:t xml:space="preserve"> </w:t>
            </w:r>
            <w:r w:rsidRPr="007C633D">
              <w:rPr>
                <w:rFonts w:ascii="Times New Roman" w:hAnsi="Times New Roman" w:cs="Times New Roman" w:hint="cs"/>
                <w:rtl/>
              </w:rPr>
              <w:t>جيد</w:t>
            </w:r>
            <w:r w:rsidRPr="007C633D">
              <w:rPr>
                <w:rtl/>
              </w:rPr>
              <w:t xml:space="preserve"> </w:t>
            </w:r>
            <w:r w:rsidRPr="007C633D">
              <w:t>(</w:t>
            </w:r>
            <w:r w:rsidRPr="007C633D">
              <w:rPr>
                <w:rFonts w:ascii="Times New Roman" w:hAnsi="Times New Roman" w:cs="Times New Roman" w:hint="cs"/>
                <w:rtl/>
              </w:rPr>
              <w:t>التعقيد</w:t>
            </w:r>
            <w:r w:rsidRPr="007C633D">
              <w:rPr>
                <w:rtl/>
              </w:rPr>
              <w:t xml:space="preserve"> </w:t>
            </w:r>
            <w:r w:rsidRPr="007C633D">
              <w:rPr>
                <w:rFonts w:ascii="Times New Roman" w:hAnsi="Times New Roman" w:cs="Times New Roman" w:hint="cs"/>
                <w:rtl/>
              </w:rPr>
              <w:t>مفعّل،</w:t>
            </w:r>
            <w:r w:rsidRPr="007C633D">
              <w:rPr>
                <w:rtl/>
              </w:rPr>
              <w:t xml:space="preserve"> </w:t>
            </w:r>
            <w:r w:rsidRPr="007C633D">
              <w:rPr>
                <w:rFonts w:ascii="Times New Roman" w:hAnsi="Times New Roman" w:cs="Times New Roman" w:hint="cs"/>
                <w:rtl/>
              </w:rPr>
              <w:t>الطول</w:t>
            </w:r>
            <w:r w:rsidRPr="007C633D">
              <w:rPr>
                <w:rtl/>
              </w:rPr>
              <w:t xml:space="preserve"> 7</w:t>
            </w:r>
            <w:r w:rsidRPr="007C633D">
              <w:t>)</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t>30</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فحص</w:t>
            </w:r>
            <w:r w:rsidRPr="007C633D">
              <w:rPr>
                <w:rtl/>
              </w:rPr>
              <w:t xml:space="preserve"> </w:t>
            </w:r>
            <w:r w:rsidRPr="007C633D">
              <w:rPr>
                <w:rFonts w:ascii="Times New Roman" w:hAnsi="Times New Roman" w:cs="Times New Roman" w:hint="cs"/>
                <w:rtl/>
              </w:rPr>
              <w:t>حماية</w:t>
            </w:r>
            <w:r w:rsidRPr="007C633D">
              <w:t xml:space="preserve"> SMB Signing</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محمي</w:t>
            </w:r>
            <w:r w:rsidRPr="007C633D">
              <w:rPr>
                <w:rtl/>
              </w:rPr>
              <w:t xml:space="preserve"> </w:t>
            </w:r>
            <w:r w:rsidRPr="007C633D">
              <w:t>(Signing enabled and required)</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t>31</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محاولة</w:t>
            </w:r>
            <w:r w:rsidRPr="007C633D">
              <w:rPr>
                <w:rtl/>
              </w:rPr>
              <w:t xml:space="preserve"> </w:t>
            </w:r>
            <w:r w:rsidRPr="007C633D">
              <w:rPr>
                <w:rFonts w:ascii="Times New Roman" w:hAnsi="Times New Roman" w:cs="Times New Roman" w:hint="cs"/>
                <w:rtl/>
              </w:rPr>
              <w:t>اختراق</w:t>
            </w:r>
            <w:r w:rsidRPr="007C633D">
              <w:rPr>
                <w:rtl/>
              </w:rPr>
              <w:t xml:space="preserve"> </w:t>
            </w:r>
            <w:r w:rsidRPr="007C633D">
              <w:rPr>
                <w:rFonts w:ascii="Times New Roman" w:hAnsi="Times New Roman" w:cs="Times New Roman" w:hint="cs"/>
                <w:rtl/>
              </w:rPr>
              <w:t>حساب</w:t>
            </w:r>
            <w:r w:rsidRPr="007C633D">
              <w:t xml:space="preserve"> Administrator</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محمي</w:t>
            </w:r>
            <w:r w:rsidRPr="007C633D">
              <w:rPr>
                <w:rtl/>
              </w:rPr>
              <w:t xml:space="preserve"> </w:t>
            </w:r>
            <w:r w:rsidRPr="007C633D">
              <w:t>(</w:t>
            </w:r>
            <w:r w:rsidRPr="007C633D">
              <w:rPr>
                <w:rFonts w:ascii="Times New Roman" w:hAnsi="Times New Roman" w:cs="Times New Roman" w:hint="cs"/>
                <w:rtl/>
              </w:rPr>
              <w:t>كلمة</w:t>
            </w:r>
            <w:r w:rsidRPr="007C633D">
              <w:rPr>
                <w:rtl/>
              </w:rPr>
              <w:t xml:space="preserve"> </w:t>
            </w:r>
            <w:r w:rsidRPr="007C633D">
              <w:rPr>
                <w:rFonts w:ascii="Times New Roman" w:hAnsi="Times New Roman" w:cs="Times New Roman" w:hint="cs"/>
                <w:rtl/>
              </w:rPr>
              <w:t>المرور</w:t>
            </w:r>
            <w:r w:rsidRPr="007C633D">
              <w:rPr>
                <w:rtl/>
              </w:rPr>
              <w:t xml:space="preserve"> </w:t>
            </w:r>
            <w:r w:rsidRPr="007C633D">
              <w:rPr>
                <w:rFonts w:ascii="Times New Roman" w:hAnsi="Times New Roman" w:cs="Times New Roman" w:hint="cs"/>
                <w:rtl/>
              </w:rPr>
              <w:t>قوية</w:t>
            </w:r>
            <w:r w:rsidRPr="007C633D">
              <w:rPr>
                <w:rtl/>
              </w:rPr>
              <w:t xml:space="preserve"> </w:t>
            </w:r>
            <w:r w:rsidRPr="007C633D">
              <w:rPr>
                <w:rFonts w:ascii="Times New Roman" w:hAnsi="Times New Roman" w:cs="Times New Roman" w:hint="cs"/>
                <w:rtl/>
              </w:rPr>
              <w:t>ومختلفة</w:t>
            </w:r>
            <w:r w:rsidRPr="007C633D">
              <w:t>)</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t>32</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فحص</w:t>
            </w:r>
            <w:r w:rsidRPr="007C633D">
              <w:rPr>
                <w:rtl/>
              </w:rPr>
              <w:t xml:space="preserve"> </w:t>
            </w:r>
            <w:r w:rsidRPr="007C633D">
              <w:rPr>
                <w:rFonts w:ascii="Times New Roman" w:hAnsi="Times New Roman" w:cs="Times New Roman" w:hint="cs"/>
                <w:rtl/>
              </w:rPr>
              <w:t>ثغرة</w:t>
            </w:r>
            <w:r w:rsidRPr="007C633D">
              <w:t xml:space="preserve"> </w:t>
            </w:r>
            <w:proofErr w:type="spellStart"/>
            <w:r w:rsidRPr="007C633D">
              <w:t>EternalBlue</w:t>
            </w:r>
            <w:proofErr w:type="spellEnd"/>
            <w:r w:rsidRPr="007C633D">
              <w:t xml:space="preserve"> (MS17-010)</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محمي</w:t>
            </w:r>
            <w:r w:rsidRPr="007C633D">
              <w:rPr>
                <w:rtl/>
              </w:rPr>
              <w:t xml:space="preserve"> </w:t>
            </w:r>
            <w:r w:rsidRPr="007C633D">
              <w:t xml:space="preserve">(SMBv1 </w:t>
            </w:r>
            <w:r w:rsidRPr="007C633D">
              <w:rPr>
                <w:rFonts w:ascii="Times New Roman" w:hAnsi="Times New Roman" w:cs="Times New Roman" w:hint="cs"/>
                <w:rtl/>
              </w:rPr>
              <w:t>معطل</w:t>
            </w:r>
            <w:r w:rsidRPr="007C633D">
              <w:rPr>
                <w:rtl/>
              </w:rPr>
              <w:t xml:space="preserve"> </w:t>
            </w:r>
            <w:r w:rsidRPr="007C633D">
              <w:rPr>
                <w:rFonts w:ascii="Times New Roman" w:hAnsi="Times New Roman" w:cs="Times New Roman" w:hint="cs"/>
                <w:rtl/>
              </w:rPr>
              <w:t>تماماً</w:t>
            </w:r>
            <w:r w:rsidRPr="007C633D">
              <w:t>)</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t>33</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استخراج</w:t>
            </w:r>
            <w:r w:rsidRPr="007C633D">
              <w:rPr>
                <w:rtl/>
              </w:rPr>
              <w:t xml:space="preserve"> </w:t>
            </w:r>
            <w:r w:rsidRPr="007C633D">
              <w:rPr>
                <w:rFonts w:ascii="Times New Roman" w:hAnsi="Times New Roman" w:cs="Times New Roman" w:hint="cs"/>
                <w:rtl/>
              </w:rPr>
              <w:t>معلومات</w:t>
            </w:r>
            <w:r w:rsidRPr="007C633D">
              <w:rPr>
                <w:rtl/>
              </w:rPr>
              <w:t xml:space="preserve"> </w:t>
            </w:r>
            <w:r w:rsidRPr="007C633D">
              <w:rPr>
                <w:rFonts w:ascii="Times New Roman" w:hAnsi="Times New Roman" w:cs="Times New Roman" w:hint="cs"/>
                <w:rtl/>
              </w:rPr>
              <w:t>النطاق</w:t>
            </w:r>
            <w:r w:rsidRPr="007C633D">
              <w:rPr>
                <w:rtl/>
              </w:rPr>
              <w:t xml:space="preserve"> </w:t>
            </w:r>
            <w:r w:rsidRPr="007C633D">
              <w:rPr>
                <w:rFonts w:ascii="Times New Roman" w:hAnsi="Times New Roman" w:cs="Times New Roman" w:hint="cs"/>
                <w:rtl/>
              </w:rPr>
              <w:t>الجذرية</w:t>
            </w:r>
            <w:r w:rsidRPr="007C633D">
              <w:t xml:space="preserve"> (</w:t>
            </w:r>
            <w:proofErr w:type="spellStart"/>
            <w:r w:rsidRPr="007C633D">
              <w:t>RootDSE</w:t>
            </w:r>
            <w:proofErr w:type="spellEnd"/>
            <w:r w:rsidRPr="007C633D">
              <w:t>)</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تسريب</w:t>
            </w:r>
            <w:r w:rsidRPr="007C633D">
              <w:rPr>
                <w:rtl/>
              </w:rPr>
              <w:t xml:space="preserve"> </w:t>
            </w:r>
            <w:r w:rsidRPr="007C633D">
              <w:rPr>
                <w:rFonts w:ascii="Times New Roman" w:hAnsi="Times New Roman" w:cs="Times New Roman" w:hint="cs"/>
                <w:rtl/>
              </w:rPr>
              <w:t>معلومات</w:t>
            </w:r>
            <w:r w:rsidRPr="007C633D">
              <w:rPr>
                <w:rtl/>
              </w:rPr>
              <w:t xml:space="preserve"> </w:t>
            </w:r>
            <w:r w:rsidRPr="007C633D">
              <w:t>(</w:t>
            </w:r>
            <w:r w:rsidRPr="007C633D">
              <w:rPr>
                <w:rFonts w:ascii="Times New Roman" w:hAnsi="Times New Roman" w:cs="Times New Roman" w:hint="cs"/>
                <w:rtl/>
              </w:rPr>
              <w:t>كشف</w:t>
            </w:r>
            <w:r w:rsidRPr="007C633D">
              <w:rPr>
                <w:rtl/>
              </w:rPr>
              <w:t xml:space="preserve"> </w:t>
            </w:r>
            <w:r w:rsidRPr="007C633D">
              <w:rPr>
                <w:rFonts w:ascii="Times New Roman" w:hAnsi="Times New Roman" w:cs="Times New Roman" w:hint="cs"/>
                <w:rtl/>
              </w:rPr>
              <w:t>اسم</w:t>
            </w:r>
            <w:r w:rsidRPr="007C633D">
              <w:rPr>
                <w:rtl/>
              </w:rPr>
              <w:t xml:space="preserve"> </w:t>
            </w:r>
            <w:r w:rsidRPr="007C633D">
              <w:rPr>
                <w:rFonts w:ascii="Times New Roman" w:hAnsi="Times New Roman" w:cs="Times New Roman" w:hint="cs"/>
                <w:rtl/>
              </w:rPr>
              <w:t>وإصدار</w:t>
            </w:r>
            <w:r w:rsidRPr="007C633D">
              <w:rPr>
                <w:rtl/>
              </w:rPr>
              <w:t xml:space="preserve"> </w:t>
            </w:r>
            <w:r w:rsidRPr="007C633D">
              <w:rPr>
                <w:rFonts w:ascii="Times New Roman" w:hAnsi="Times New Roman" w:cs="Times New Roman" w:hint="cs"/>
                <w:rtl/>
              </w:rPr>
              <w:t>السيرفر</w:t>
            </w:r>
            <w:r w:rsidRPr="007C633D">
              <w:t>)</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t>34</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فحص</w:t>
            </w:r>
            <w:r w:rsidRPr="007C633D">
              <w:rPr>
                <w:rtl/>
              </w:rPr>
              <w:t xml:space="preserve"> </w:t>
            </w:r>
            <w:r w:rsidRPr="007C633D">
              <w:rPr>
                <w:rFonts w:ascii="Times New Roman" w:hAnsi="Times New Roman" w:cs="Times New Roman" w:hint="cs"/>
                <w:rtl/>
              </w:rPr>
              <w:t>ثغرة</w:t>
            </w:r>
            <w:r w:rsidRPr="007C633D">
              <w:t xml:space="preserve"> AS-REP Roasting</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محمي</w:t>
            </w:r>
            <w:r w:rsidRPr="007C633D">
              <w:rPr>
                <w:rtl/>
              </w:rPr>
              <w:t xml:space="preserve"> </w:t>
            </w:r>
            <w:r w:rsidRPr="007C633D">
              <w:t>(</w:t>
            </w:r>
            <w:r w:rsidRPr="007C633D">
              <w:rPr>
                <w:rFonts w:ascii="Times New Roman" w:hAnsi="Times New Roman" w:cs="Times New Roman" w:hint="cs"/>
                <w:rtl/>
              </w:rPr>
              <w:t>جميع</w:t>
            </w:r>
            <w:r w:rsidRPr="007C633D">
              <w:rPr>
                <w:rtl/>
              </w:rPr>
              <w:t xml:space="preserve"> </w:t>
            </w:r>
            <w:r w:rsidRPr="007C633D">
              <w:rPr>
                <w:rFonts w:ascii="Times New Roman" w:hAnsi="Times New Roman" w:cs="Times New Roman" w:hint="cs"/>
                <w:rtl/>
              </w:rPr>
              <w:t>الحسابات</w:t>
            </w:r>
            <w:r w:rsidRPr="007C633D">
              <w:rPr>
                <w:rtl/>
              </w:rPr>
              <w:t xml:space="preserve"> </w:t>
            </w:r>
            <w:r w:rsidRPr="007C633D">
              <w:rPr>
                <w:rFonts w:ascii="Times New Roman" w:hAnsi="Times New Roman" w:cs="Times New Roman" w:hint="cs"/>
                <w:rtl/>
              </w:rPr>
              <w:t>تتطلب</w:t>
            </w:r>
            <w:r w:rsidRPr="007C633D">
              <w:t xml:space="preserve"> Pre-Auth)</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lastRenderedPageBreak/>
              <w:t>35</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سحب</w:t>
            </w:r>
            <w:r w:rsidRPr="007C633D">
              <w:rPr>
                <w:rtl/>
              </w:rPr>
              <w:t xml:space="preserve"> </w:t>
            </w:r>
            <w:r w:rsidRPr="007C633D">
              <w:rPr>
                <w:rFonts w:ascii="Times New Roman" w:hAnsi="Times New Roman" w:cs="Times New Roman" w:hint="cs"/>
                <w:rtl/>
              </w:rPr>
              <w:t>استخبارات</w:t>
            </w:r>
            <w:r w:rsidRPr="007C633D">
              <w:rPr>
                <w:rtl/>
              </w:rPr>
              <w:t xml:space="preserve"> </w:t>
            </w:r>
            <w:r w:rsidRPr="007C633D">
              <w:rPr>
                <w:rFonts w:ascii="Times New Roman" w:hAnsi="Times New Roman" w:cs="Times New Roman" w:hint="cs"/>
                <w:rtl/>
              </w:rPr>
              <w:t>المستخدمين</w:t>
            </w:r>
            <w:r w:rsidRPr="007C633D">
              <w:rPr>
                <w:rtl/>
              </w:rPr>
              <w:t xml:space="preserve"> </w:t>
            </w:r>
            <w:r w:rsidRPr="007C633D">
              <w:rPr>
                <w:rFonts w:ascii="Times New Roman" w:hAnsi="Times New Roman" w:cs="Times New Roman" w:hint="cs"/>
                <w:rtl/>
              </w:rPr>
              <w:t>النشطين</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خطر</w:t>
            </w:r>
            <w:r w:rsidRPr="007C633D">
              <w:rPr>
                <w:rtl/>
              </w:rPr>
              <w:t xml:space="preserve"> </w:t>
            </w:r>
            <w:r w:rsidRPr="007C633D">
              <w:rPr>
                <w:rFonts w:ascii="Times New Roman" w:hAnsi="Times New Roman" w:cs="Times New Roman" w:hint="cs"/>
                <w:rtl/>
              </w:rPr>
              <w:t>أمني</w:t>
            </w:r>
            <w:r w:rsidRPr="007C633D">
              <w:rPr>
                <w:rtl/>
              </w:rPr>
              <w:t xml:space="preserve"> </w:t>
            </w:r>
            <w:r w:rsidRPr="007C633D">
              <w:t>(</w:t>
            </w:r>
            <w:r w:rsidRPr="007C633D">
              <w:rPr>
                <w:rFonts w:ascii="Times New Roman" w:hAnsi="Times New Roman" w:cs="Times New Roman" w:hint="cs"/>
                <w:rtl/>
              </w:rPr>
              <w:t>تمييز</w:t>
            </w:r>
            <w:r w:rsidRPr="007C633D">
              <w:rPr>
                <w:rtl/>
              </w:rPr>
              <w:t xml:space="preserve"> </w:t>
            </w:r>
            <w:r w:rsidRPr="007C633D">
              <w:rPr>
                <w:rFonts w:ascii="Times New Roman" w:hAnsi="Times New Roman" w:cs="Times New Roman" w:hint="cs"/>
                <w:rtl/>
              </w:rPr>
              <w:t>الحسابات</w:t>
            </w:r>
            <w:r w:rsidRPr="007C633D">
              <w:rPr>
                <w:rtl/>
              </w:rPr>
              <w:t xml:space="preserve"> </w:t>
            </w:r>
            <w:r w:rsidRPr="007C633D">
              <w:rPr>
                <w:rFonts w:ascii="Times New Roman" w:hAnsi="Times New Roman" w:cs="Times New Roman" w:hint="cs"/>
                <w:rtl/>
              </w:rPr>
              <w:t>الخاملة</w:t>
            </w:r>
            <w:r w:rsidRPr="007C633D">
              <w:rPr>
                <w:rtl/>
              </w:rPr>
              <w:t xml:space="preserve"> </w:t>
            </w:r>
            <w:r w:rsidRPr="007C633D">
              <w:rPr>
                <w:rFonts w:ascii="Times New Roman" w:hAnsi="Times New Roman" w:cs="Times New Roman" w:hint="cs"/>
                <w:rtl/>
              </w:rPr>
              <w:t>والنشطة</w:t>
            </w:r>
            <w:r w:rsidRPr="007C633D">
              <w:t>)</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t>36</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فحص</w:t>
            </w:r>
            <w:r w:rsidRPr="007C633D">
              <w:rPr>
                <w:rtl/>
              </w:rPr>
              <w:t xml:space="preserve"> </w:t>
            </w:r>
            <w:r w:rsidRPr="007C633D">
              <w:rPr>
                <w:rFonts w:ascii="Times New Roman" w:hAnsi="Times New Roman" w:cs="Times New Roman" w:hint="cs"/>
                <w:rtl/>
              </w:rPr>
              <w:t>صلاحيات</w:t>
            </w:r>
            <w:r w:rsidRPr="007C633D">
              <w:rPr>
                <w:rtl/>
              </w:rPr>
              <w:t xml:space="preserve"> </w:t>
            </w:r>
            <w:r w:rsidRPr="007C633D">
              <w:rPr>
                <w:rFonts w:ascii="Times New Roman" w:hAnsi="Times New Roman" w:cs="Times New Roman" w:hint="cs"/>
                <w:rtl/>
              </w:rPr>
              <w:t>المجلدات</w:t>
            </w:r>
            <w:r w:rsidRPr="007C633D">
              <w:rPr>
                <w:rtl/>
              </w:rPr>
              <w:t xml:space="preserve"> </w:t>
            </w:r>
            <w:r w:rsidRPr="007C633D">
              <w:rPr>
                <w:rFonts w:ascii="Times New Roman" w:hAnsi="Times New Roman" w:cs="Times New Roman" w:hint="cs"/>
                <w:rtl/>
              </w:rPr>
              <w:t>المشتركة</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إجراء</w:t>
            </w:r>
            <w:r w:rsidRPr="007C633D">
              <w:rPr>
                <w:rtl/>
              </w:rPr>
              <w:t xml:space="preserve"> </w:t>
            </w:r>
            <w:r w:rsidRPr="007C633D">
              <w:rPr>
                <w:rFonts w:ascii="Times New Roman" w:hAnsi="Times New Roman" w:cs="Times New Roman" w:hint="cs"/>
                <w:rtl/>
              </w:rPr>
              <w:t>جيد</w:t>
            </w:r>
            <w:r w:rsidRPr="007C633D">
              <w:rPr>
                <w:rtl/>
              </w:rPr>
              <w:t xml:space="preserve"> </w:t>
            </w:r>
            <w:r w:rsidRPr="007C633D">
              <w:t>(</w:t>
            </w:r>
            <w:r w:rsidRPr="007C633D">
              <w:rPr>
                <w:rFonts w:ascii="Times New Roman" w:hAnsi="Times New Roman" w:cs="Times New Roman" w:hint="cs"/>
                <w:rtl/>
              </w:rPr>
              <w:t>مبدأ</w:t>
            </w:r>
            <w:r w:rsidRPr="007C633D">
              <w:rPr>
                <w:rtl/>
              </w:rPr>
              <w:t xml:space="preserve"> </w:t>
            </w:r>
            <w:r w:rsidRPr="007C633D">
              <w:rPr>
                <w:rFonts w:ascii="Times New Roman" w:hAnsi="Times New Roman" w:cs="Times New Roman" w:hint="cs"/>
                <w:rtl/>
              </w:rPr>
              <w:t>أقل</w:t>
            </w:r>
            <w:r w:rsidRPr="007C633D">
              <w:rPr>
                <w:rtl/>
              </w:rPr>
              <w:t xml:space="preserve"> </w:t>
            </w:r>
            <w:r w:rsidRPr="007C633D">
              <w:rPr>
                <w:rFonts w:ascii="Times New Roman" w:hAnsi="Times New Roman" w:cs="Times New Roman" w:hint="cs"/>
                <w:rtl/>
              </w:rPr>
              <w:t>الصلاحيات</w:t>
            </w:r>
            <w:r w:rsidRPr="007C633D">
              <w:rPr>
                <w:rtl/>
              </w:rPr>
              <w:t xml:space="preserve"> </w:t>
            </w:r>
            <w:r w:rsidRPr="007C633D">
              <w:rPr>
                <w:rFonts w:ascii="Times New Roman" w:hAnsi="Times New Roman" w:cs="Times New Roman" w:hint="cs"/>
                <w:rtl/>
              </w:rPr>
              <w:t>مطبق</w:t>
            </w:r>
            <w:r w:rsidRPr="007C633D">
              <w:t>)</w:t>
            </w:r>
          </w:p>
        </w:tc>
      </w:tr>
      <w:tr w:rsidR="007C633D" w:rsidRPr="007C633D" w:rsidTr="007C633D">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t>37</w:t>
            </w:r>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فحص</w:t>
            </w:r>
            <w:r w:rsidRPr="007C633D">
              <w:rPr>
                <w:rtl/>
              </w:rPr>
              <w:t xml:space="preserve"> </w:t>
            </w:r>
            <w:r w:rsidRPr="007C633D">
              <w:rPr>
                <w:rFonts w:ascii="Times New Roman" w:hAnsi="Times New Roman" w:cs="Times New Roman" w:hint="cs"/>
                <w:rtl/>
              </w:rPr>
              <w:t>ثغرة</w:t>
            </w:r>
            <w:r w:rsidRPr="007C633D">
              <w:t xml:space="preserve"> </w:t>
            </w:r>
            <w:proofErr w:type="spellStart"/>
            <w:r w:rsidRPr="007C633D">
              <w:t>Kerberoasting</w:t>
            </w:r>
            <w:proofErr w:type="spellEnd"/>
          </w:p>
        </w:tc>
        <w:tc>
          <w:tcPr>
            <w:tcW w:w="0" w:type="auto"/>
            <w:tcBorders>
              <w:top w:val="nil"/>
              <w:left w:val="nil"/>
              <w:bottom w:val="nil"/>
              <w:right w:val="nil"/>
            </w:tcBorders>
            <w:tcMar>
              <w:top w:w="137" w:type="dxa"/>
              <w:left w:w="0" w:type="dxa"/>
              <w:bottom w:w="137" w:type="dxa"/>
              <w:right w:w="0" w:type="dxa"/>
            </w:tcMar>
            <w:vAlign w:val="bottom"/>
            <w:hideMark/>
          </w:tcPr>
          <w:p w:rsidR="007C633D" w:rsidRPr="007C633D" w:rsidRDefault="007C633D" w:rsidP="007C633D">
            <w:pPr>
              <w:tabs>
                <w:tab w:val="left" w:pos="7020"/>
              </w:tabs>
            </w:pPr>
            <w:r w:rsidRPr="007C633D">
              <w:rPr>
                <w:rFonts w:ascii="Times New Roman" w:hAnsi="Times New Roman" w:cs="Times New Roman" w:hint="cs"/>
                <w:rtl/>
              </w:rPr>
              <w:t>محمي</w:t>
            </w:r>
            <w:r w:rsidRPr="007C633D">
              <w:rPr>
                <w:rtl/>
              </w:rPr>
              <w:t xml:space="preserve"> </w:t>
            </w:r>
            <w:r w:rsidRPr="007C633D">
              <w:t>(</w:t>
            </w:r>
            <w:r w:rsidRPr="007C633D">
              <w:rPr>
                <w:rFonts w:ascii="Times New Roman" w:hAnsi="Times New Roman" w:cs="Times New Roman" w:hint="cs"/>
                <w:rtl/>
              </w:rPr>
              <w:t>لا</w:t>
            </w:r>
            <w:r w:rsidRPr="007C633D">
              <w:rPr>
                <w:rtl/>
              </w:rPr>
              <w:t xml:space="preserve"> </w:t>
            </w:r>
            <w:r w:rsidRPr="007C633D">
              <w:rPr>
                <w:rFonts w:ascii="Times New Roman" w:hAnsi="Times New Roman" w:cs="Times New Roman" w:hint="cs"/>
                <w:rtl/>
              </w:rPr>
              <w:t>توجد</w:t>
            </w:r>
            <w:r w:rsidRPr="007C633D">
              <w:rPr>
                <w:rtl/>
              </w:rPr>
              <w:t xml:space="preserve"> </w:t>
            </w:r>
            <w:r w:rsidRPr="007C633D">
              <w:rPr>
                <w:rFonts w:ascii="Times New Roman" w:hAnsi="Times New Roman" w:cs="Times New Roman" w:hint="cs"/>
                <w:rtl/>
              </w:rPr>
              <w:t>حسابات</w:t>
            </w:r>
            <w:r w:rsidRPr="007C633D">
              <w:rPr>
                <w:rtl/>
              </w:rPr>
              <w:t xml:space="preserve"> </w:t>
            </w:r>
            <w:r w:rsidRPr="007C633D">
              <w:rPr>
                <w:rFonts w:ascii="Times New Roman" w:hAnsi="Times New Roman" w:cs="Times New Roman" w:hint="cs"/>
                <w:rtl/>
              </w:rPr>
              <w:t>خدمات</w:t>
            </w:r>
            <w:r w:rsidRPr="007C633D">
              <w:rPr>
                <w:rtl/>
              </w:rPr>
              <w:t xml:space="preserve"> </w:t>
            </w:r>
            <w:r w:rsidRPr="007C633D">
              <w:rPr>
                <w:rFonts w:ascii="Times New Roman" w:hAnsi="Times New Roman" w:cs="Times New Roman" w:hint="cs"/>
                <w:rtl/>
              </w:rPr>
              <w:t>مكشوفة</w:t>
            </w:r>
            <w:r w:rsidRPr="007C633D">
              <w:t>)</w:t>
            </w:r>
          </w:p>
        </w:tc>
      </w:tr>
    </w:tbl>
    <w:p w:rsidR="007C633D" w:rsidRDefault="007C633D" w:rsidP="00497956">
      <w:pPr>
        <w:tabs>
          <w:tab w:val="left" w:pos="7020"/>
        </w:tabs>
      </w:pPr>
    </w:p>
    <w:p w:rsidR="00F67593" w:rsidRDefault="00F67593" w:rsidP="00F67593">
      <w:pPr>
        <w:tabs>
          <w:tab w:val="left" w:pos="7020"/>
        </w:tabs>
      </w:pPr>
    </w:p>
    <w:p w:rsidR="00F67593" w:rsidRDefault="00F67593" w:rsidP="00BA22D3">
      <w:pPr>
        <w:tabs>
          <w:tab w:val="left" w:pos="7020"/>
        </w:tabs>
      </w:pPr>
    </w:p>
    <w:p w:rsidR="00A038EA" w:rsidRDefault="00A038EA" w:rsidP="00624035">
      <w:pPr>
        <w:tabs>
          <w:tab w:val="left" w:pos="7020"/>
        </w:tabs>
      </w:pPr>
    </w:p>
    <w:p w:rsidR="00C6579D" w:rsidRDefault="00C6579D" w:rsidP="00AF7EBF">
      <w:pPr>
        <w:tabs>
          <w:tab w:val="left" w:pos="7020"/>
        </w:tabs>
      </w:pPr>
    </w:p>
    <w:p w:rsidR="00FD3310" w:rsidRDefault="00FD3310" w:rsidP="00AF7EBF">
      <w:pPr>
        <w:tabs>
          <w:tab w:val="left" w:pos="7020"/>
        </w:tabs>
      </w:pPr>
    </w:p>
    <w:p w:rsidR="00FD3310" w:rsidRDefault="00FD3310" w:rsidP="00AF7EBF">
      <w:pPr>
        <w:tabs>
          <w:tab w:val="left" w:pos="7020"/>
        </w:tabs>
      </w:pPr>
    </w:p>
    <w:p w:rsidR="00FD3310" w:rsidRDefault="00FD3310" w:rsidP="00AF7EBF">
      <w:pPr>
        <w:tabs>
          <w:tab w:val="left" w:pos="7020"/>
        </w:tabs>
      </w:pPr>
    </w:p>
    <w:p w:rsidR="00FD3310" w:rsidRDefault="00FD3310" w:rsidP="00AF7EBF">
      <w:pPr>
        <w:tabs>
          <w:tab w:val="left" w:pos="7020"/>
        </w:tabs>
      </w:pPr>
    </w:p>
    <w:p w:rsidR="00FD3310" w:rsidRDefault="00FD3310" w:rsidP="00AF7EBF">
      <w:pPr>
        <w:tabs>
          <w:tab w:val="left" w:pos="7020"/>
        </w:tabs>
      </w:pPr>
    </w:p>
    <w:p w:rsidR="00FD3310" w:rsidRDefault="00FD3310" w:rsidP="00AF7EBF">
      <w:pPr>
        <w:tabs>
          <w:tab w:val="left" w:pos="7020"/>
        </w:tabs>
      </w:pPr>
    </w:p>
    <w:p w:rsidR="00FD3310" w:rsidRDefault="00FD3310" w:rsidP="00AF7EBF">
      <w:pPr>
        <w:tabs>
          <w:tab w:val="left" w:pos="7020"/>
        </w:tabs>
      </w:pPr>
    </w:p>
    <w:p w:rsidR="00FD3310" w:rsidRDefault="00FD3310" w:rsidP="00AF7EBF">
      <w:pPr>
        <w:tabs>
          <w:tab w:val="left" w:pos="7020"/>
        </w:tabs>
      </w:pPr>
    </w:p>
    <w:p w:rsidR="00FD3310" w:rsidRDefault="00FD3310" w:rsidP="00AF7EBF">
      <w:pPr>
        <w:tabs>
          <w:tab w:val="left" w:pos="7020"/>
        </w:tabs>
      </w:pPr>
    </w:p>
    <w:p w:rsidR="00FD3310" w:rsidRDefault="00FD3310" w:rsidP="00AF7EBF">
      <w:pPr>
        <w:tabs>
          <w:tab w:val="left" w:pos="7020"/>
        </w:tabs>
      </w:pPr>
    </w:p>
    <w:p w:rsidR="00FD3310" w:rsidRDefault="00FD3310" w:rsidP="00AF7EBF">
      <w:pPr>
        <w:tabs>
          <w:tab w:val="left" w:pos="7020"/>
        </w:tabs>
      </w:pPr>
    </w:p>
    <w:p w:rsidR="00FD3310" w:rsidRDefault="00FD3310" w:rsidP="00AF7EBF">
      <w:pPr>
        <w:tabs>
          <w:tab w:val="left" w:pos="7020"/>
        </w:tabs>
      </w:pPr>
    </w:p>
    <w:p w:rsidR="00660980" w:rsidRDefault="00660980" w:rsidP="00660980">
      <w:pPr>
        <w:pStyle w:val="svelte-4sys19"/>
        <w:pBdr>
          <w:top w:val="single" w:sz="2" w:space="0" w:color="0D0D0D"/>
          <w:left w:val="single" w:sz="2" w:space="0" w:color="0D0D0D"/>
          <w:bottom w:val="single" w:sz="2" w:space="0" w:color="0D0D0D"/>
          <w:right w:val="single" w:sz="2" w:space="0" w:color="0D0D0D"/>
        </w:pBdr>
        <w:shd w:val="clear" w:color="auto" w:fill="F8F8F8"/>
        <w:spacing w:before="0" w:beforeAutospacing="0" w:after="0" w:afterAutospacing="0"/>
        <w:rPr>
          <w:rFonts w:ascii="Segoe UI" w:hAnsi="Segoe UI" w:cs="Segoe UI"/>
          <w:color w:val="0D0D0D"/>
        </w:rPr>
      </w:pPr>
      <w:r>
        <w:rPr>
          <w:rStyle w:val="Strong"/>
          <w:rFonts w:ascii="Segoe UI" w:eastAsiaTheme="majorEastAsia" w:hAnsi="Segoe UI" w:cs="Segoe UI"/>
          <w:b w:val="0"/>
          <w:bCs w:val="0"/>
          <w:color w:val="000000"/>
          <w:bdr w:val="single" w:sz="2" w:space="0" w:color="000000" w:frame="1"/>
          <w:rtl/>
        </w:rPr>
        <w:t>المرحلة الرابعة: تحصين النظام وإغلاق الثغرات</w:t>
      </w:r>
      <w:r>
        <w:rPr>
          <w:rStyle w:val="Strong"/>
          <w:rFonts w:ascii="Segoe UI" w:eastAsiaTheme="majorEastAsia" w:hAnsi="Segoe UI" w:cs="Segoe UI"/>
          <w:b w:val="0"/>
          <w:bCs w:val="0"/>
          <w:color w:val="000000"/>
          <w:bdr w:val="single" w:sz="2" w:space="0" w:color="000000" w:frame="1"/>
        </w:rPr>
        <w:t xml:space="preserve"> (Phase Four: Hardening &amp; Remediation)</w:t>
      </w:r>
      <w:r>
        <w:rPr>
          <w:rFonts w:ascii="Segoe UI" w:hAnsi="Segoe UI" w:cs="Segoe UI"/>
          <w:color w:val="0D0D0D"/>
        </w:rPr>
        <w:t>.</w:t>
      </w:r>
    </w:p>
    <w:p w:rsidR="00660980" w:rsidRDefault="00660980" w:rsidP="00660980">
      <w:pPr>
        <w:pStyle w:val="svelte-4sys19"/>
        <w:pBdr>
          <w:top w:val="single" w:sz="2" w:space="0" w:color="0D0D0D"/>
          <w:left w:val="single" w:sz="2" w:space="0" w:color="0D0D0D"/>
          <w:bottom w:val="single" w:sz="2" w:space="0" w:color="0D0D0D"/>
          <w:right w:val="single" w:sz="2" w:space="0" w:color="0D0D0D"/>
        </w:pBdr>
        <w:shd w:val="clear" w:color="auto" w:fill="F8F8F8"/>
        <w:spacing w:before="0" w:beforeAutospacing="0" w:after="240" w:afterAutospacing="0"/>
        <w:rPr>
          <w:rFonts w:ascii="Segoe UI" w:hAnsi="Segoe UI" w:cs="Segoe UI"/>
          <w:color w:val="0D0D0D"/>
        </w:rPr>
      </w:pPr>
      <w:r>
        <w:rPr>
          <w:rFonts w:ascii="Segoe UI" w:hAnsi="Segoe UI" w:cs="Segoe UI"/>
          <w:color w:val="0D0D0D"/>
          <w:rtl/>
        </w:rPr>
        <w:t>سنقوم بإغلاق أهم ثغرتين وجدناهما</w:t>
      </w:r>
      <w:r>
        <w:rPr>
          <w:rFonts w:ascii="Segoe UI" w:hAnsi="Segoe UI" w:cs="Segoe UI"/>
          <w:color w:val="0D0D0D"/>
        </w:rPr>
        <w:t>:</w:t>
      </w:r>
    </w:p>
    <w:p w:rsidR="00660980" w:rsidRDefault="00660980" w:rsidP="00660980">
      <w:pPr>
        <w:pStyle w:val="text-start"/>
        <w:numPr>
          <w:ilvl w:val="0"/>
          <w:numId w:val="20"/>
        </w:numPr>
        <w:pBdr>
          <w:top w:val="single" w:sz="2" w:space="0" w:color="0D0D0D"/>
          <w:left w:val="single" w:sz="2" w:space="0" w:color="0D0D0D"/>
          <w:bottom w:val="single" w:sz="2" w:space="0" w:color="0D0D0D"/>
          <w:right w:val="single" w:sz="2" w:space="0" w:color="0D0D0D"/>
        </w:pBdr>
        <w:shd w:val="clear" w:color="auto" w:fill="F8F8F8"/>
        <w:spacing w:before="0" w:beforeAutospacing="0" w:after="0" w:afterAutospacing="0"/>
        <w:ind w:left="0"/>
        <w:rPr>
          <w:rFonts w:ascii="Segoe UI" w:hAnsi="Segoe UI" w:cs="Segoe UI"/>
          <w:color w:val="0D0D0D"/>
        </w:rPr>
      </w:pPr>
      <w:r>
        <w:rPr>
          <w:rStyle w:val="Strong"/>
          <w:rFonts w:ascii="Segoe UI" w:eastAsiaTheme="majorEastAsia" w:hAnsi="Segoe UI" w:cs="Segoe UI"/>
          <w:b w:val="0"/>
          <w:bCs w:val="0"/>
          <w:color w:val="000000"/>
          <w:bdr w:val="single" w:sz="2" w:space="0" w:color="000000" w:frame="1"/>
          <w:rtl/>
        </w:rPr>
        <w:t>ثغرة الدخول المجهول لـ</w:t>
      </w:r>
      <w:r>
        <w:rPr>
          <w:rStyle w:val="Strong"/>
          <w:rFonts w:ascii="Segoe UI" w:eastAsiaTheme="majorEastAsia" w:hAnsi="Segoe UI" w:cs="Segoe UI"/>
          <w:b w:val="0"/>
          <w:bCs w:val="0"/>
          <w:color w:val="000000"/>
          <w:bdr w:val="single" w:sz="2" w:space="0" w:color="000000" w:frame="1"/>
        </w:rPr>
        <w:t xml:space="preserve"> SMB (Null Session)</w:t>
      </w:r>
      <w:r>
        <w:rPr>
          <w:rFonts w:ascii="Segoe UI" w:hAnsi="Segoe UI" w:cs="Segoe UI"/>
          <w:color w:val="0D0D0D"/>
        </w:rPr>
        <w:t xml:space="preserve"> </w:t>
      </w:r>
      <w:r>
        <w:rPr>
          <w:rFonts w:ascii="Segoe UI" w:hAnsi="Segoe UI" w:cs="Segoe UI"/>
          <w:color w:val="0D0D0D"/>
          <w:rtl/>
        </w:rPr>
        <w:t>التي ظهرت في الخطوة 20</w:t>
      </w:r>
      <w:r>
        <w:rPr>
          <w:rFonts w:ascii="Segoe UI" w:hAnsi="Segoe UI" w:cs="Segoe UI"/>
          <w:color w:val="0D0D0D"/>
        </w:rPr>
        <w:t>.</w:t>
      </w:r>
    </w:p>
    <w:p w:rsidR="00660980" w:rsidRDefault="00660980" w:rsidP="00660980">
      <w:pPr>
        <w:pStyle w:val="text-start"/>
        <w:numPr>
          <w:ilvl w:val="0"/>
          <w:numId w:val="20"/>
        </w:numPr>
        <w:pBdr>
          <w:top w:val="single" w:sz="2" w:space="0" w:color="0D0D0D"/>
          <w:left w:val="single" w:sz="2" w:space="0" w:color="0D0D0D"/>
          <w:bottom w:val="single" w:sz="2" w:space="0" w:color="0D0D0D"/>
          <w:right w:val="single" w:sz="2" w:space="0" w:color="0D0D0D"/>
        </w:pBdr>
        <w:shd w:val="clear" w:color="auto" w:fill="F8F8F8"/>
        <w:spacing w:before="0" w:beforeAutospacing="0" w:after="0" w:afterAutospacing="0"/>
        <w:ind w:left="0"/>
        <w:rPr>
          <w:rFonts w:ascii="Segoe UI" w:hAnsi="Segoe UI" w:cs="Segoe UI"/>
          <w:color w:val="0D0D0D"/>
        </w:rPr>
      </w:pPr>
      <w:r>
        <w:rPr>
          <w:rStyle w:val="Strong"/>
          <w:rFonts w:ascii="Segoe UI" w:eastAsiaTheme="majorEastAsia" w:hAnsi="Segoe UI" w:cs="Segoe UI"/>
          <w:b w:val="0"/>
          <w:bCs w:val="0"/>
          <w:color w:val="000000"/>
          <w:bdr w:val="single" w:sz="2" w:space="0" w:color="000000" w:frame="1"/>
          <w:rtl/>
        </w:rPr>
        <w:lastRenderedPageBreak/>
        <w:t>تسريب معلومات النطاق الجذرية عبر</w:t>
      </w:r>
      <w:r>
        <w:rPr>
          <w:rStyle w:val="Strong"/>
          <w:rFonts w:ascii="Segoe UI" w:eastAsiaTheme="majorEastAsia" w:hAnsi="Segoe UI" w:cs="Segoe UI"/>
          <w:b w:val="0"/>
          <w:bCs w:val="0"/>
          <w:color w:val="000000"/>
          <w:bdr w:val="single" w:sz="2" w:space="0" w:color="000000" w:frame="1"/>
        </w:rPr>
        <w:t xml:space="preserve"> LDAP (Anonymous </w:t>
      </w:r>
      <w:proofErr w:type="spellStart"/>
      <w:r>
        <w:rPr>
          <w:rStyle w:val="Strong"/>
          <w:rFonts w:ascii="Segoe UI" w:eastAsiaTheme="majorEastAsia" w:hAnsi="Segoe UI" w:cs="Segoe UI"/>
          <w:b w:val="0"/>
          <w:bCs w:val="0"/>
          <w:color w:val="000000"/>
          <w:bdr w:val="single" w:sz="2" w:space="0" w:color="000000" w:frame="1"/>
        </w:rPr>
        <w:t>RootDSE</w:t>
      </w:r>
      <w:proofErr w:type="spellEnd"/>
      <w:r>
        <w:rPr>
          <w:rStyle w:val="Strong"/>
          <w:rFonts w:ascii="Segoe UI" w:eastAsiaTheme="majorEastAsia" w:hAnsi="Segoe UI" w:cs="Segoe UI"/>
          <w:b w:val="0"/>
          <w:bCs w:val="0"/>
          <w:color w:val="000000"/>
          <w:bdr w:val="single" w:sz="2" w:space="0" w:color="000000" w:frame="1"/>
        </w:rPr>
        <w:t>)</w:t>
      </w:r>
      <w:r>
        <w:rPr>
          <w:rFonts w:ascii="Segoe UI" w:hAnsi="Segoe UI" w:cs="Segoe UI"/>
          <w:color w:val="0D0D0D"/>
        </w:rPr>
        <w:t xml:space="preserve"> </w:t>
      </w:r>
      <w:r>
        <w:rPr>
          <w:rFonts w:ascii="Segoe UI" w:hAnsi="Segoe UI" w:cs="Segoe UI"/>
          <w:color w:val="0D0D0D"/>
          <w:rtl/>
        </w:rPr>
        <w:t>التي ظهرت في الخطوة 33</w:t>
      </w:r>
      <w:r>
        <w:rPr>
          <w:rFonts w:ascii="Segoe UI" w:hAnsi="Segoe UI" w:cs="Segoe UI"/>
          <w:color w:val="0D0D0D"/>
        </w:rPr>
        <w:t>.</w:t>
      </w:r>
    </w:p>
    <w:p w:rsidR="00660980" w:rsidRDefault="00660980" w:rsidP="00AF7EBF">
      <w:pPr>
        <w:tabs>
          <w:tab w:val="left" w:pos="7020"/>
        </w:tabs>
      </w:pPr>
    </w:p>
    <w:p w:rsidR="00660980" w:rsidRDefault="00660980" w:rsidP="00660980">
      <w:pPr>
        <w:tabs>
          <w:tab w:val="left" w:pos="7020"/>
        </w:tabs>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(38): </w:t>
      </w:r>
      <w:r>
        <w:rPr>
          <w:rFonts w:cs="Times New Roman" w:hint="cs"/>
          <w:rtl/>
        </w:rPr>
        <w:t>معالجة</w:t>
      </w:r>
      <w:r>
        <w:rPr>
          <w:rFonts w:cs="Times New Roman"/>
          <w:rtl/>
        </w:rPr>
        <w:t xml:space="preserve"> </w:t>
      </w:r>
      <w:r>
        <w:rPr>
          <w:rFonts w:cs="Times New Roman" w:hint="cs"/>
          <w:rtl/>
        </w:rPr>
        <w:t>ثغرة</w:t>
      </w:r>
      <w:r>
        <w:rPr>
          <w:rFonts w:cs="Times New Roman"/>
          <w:rtl/>
        </w:rPr>
        <w:t xml:space="preserve"> </w:t>
      </w:r>
      <w:r>
        <w:rPr>
          <w:rFonts w:cs="Times New Roman" w:hint="cs"/>
          <w:rtl/>
        </w:rPr>
        <w:t>الدخول</w:t>
      </w:r>
      <w:r>
        <w:rPr>
          <w:rFonts w:cs="Times New Roman"/>
          <w:rtl/>
        </w:rPr>
        <w:t xml:space="preserve"> </w:t>
      </w:r>
      <w:r>
        <w:rPr>
          <w:rFonts w:cs="Times New Roman" w:hint="cs"/>
          <w:rtl/>
        </w:rPr>
        <w:t>المجهول</w:t>
      </w:r>
      <w:r>
        <w:rPr>
          <w:rFonts w:cs="Times New Roman"/>
          <w:rtl/>
        </w:rPr>
        <w:t xml:space="preserve"> </w:t>
      </w:r>
      <w:r>
        <w:rPr>
          <w:rFonts w:cs="Times New Roman" w:hint="cs"/>
          <w:rtl/>
        </w:rPr>
        <w:t>لبروتوكول</w:t>
      </w:r>
      <w:r>
        <w:t xml:space="preserve"> SMB (SMB Null Session Remediation)</w:t>
      </w:r>
    </w:p>
    <w:p w:rsidR="00660980" w:rsidRDefault="00660980" w:rsidP="00660980">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تطبيق</w:t>
      </w:r>
      <w:r>
        <w:rPr>
          <w:rFonts w:cs="Times New Roman"/>
          <w:rtl/>
        </w:rPr>
        <w:t xml:space="preserve"> </w:t>
      </w:r>
      <w:r>
        <w:rPr>
          <w:rFonts w:cs="Times New Roman" w:hint="cs"/>
          <w:rtl/>
        </w:rPr>
        <w:t>إجراءات</w:t>
      </w:r>
      <w:r>
        <w:rPr>
          <w:rFonts w:cs="Times New Roman"/>
          <w:rtl/>
        </w:rPr>
        <w:t xml:space="preserve"> </w:t>
      </w:r>
      <w:r>
        <w:rPr>
          <w:rFonts w:cs="Times New Roman" w:hint="cs"/>
          <w:rtl/>
        </w:rPr>
        <w:t>التحصين</w:t>
      </w:r>
      <w:r>
        <w:rPr>
          <w:rFonts w:cs="Times New Roman"/>
          <w:rtl/>
        </w:rPr>
        <w:t xml:space="preserve"> </w:t>
      </w:r>
      <w:r>
        <w:rPr>
          <w:rFonts w:cs="Times New Roman" w:hint="cs"/>
          <w:rtl/>
        </w:rPr>
        <w:t>على</w:t>
      </w:r>
      <w:r>
        <w:rPr>
          <w:rFonts w:cs="Times New Roman"/>
          <w:rtl/>
        </w:rPr>
        <w:t xml:space="preserve"> </w:t>
      </w:r>
      <w:r>
        <w:rPr>
          <w:rFonts w:cs="Times New Roman" w:hint="cs"/>
          <w:rtl/>
        </w:rPr>
        <w:t>خادم</w:t>
      </w:r>
      <w:r>
        <w:t xml:space="preserve"> Windows Server 2025 </w:t>
      </w:r>
      <w:r>
        <w:rPr>
          <w:rFonts w:cs="Times New Roman" w:hint="cs"/>
          <w:rtl/>
        </w:rPr>
        <w:t>لسد</w:t>
      </w:r>
      <w:r>
        <w:rPr>
          <w:rFonts w:cs="Times New Roman"/>
          <w:rtl/>
        </w:rPr>
        <w:t xml:space="preserve"> </w:t>
      </w:r>
      <w:r>
        <w:rPr>
          <w:rFonts w:cs="Times New Roman" w:hint="cs"/>
          <w:rtl/>
        </w:rPr>
        <w:t>ثغرة</w:t>
      </w:r>
      <w:r>
        <w:rPr>
          <w:rFonts w:cs="Times New Roman"/>
          <w:rtl/>
        </w:rPr>
        <w:t xml:space="preserve"> </w:t>
      </w:r>
      <w:r>
        <w:rPr>
          <w:rFonts w:cs="Times New Roman" w:hint="cs"/>
          <w:rtl/>
        </w:rPr>
        <w:t>التعداد</w:t>
      </w:r>
      <w:r>
        <w:rPr>
          <w:rFonts w:cs="Times New Roman"/>
          <w:rtl/>
        </w:rPr>
        <w:t xml:space="preserve"> </w:t>
      </w:r>
      <w:r>
        <w:rPr>
          <w:rFonts w:cs="Times New Roman" w:hint="cs"/>
          <w:rtl/>
        </w:rPr>
        <w:t>المجهول</w:t>
      </w:r>
      <w:r>
        <w:rPr>
          <w:rFonts w:cs="Times New Roman"/>
          <w:rtl/>
        </w:rPr>
        <w:t xml:space="preserve"> </w:t>
      </w:r>
      <w:r>
        <w:rPr>
          <w:rFonts w:cs="Times New Roman" w:hint="cs"/>
          <w:rtl/>
        </w:rPr>
        <w:t>للمجلدات</w:t>
      </w:r>
      <w:r>
        <w:rPr>
          <w:rFonts w:cs="Times New Roman"/>
          <w:rtl/>
        </w:rPr>
        <w:t xml:space="preserve"> </w:t>
      </w:r>
      <w:r>
        <w:rPr>
          <w:rFonts w:cs="Times New Roman" w:hint="cs"/>
          <w:rtl/>
        </w:rPr>
        <w:t>المشتركة</w:t>
      </w:r>
      <w:r>
        <w:rPr>
          <w:rFonts w:cs="Times New Roman"/>
          <w:rtl/>
        </w:rPr>
        <w:t xml:space="preserve">. </w:t>
      </w:r>
      <w:r>
        <w:rPr>
          <w:rFonts w:cs="Times New Roman" w:hint="cs"/>
          <w:rtl/>
        </w:rPr>
        <w:t>تم</w:t>
      </w:r>
      <w:r>
        <w:rPr>
          <w:rFonts w:cs="Times New Roman"/>
          <w:rtl/>
        </w:rPr>
        <w:t xml:space="preserve"> </w:t>
      </w:r>
      <w:r>
        <w:rPr>
          <w:rFonts w:cs="Times New Roman" w:hint="cs"/>
          <w:rtl/>
        </w:rPr>
        <w:t>تعديل</w:t>
      </w:r>
      <w:r>
        <w:rPr>
          <w:rFonts w:cs="Times New Roman"/>
          <w:rtl/>
        </w:rPr>
        <w:t xml:space="preserve"> </w:t>
      </w:r>
      <w:r>
        <w:rPr>
          <w:rFonts w:cs="Times New Roman" w:hint="cs"/>
          <w:rtl/>
        </w:rPr>
        <w:t>مفاتيح</w:t>
      </w:r>
      <w:r>
        <w:rPr>
          <w:rFonts w:cs="Times New Roman"/>
          <w:rtl/>
        </w:rPr>
        <w:t xml:space="preserve"> </w:t>
      </w:r>
      <w:r>
        <w:rPr>
          <w:rFonts w:cs="Times New Roman" w:hint="cs"/>
          <w:rtl/>
        </w:rPr>
        <w:t>التسجيل</w:t>
      </w:r>
      <w:r>
        <w:t xml:space="preserve"> </w:t>
      </w:r>
      <w:proofErr w:type="spellStart"/>
      <w:r>
        <w:t>restrictanonymous</w:t>
      </w:r>
      <w:proofErr w:type="spellEnd"/>
      <w:r>
        <w:t xml:space="preserve"> </w:t>
      </w:r>
      <w:proofErr w:type="gramStart"/>
      <w:r>
        <w:rPr>
          <w:rFonts w:cs="Times New Roman" w:hint="cs"/>
          <w:rtl/>
        </w:rPr>
        <w:t>و</w:t>
      </w:r>
      <w:r>
        <w:t xml:space="preserve"> </w:t>
      </w:r>
      <w:proofErr w:type="spellStart"/>
      <w:r>
        <w:t>restrictanonymoussam</w:t>
      </w:r>
      <w:proofErr w:type="spellEnd"/>
      <w:proofErr w:type="gramEnd"/>
      <w:r>
        <w:t xml:space="preserve"> </w:t>
      </w:r>
      <w:r>
        <w:rPr>
          <w:rFonts w:cs="Times New Roman" w:hint="cs"/>
          <w:rtl/>
        </w:rPr>
        <w:t>لمنحهم</w:t>
      </w:r>
      <w:r>
        <w:rPr>
          <w:rFonts w:cs="Times New Roman"/>
          <w:rtl/>
        </w:rPr>
        <w:t xml:space="preserve"> </w:t>
      </w:r>
      <w:r>
        <w:rPr>
          <w:rFonts w:cs="Times New Roman" w:hint="cs"/>
          <w:rtl/>
        </w:rPr>
        <w:t>القيمة</w:t>
      </w:r>
      <w:r>
        <w:rPr>
          <w:rFonts w:cs="Times New Roman"/>
          <w:rtl/>
        </w:rPr>
        <w:t xml:space="preserve"> (1). </w:t>
      </w:r>
      <w:r>
        <w:rPr>
          <w:rFonts w:cs="Times New Roman" w:hint="cs"/>
          <w:rtl/>
        </w:rPr>
        <w:t>تم</w:t>
      </w:r>
      <w:r>
        <w:rPr>
          <w:rFonts w:cs="Times New Roman"/>
          <w:rtl/>
        </w:rPr>
        <w:t xml:space="preserve"> </w:t>
      </w:r>
      <w:r>
        <w:rPr>
          <w:rFonts w:cs="Times New Roman" w:hint="cs"/>
          <w:rtl/>
        </w:rPr>
        <w:t>التحقق</w:t>
      </w:r>
      <w:r>
        <w:rPr>
          <w:rFonts w:cs="Times New Roman"/>
          <w:rtl/>
        </w:rPr>
        <w:t xml:space="preserve"> </w:t>
      </w:r>
      <w:r>
        <w:rPr>
          <w:rFonts w:cs="Times New Roman" w:hint="cs"/>
          <w:rtl/>
        </w:rPr>
        <w:t>من</w:t>
      </w:r>
      <w:r>
        <w:rPr>
          <w:rFonts w:cs="Times New Roman"/>
          <w:rtl/>
        </w:rPr>
        <w:t xml:space="preserve"> </w:t>
      </w:r>
      <w:r>
        <w:rPr>
          <w:rFonts w:cs="Times New Roman" w:hint="cs"/>
          <w:rtl/>
        </w:rPr>
        <w:t>فعالية</w:t>
      </w:r>
      <w:r>
        <w:rPr>
          <w:rFonts w:cs="Times New Roman"/>
          <w:rtl/>
        </w:rPr>
        <w:t xml:space="preserve"> </w:t>
      </w:r>
      <w:r>
        <w:rPr>
          <w:rFonts w:cs="Times New Roman" w:hint="cs"/>
          <w:rtl/>
        </w:rPr>
        <w:t>الإجراء</w:t>
      </w:r>
      <w:r>
        <w:rPr>
          <w:rFonts w:cs="Times New Roman"/>
          <w:rtl/>
        </w:rPr>
        <w:t xml:space="preserve"> </w:t>
      </w:r>
      <w:r>
        <w:rPr>
          <w:rFonts w:cs="Times New Roman" w:hint="cs"/>
          <w:rtl/>
        </w:rPr>
        <w:t>عبر</w:t>
      </w:r>
      <w:r>
        <w:t xml:space="preserve"> Kali Linux</w:t>
      </w:r>
      <w:r>
        <w:rPr>
          <w:rFonts w:cs="Times New Roman"/>
          <w:rtl/>
        </w:rPr>
        <w:t xml:space="preserve">؛ </w:t>
      </w:r>
      <w:r>
        <w:rPr>
          <w:rFonts w:cs="Times New Roman" w:hint="cs"/>
          <w:rtl/>
        </w:rPr>
        <w:t>حيث</w:t>
      </w:r>
      <w:r>
        <w:rPr>
          <w:rFonts w:cs="Times New Roman"/>
          <w:rtl/>
        </w:rPr>
        <w:t xml:space="preserve"> </w:t>
      </w:r>
      <w:r>
        <w:rPr>
          <w:rFonts w:cs="Times New Roman" w:hint="cs"/>
          <w:rtl/>
        </w:rPr>
        <w:t>كان</w:t>
      </w:r>
      <w:r>
        <w:rPr>
          <w:rFonts w:cs="Times New Roman"/>
          <w:rtl/>
        </w:rPr>
        <w:t xml:space="preserve"> </w:t>
      </w:r>
      <w:r>
        <w:rPr>
          <w:rFonts w:cs="Times New Roman" w:hint="cs"/>
          <w:rtl/>
        </w:rPr>
        <w:t>السيرفر</w:t>
      </w:r>
      <w:r>
        <w:rPr>
          <w:rFonts w:cs="Times New Roman"/>
          <w:rtl/>
        </w:rPr>
        <w:t xml:space="preserve"> </w:t>
      </w:r>
      <w:r>
        <w:rPr>
          <w:rFonts w:cs="Times New Roman" w:hint="cs"/>
          <w:rtl/>
        </w:rPr>
        <w:t>سابقاً</w:t>
      </w:r>
      <w:r>
        <w:rPr>
          <w:rFonts w:cs="Times New Roman"/>
          <w:rtl/>
        </w:rPr>
        <w:t xml:space="preserve"> </w:t>
      </w:r>
      <w:r>
        <w:rPr>
          <w:rFonts w:cs="Times New Roman" w:hint="cs"/>
          <w:rtl/>
        </w:rPr>
        <w:t>يعرض</w:t>
      </w:r>
      <w:r>
        <w:rPr>
          <w:rFonts w:cs="Times New Roman"/>
          <w:rtl/>
        </w:rPr>
        <w:t xml:space="preserve"> </w:t>
      </w:r>
      <w:r>
        <w:rPr>
          <w:rFonts w:cs="Times New Roman" w:hint="cs"/>
          <w:rtl/>
        </w:rPr>
        <w:t>قائمة</w:t>
      </w:r>
      <w:r>
        <w:rPr>
          <w:rFonts w:cs="Times New Roman"/>
          <w:rtl/>
        </w:rPr>
        <w:t xml:space="preserve"> </w:t>
      </w:r>
      <w:r>
        <w:rPr>
          <w:rFonts w:cs="Times New Roman" w:hint="cs"/>
          <w:rtl/>
        </w:rPr>
        <w:t>المجلدات</w:t>
      </w:r>
      <w:r>
        <w:rPr>
          <w:rFonts w:cs="Times New Roman"/>
          <w:rtl/>
        </w:rPr>
        <w:t xml:space="preserve"> </w:t>
      </w:r>
      <w:r>
        <w:rPr>
          <w:rFonts w:cs="Times New Roman" w:hint="cs"/>
          <w:rtl/>
        </w:rPr>
        <w:t>للمستخدم</w:t>
      </w:r>
      <w:r>
        <w:rPr>
          <w:rFonts w:cs="Times New Roman"/>
          <w:rtl/>
        </w:rPr>
        <w:t xml:space="preserve"> </w:t>
      </w:r>
      <w:r>
        <w:rPr>
          <w:rFonts w:cs="Times New Roman" w:hint="cs"/>
          <w:rtl/>
        </w:rPr>
        <w:t>المجهول</w:t>
      </w:r>
      <w:r>
        <w:rPr>
          <w:rFonts w:cs="Times New Roman"/>
          <w:rtl/>
        </w:rPr>
        <w:t xml:space="preserve">، </w:t>
      </w:r>
      <w:r>
        <w:rPr>
          <w:rFonts w:cs="Times New Roman" w:hint="cs"/>
          <w:rtl/>
        </w:rPr>
        <w:t>بينما</w:t>
      </w:r>
      <w:r>
        <w:rPr>
          <w:rFonts w:cs="Times New Roman"/>
          <w:rtl/>
        </w:rPr>
        <w:t xml:space="preserve"> </w:t>
      </w:r>
      <w:r>
        <w:rPr>
          <w:rFonts w:cs="Times New Roman" w:hint="cs"/>
          <w:rtl/>
        </w:rPr>
        <w:t>الآن</w:t>
      </w:r>
      <w:r>
        <w:rPr>
          <w:rFonts w:cs="Times New Roman"/>
          <w:rtl/>
        </w:rPr>
        <w:t xml:space="preserve"> </w:t>
      </w:r>
      <w:r>
        <w:rPr>
          <w:rFonts w:cs="Times New Roman" w:hint="cs"/>
          <w:rtl/>
        </w:rPr>
        <w:t>وعلى</w:t>
      </w:r>
      <w:r>
        <w:rPr>
          <w:rFonts w:cs="Times New Roman"/>
          <w:rtl/>
        </w:rPr>
        <w:t xml:space="preserve"> </w:t>
      </w:r>
      <w:r>
        <w:rPr>
          <w:rFonts w:cs="Times New Roman" w:hint="cs"/>
          <w:rtl/>
        </w:rPr>
        <w:t>الرغم</w:t>
      </w:r>
      <w:r>
        <w:rPr>
          <w:rFonts w:cs="Times New Roman"/>
          <w:rtl/>
        </w:rPr>
        <w:t xml:space="preserve"> </w:t>
      </w:r>
      <w:r>
        <w:rPr>
          <w:rFonts w:cs="Times New Roman" w:hint="cs"/>
          <w:rtl/>
        </w:rPr>
        <w:t>من</w:t>
      </w:r>
      <w:r>
        <w:rPr>
          <w:rFonts w:cs="Times New Roman"/>
          <w:rtl/>
        </w:rPr>
        <w:t xml:space="preserve"> </w:t>
      </w:r>
      <w:r>
        <w:rPr>
          <w:rFonts w:cs="Times New Roman" w:hint="cs"/>
          <w:rtl/>
        </w:rPr>
        <w:t>قبول</w:t>
      </w:r>
      <w:r>
        <w:rPr>
          <w:rFonts w:cs="Times New Roman"/>
          <w:rtl/>
        </w:rPr>
        <w:t xml:space="preserve"> </w:t>
      </w:r>
      <w:r>
        <w:rPr>
          <w:rFonts w:cs="Times New Roman" w:hint="cs"/>
          <w:rtl/>
        </w:rPr>
        <w:t>الاتصال</w:t>
      </w:r>
      <w:r>
        <w:rPr>
          <w:rFonts w:cs="Times New Roman"/>
          <w:rtl/>
        </w:rPr>
        <w:t xml:space="preserve"> </w:t>
      </w:r>
      <w:r>
        <w:rPr>
          <w:rFonts w:cs="Times New Roman" w:hint="cs"/>
          <w:rtl/>
        </w:rPr>
        <w:t>المبدئي</w:t>
      </w:r>
      <w:r>
        <w:rPr>
          <w:rFonts w:cs="Times New Roman"/>
          <w:rtl/>
        </w:rPr>
        <w:t xml:space="preserve">، </w:t>
      </w:r>
      <w:r>
        <w:rPr>
          <w:rFonts w:cs="Times New Roman" w:hint="cs"/>
          <w:rtl/>
        </w:rPr>
        <w:t>يتم</w:t>
      </w:r>
      <w:r>
        <w:rPr>
          <w:rFonts w:cs="Times New Roman"/>
          <w:rtl/>
        </w:rPr>
        <w:t xml:space="preserve"> </w:t>
      </w:r>
      <w:r>
        <w:rPr>
          <w:rFonts w:cs="Times New Roman" w:hint="cs"/>
          <w:rtl/>
        </w:rPr>
        <w:t>رفض</w:t>
      </w:r>
      <w:r>
        <w:rPr>
          <w:rFonts w:cs="Times New Roman"/>
          <w:rtl/>
        </w:rPr>
        <w:t xml:space="preserve"> </w:t>
      </w:r>
      <w:r>
        <w:rPr>
          <w:rFonts w:cs="Times New Roman" w:hint="cs"/>
          <w:rtl/>
        </w:rPr>
        <w:t>سرد</w:t>
      </w:r>
      <w:r>
        <w:rPr>
          <w:rFonts w:cs="Times New Roman"/>
          <w:rtl/>
        </w:rPr>
        <w:t xml:space="preserve"> </w:t>
      </w:r>
      <w:r>
        <w:rPr>
          <w:rFonts w:cs="Times New Roman" w:hint="cs"/>
          <w:rtl/>
        </w:rPr>
        <w:t>المجلدات</w:t>
      </w:r>
      <w:r>
        <w:rPr>
          <w:rFonts w:cs="Times New Roman"/>
          <w:rtl/>
        </w:rPr>
        <w:t xml:space="preserve"> </w:t>
      </w:r>
      <w:r>
        <w:rPr>
          <w:rFonts w:cs="Times New Roman" w:hint="cs"/>
          <w:rtl/>
        </w:rPr>
        <w:t>المشتركة</w:t>
      </w:r>
      <w:r>
        <w:t xml:space="preserve"> (No Shares Enumerated)</w:t>
      </w:r>
      <w:r>
        <w:rPr>
          <w:rFonts w:cs="Times New Roman"/>
          <w:rtl/>
        </w:rPr>
        <w:t xml:space="preserve">، </w:t>
      </w:r>
      <w:r>
        <w:rPr>
          <w:rFonts w:cs="Times New Roman" w:hint="cs"/>
          <w:rtl/>
        </w:rPr>
        <w:t>مما</w:t>
      </w:r>
      <w:r>
        <w:rPr>
          <w:rFonts w:cs="Times New Roman"/>
          <w:rtl/>
        </w:rPr>
        <w:t xml:space="preserve"> </w:t>
      </w:r>
      <w:r>
        <w:rPr>
          <w:rFonts w:cs="Times New Roman" w:hint="cs"/>
          <w:rtl/>
        </w:rPr>
        <w:t>يمنع</w:t>
      </w:r>
      <w:r>
        <w:rPr>
          <w:rFonts w:cs="Times New Roman"/>
          <w:rtl/>
        </w:rPr>
        <w:t xml:space="preserve"> </w:t>
      </w:r>
      <w:r>
        <w:rPr>
          <w:rFonts w:cs="Times New Roman" w:hint="cs"/>
          <w:rtl/>
        </w:rPr>
        <w:t>المهاجمين</w:t>
      </w:r>
      <w:r>
        <w:rPr>
          <w:rFonts w:cs="Times New Roman"/>
          <w:rtl/>
        </w:rPr>
        <w:t xml:space="preserve"> </w:t>
      </w:r>
      <w:r>
        <w:rPr>
          <w:rFonts w:cs="Times New Roman" w:hint="cs"/>
          <w:rtl/>
        </w:rPr>
        <w:t>من</w:t>
      </w:r>
      <w:r>
        <w:rPr>
          <w:rFonts w:cs="Times New Roman"/>
          <w:rtl/>
        </w:rPr>
        <w:t xml:space="preserve"> </w:t>
      </w:r>
      <w:r>
        <w:rPr>
          <w:rFonts w:cs="Times New Roman" w:hint="cs"/>
          <w:rtl/>
        </w:rPr>
        <w:t>استهداف</w:t>
      </w:r>
      <w:r>
        <w:rPr>
          <w:rFonts w:cs="Times New Roman"/>
          <w:rtl/>
        </w:rPr>
        <w:t xml:space="preserve"> </w:t>
      </w:r>
      <w:r>
        <w:rPr>
          <w:rFonts w:cs="Times New Roman" w:hint="cs"/>
          <w:rtl/>
        </w:rPr>
        <w:t>نقاط</w:t>
      </w:r>
      <w:r>
        <w:rPr>
          <w:rFonts w:cs="Times New Roman"/>
          <w:rtl/>
        </w:rPr>
        <w:t xml:space="preserve"> </w:t>
      </w:r>
      <w:r>
        <w:rPr>
          <w:rFonts w:cs="Times New Roman" w:hint="cs"/>
          <w:rtl/>
        </w:rPr>
        <w:t>الدخول</w:t>
      </w:r>
      <w:r>
        <w:t>."</w:t>
      </w:r>
    </w:p>
    <w:p w:rsidR="00660980" w:rsidRDefault="00660980" w:rsidP="00660980">
      <w:pPr>
        <w:tabs>
          <w:tab w:val="left" w:pos="7020"/>
        </w:tabs>
      </w:pPr>
      <w:r>
        <w:t xml:space="preserve">Technical Description (English): "Applying hardening measures to the Windows Server 2025 instance to remediate the anonymous enumeration of shared folders. The </w:t>
      </w:r>
      <w:proofErr w:type="spellStart"/>
      <w:r>
        <w:t>restrictanonymous</w:t>
      </w:r>
      <w:proofErr w:type="spellEnd"/>
      <w:r>
        <w:t xml:space="preserve"> and </w:t>
      </w:r>
      <w:proofErr w:type="spellStart"/>
      <w:r>
        <w:t>restrictanonymoussam</w:t>
      </w:r>
      <w:proofErr w:type="spellEnd"/>
      <w:r>
        <w:t xml:space="preserve"> registry keys were set to (1). Verification via Kali Linux confirmed the mitigation's effectiveness; while the initial anonymous connection is still accepted for legacy compatibility, the server now refuses to enumerate the shares (No Shares Enumerated), preventing attackers from targeting entry points."</w:t>
      </w:r>
    </w:p>
    <w:p w:rsidR="00660980" w:rsidRDefault="00660980" w:rsidP="00660980">
      <w:pPr>
        <w:tabs>
          <w:tab w:val="left" w:pos="7020"/>
        </w:tabs>
      </w:pPr>
    </w:p>
    <w:p w:rsidR="00660980" w:rsidRDefault="00660980" w:rsidP="00660980">
      <w:pPr>
        <w:tabs>
          <w:tab w:val="left" w:pos="7020"/>
        </w:tabs>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(39): </w:t>
      </w:r>
      <w:r>
        <w:rPr>
          <w:rFonts w:cs="Times New Roman" w:hint="cs"/>
          <w:rtl/>
        </w:rPr>
        <w:t>تقييم</w:t>
      </w:r>
      <w:r>
        <w:rPr>
          <w:rFonts w:cs="Times New Roman"/>
          <w:rtl/>
        </w:rPr>
        <w:t xml:space="preserve"> </w:t>
      </w:r>
      <w:r>
        <w:rPr>
          <w:rFonts w:cs="Times New Roman" w:hint="cs"/>
          <w:rtl/>
        </w:rPr>
        <w:t>تسريب</w:t>
      </w:r>
      <w:r>
        <w:rPr>
          <w:rFonts w:cs="Times New Roman"/>
          <w:rtl/>
        </w:rPr>
        <w:t xml:space="preserve"> </w:t>
      </w:r>
      <w:r>
        <w:rPr>
          <w:rFonts w:cs="Times New Roman" w:hint="cs"/>
          <w:rtl/>
        </w:rPr>
        <w:t>معلومات</w:t>
      </w:r>
      <w:r>
        <w:rPr>
          <w:rFonts w:cs="Times New Roman"/>
          <w:rtl/>
        </w:rPr>
        <w:t xml:space="preserve"> </w:t>
      </w:r>
      <w:r>
        <w:rPr>
          <w:rFonts w:cs="Times New Roman" w:hint="cs"/>
          <w:rtl/>
        </w:rPr>
        <w:t>النطاق</w:t>
      </w:r>
      <w:r>
        <w:rPr>
          <w:rFonts w:cs="Times New Roman"/>
          <w:rtl/>
        </w:rPr>
        <w:t xml:space="preserve"> </w:t>
      </w:r>
      <w:r>
        <w:rPr>
          <w:rFonts w:cs="Times New Roman" w:hint="cs"/>
          <w:rtl/>
        </w:rPr>
        <w:t>الجذرية</w:t>
      </w:r>
      <w:r>
        <w:rPr>
          <w:rFonts w:cs="Times New Roman"/>
          <w:rtl/>
        </w:rPr>
        <w:t xml:space="preserve"> </w:t>
      </w:r>
      <w:r>
        <w:rPr>
          <w:rFonts w:cs="Times New Roman" w:hint="cs"/>
          <w:rtl/>
        </w:rPr>
        <w:t>عبر</w:t>
      </w:r>
      <w:r>
        <w:t xml:space="preserve"> LDAP (LDAP </w:t>
      </w:r>
      <w:proofErr w:type="spellStart"/>
      <w:r>
        <w:t>RootDSE</w:t>
      </w:r>
      <w:proofErr w:type="spellEnd"/>
      <w:r>
        <w:t xml:space="preserve"> Risk Assessment)</w:t>
      </w:r>
    </w:p>
    <w:p w:rsidR="00660980" w:rsidRDefault="00660980" w:rsidP="00660980">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خلال</w:t>
      </w:r>
      <w:r>
        <w:rPr>
          <w:rFonts w:cs="Times New Roman"/>
          <w:rtl/>
        </w:rPr>
        <w:t xml:space="preserve"> </w:t>
      </w:r>
      <w:r>
        <w:rPr>
          <w:rFonts w:cs="Times New Roman" w:hint="cs"/>
          <w:rtl/>
        </w:rPr>
        <w:t>محاولة</w:t>
      </w:r>
      <w:r>
        <w:rPr>
          <w:rFonts w:cs="Times New Roman"/>
          <w:rtl/>
        </w:rPr>
        <w:t xml:space="preserve"> </w:t>
      </w:r>
      <w:r>
        <w:rPr>
          <w:rFonts w:cs="Times New Roman" w:hint="cs"/>
          <w:rtl/>
        </w:rPr>
        <w:t>معالجة</w:t>
      </w:r>
      <w:r>
        <w:rPr>
          <w:rFonts w:cs="Times New Roman"/>
          <w:rtl/>
        </w:rPr>
        <w:t xml:space="preserve"> </w:t>
      </w:r>
      <w:r>
        <w:rPr>
          <w:rFonts w:cs="Times New Roman" w:hint="cs"/>
          <w:rtl/>
        </w:rPr>
        <w:t>تسريب</w:t>
      </w:r>
      <w:r>
        <w:rPr>
          <w:rFonts w:cs="Times New Roman"/>
          <w:rtl/>
        </w:rPr>
        <w:t xml:space="preserve"> </w:t>
      </w:r>
      <w:r>
        <w:rPr>
          <w:rFonts w:cs="Times New Roman" w:hint="cs"/>
          <w:rtl/>
        </w:rPr>
        <w:t>معلومات</w:t>
      </w:r>
      <w:r>
        <w:rPr>
          <w:rFonts w:cs="Times New Roman"/>
          <w:rtl/>
        </w:rPr>
        <w:t xml:space="preserve"> </w:t>
      </w:r>
      <w:r>
        <w:rPr>
          <w:rFonts w:cs="Times New Roman" w:hint="cs"/>
          <w:rtl/>
        </w:rPr>
        <w:t>البنية</w:t>
      </w:r>
      <w:r>
        <w:rPr>
          <w:rFonts w:cs="Times New Roman"/>
          <w:rtl/>
        </w:rPr>
        <w:t xml:space="preserve"> </w:t>
      </w:r>
      <w:r>
        <w:rPr>
          <w:rFonts w:cs="Times New Roman" w:hint="cs"/>
          <w:rtl/>
        </w:rPr>
        <w:t>التحتية</w:t>
      </w:r>
      <w:r>
        <w:rPr>
          <w:rFonts w:cs="Times New Roman"/>
          <w:rtl/>
        </w:rPr>
        <w:t xml:space="preserve"> </w:t>
      </w:r>
      <w:r>
        <w:rPr>
          <w:rFonts w:cs="Times New Roman" w:hint="cs"/>
          <w:rtl/>
        </w:rPr>
        <w:t>عبر</w:t>
      </w:r>
      <w:r>
        <w:rPr>
          <w:rFonts w:cs="Times New Roman"/>
          <w:rtl/>
        </w:rPr>
        <w:t xml:space="preserve"> </w:t>
      </w:r>
      <w:r>
        <w:rPr>
          <w:rFonts w:cs="Times New Roman" w:hint="cs"/>
          <w:rtl/>
        </w:rPr>
        <w:t>بروتوكول</w:t>
      </w:r>
      <w:r>
        <w:t xml:space="preserve"> LDAP (</w:t>
      </w:r>
      <w:proofErr w:type="spellStart"/>
      <w:r>
        <w:t>RootDSE</w:t>
      </w:r>
      <w:proofErr w:type="spellEnd"/>
      <w:r>
        <w:t>)</w:t>
      </w:r>
      <w:r>
        <w:rPr>
          <w:rFonts w:cs="Times New Roman"/>
          <w:rtl/>
        </w:rPr>
        <w:t xml:space="preserve">، </w:t>
      </w:r>
      <w:r>
        <w:rPr>
          <w:rFonts w:cs="Times New Roman" w:hint="cs"/>
          <w:rtl/>
        </w:rPr>
        <w:t>تبين</w:t>
      </w:r>
      <w:r>
        <w:rPr>
          <w:rFonts w:cs="Times New Roman"/>
          <w:rtl/>
        </w:rPr>
        <w:t xml:space="preserve"> </w:t>
      </w:r>
      <w:r>
        <w:rPr>
          <w:rFonts w:cs="Times New Roman" w:hint="cs"/>
          <w:rtl/>
        </w:rPr>
        <w:t>أن</w:t>
      </w:r>
      <w:r>
        <w:rPr>
          <w:rFonts w:cs="Times New Roman"/>
          <w:rtl/>
        </w:rPr>
        <w:t xml:space="preserve"> </w:t>
      </w:r>
      <w:r>
        <w:rPr>
          <w:rFonts w:cs="Times New Roman" w:hint="cs"/>
          <w:rtl/>
        </w:rPr>
        <w:t>نظام</w:t>
      </w:r>
      <w:r>
        <w:t xml:space="preserve"> Windows Server 2025 </w:t>
      </w:r>
      <w:r>
        <w:rPr>
          <w:rFonts w:cs="Times New Roman" w:hint="cs"/>
          <w:rtl/>
        </w:rPr>
        <w:t>يسمح</w:t>
      </w:r>
      <w:r>
        <w:rPr>
          <w:rFonts w:cs="Times New Roman"/>
          <w:rtl/>
        </w:rPr>
        <w:t xml:space="preserve"> </w:t>
      </w:r>
      <w:r>
        <w:rPr>
          <w:rFonts w:cs="Times New Roman" w:hint="cs"/>
          <w:rtl/>
        </w:rPr>
        <w:t>عمداً</w:t>
      </w:r>
      <w:r>
        <w:rPr>
          <w:rFonts w:cs="Times New Roman"/>
          <w:rtl/>
        </w:rPr>
        <w:t xml:space="preserve"> </w:t>
      </w:r>
      <w:r>
        <w:rPr>
          <w:rFonts w:cs="Times New Roman" w:hint="cs"/>
          <w:rtl/>
        </w:rPr>
        <w:t>بالاستعلام</w:t>
      </w:r>
      <w:r>
        <w:rPr>
          <w:rFonts w:cs="Times New Roman"/>
          <w:rtl/>
        </w:rPr>
        <w:t xml:space="preserve"> </w:t>
      </w:r>
      <w:r>
        <w:rPr>
          <w:rFonts w:cs="Times New Roman" w:hint="cs"/>
          <w:rtl/>
        </w:rPr>
        <w:t>المجهول</w:t>
      </w:r>
      <w:r>
        <w:rPr>
          <w:rFonts w:cs="Times New Roman"/>
          <w:rtl/>
        </w:rPr>
        <w:t xml:space="preserve"> </w:t>
      </w:r>
      <w:r>
        <w:rPr>
          <w:rFonts w:cs="Times New Roman" w:hint="cs"/>
          <w:rtl/>
        </w:rPr>
        <w:t>عن</w:t>
      </w:r>
      <w:r>
        <w:rPr>
          <w:rFonts w:cs="Times New Roman"/>
          <w:rtl/>
        </w:rPr>
        <w:t xml:space="preserve"> </w:t>
      </w:r>
      <w:r>
        <w:rPr>
          <w:rFonts w:cs="Times New Roman" w:hint="cs"/>
          <w:rtl/>
        </w:rPr>
        <w:t>هذه</w:t>
      </w:r>
      <w:r>
        <w:rPr>
          <w:rFonts w:cs="Times New Roman"/>
          <w:rtl/>
        </w:rPr>
        <w:t xml:space="preserve"> </w:t>
      </w:r>
      <w:r>
        <w:rPr>
          <w:rFonts w:cs="Times New Roman" w:hint="cs"/>
          <w:rtl/>
        </w:rPr>
        <w:t>المعلومات</w:t>
      </w:r>
      <w:r>
        <w:rPr>
          <w:rFonts w:cs="Times New Roman"/>
          <w:rtl/>
        </w:rPr>
        <w:t xml:space="preserve"> </w:t>
      </w:r>
      <w:r>
        <w:rPr>
          <w:rFonts w:cs="Times New Roman" w:hint="cs"/>
          <w:rtl/>
        </w:rPr>
        <w:t>الأساسية</w:t>
      </w:r>
      <w:r>
        <w:rPr>
          <w:rFonts w:cs="Times New Roman"/>
          <w:rtl/>
        </w:rPr>
        <w:t xml:space="preserve"> (</w:t>
      </w:r>
      <w:r>
        <w:rPr>
          <w:rFonts w:cs="Times New Roman" w:hint="cs"/>
          <w:rtl/>
        </w:rPr>
        <w:t>مثل</w:t>
      </w:r>
      <w:r>
        <w:rPr>
          <w:rFonts w:cs="Times New Roman"/>
          <w:rtl/>
        </w:rPr>
        <w:t xml:space="preserve"> </w:t>
      </w:r>
      <w:r>
        <w:rPr>
          <w:rFonts w:cs="Times New Roman" w:hint="cs"/>
          <w:rtl/>
        </w:rPr>
        <w:t>اسم</w:t>
      </w:r>
      <w:r>
        <w:rPr>
          <w:rFonts w:cs="Times New Roman"/>
          <w:rtl/>
        </w:rPr>
        <w:t xml:space="preserve"> </w:t>
      </w:r>
      <w:r>
        <w:rPr>
          <w:rFonts w:cs="Times New Roman" w:hint="cs"/>
          <w:rtl/>
        </w:rPr>
        <w:t>السيرفر</w:t>
      </w:r>
      <w:r>
        <w:rPr>
          <w:rFonts w:cs="Times New Roman"/>
          <w:rtl/>
        </w:rPr>
        <w:t xml:space="preserve"> </w:t>
      </w:r>
      <w:r>
        <w:rPr>
          <w:rFonts w:cs="Times New Roman" w:hint="cs"/>
          <w:rtl/>
        </w:rPr>
        <w:t>وإصدار</w:t>
      </w:r>
      <w:r>
        <w:rPr>
          <w:rFonts w:cs="Times New Roman"/>
          <w:rtl/>
        </w:rPr>
        <w:t xml:space="preserve"> </w:t>
      </w:r>
      <w:r>
        <w:rPr>
          <w:rFonts w:cs="Times New Roman" w:hint="cs"/>
          <w:rtl/>
        </w:rPr>
        <w:t>النظام</w:t>
      </w:r>
      <w:r>
        <w:rPr>
          <w:rFonts w:cs="Times New Roman"/>
          <w:rtl/>
        </w:rPr>
        <w:t xml:space="preserve">). </w:t>
      </w:r>
      <w:r>
        <w:rPr>
          <w:rFonts w:cs="Times New Roman" w:hint="cs"/>
          <w:rtl/>
        </w:rPr>
        <w:t>هذا</w:t>
      </w:r>
      <w:r>
        <w:rPr>
          <w:rFonts w:cs="Times New Roman"/>
          <w:rtl/>
        </w:rPr>
        <w:t xml:space="preserve"> </w:t>
      </w:r>
      <w:r>
        <w:rPr>
          <w:rFonts w:cs="Times New Roman" w:hint="cs"/>
          <w:rtl/>
        </w:rPr>
        <w:t>السلوك</w:t>
      </w:r>
      <w:r>
        <w:rPr>
          <w:rFonts w:cs="Times New Roman"/>
          <w:rtl/>
        </w:rPr>
        <w:t xml:space="preserve"> </w:t>
      </w:r>
      <w:r>
        <w:rPr>
          <w:rFonts w:cs="Times New Roman" w:hint="cs"/>
          <w:rtl/>
        </w:rPr>
        <w:t>هو</w:t>
      </w:r>
      <w:r>
        <w:rPr>
          <w:rFonts w:cs="Times New Roman"/>
          <w:rtl/>
        </w:rPr>
        <w:t xml:space="preserve"> </w:t>
      </w:r>
      <w:r>
        <w:rPr>
          <w:rFonts w:cs="Times New Roman" w:hint="cs"/>
          <w:rtl/>
        </w:rPr>
        <w:t>تصميم</w:t>
      </w:r>
      <w:r>
        <w:rPr>
          <w:rFonts w:cs="Times New Roman"/>
          <w:rtl/>
        </w:rPr>
        <w:t xml:space="preserve"> </w:t>
      </w:r>
      <w:r>
        <w:rPr>
          <w:rFonts w:cs="Times New Roman" w:hint="cs"/>
          <w:rtl/>
        </w:rPr>
        <w:t>هندسي</w:t>
      </w:r>
      <w:r>
        <w:rPr>
          <w:rFonts w:cs="Times New Roman"/>
          <w:rtl/>
        </w:rPr>
        <w:t xml:space="preserve"> </w:t>
      </w:r>
      <w:r>
        <w:rPr>
          <w:rFonts w:cs="Times New Roman" w:hint="cs"/>
          <w:rtl/>
        </w:rPr>
        <w:t>مقصود</w:t>
      </w:r>
      <w:r>
        <w:rPr>
          <w:rFonts w:cs="Times New Roman"/>
          <w:rtl/>
        </w:rPr>
        <w:t xml:space="preserve"> </w:t>
      </w:r>
      <w:r>
        <w:rPr>
          <w:rFonts w:cs="Times New Roman" w:hint="cs"/>
          <w:rtl/>
        </w:rPr>
        <w:t>من</w:t>
      </w:r>
      <w:r>
        <w:rPr>
          <w:rFonts w:cs="Times New Roman"/>
          <w:rtl/>
        </w:rPr>
        <w:t xml:space="preserve"> </w:t>
      </w:r>
      <w:r>
        <w:rPr>
          <w:rFonts w:cs="Times New Roman" w:hint="cs"/>
          <w:rtl/>
        </w:rPr>
        <w:t>مايكروسوفت</w:t>
      </w:r>
      <w:r>
        <w:rPr>
          <w:rFonts w:cs="Times New Roman"/>
          <w:rtl/>
        </w:rPr>
        <w:t xml:space="preserve"> </w:t>
      </w:r>
      <w:r>
        <w:rPr>
          <w:rFonts w:cs="Times New Roman" w:hint="cs"/>
          <w:rtl/>
        </w:rPr>
        <w:t>لضمان</w:t>
      </w:r>
      <w:r>
        <w:rPr>
          <w:rFonts w:cs="Times New Roman"/>
          <w:rtl/>
        </w:rPr>
        <w:t xml:space="preserve"> </w:t>
      </w:r>
      <w:r>
        <w:rPr>
          <w:rFonts w:cs="Times New Roman" w:hint="cs"/>
          <w:rtl/>
        </w:rPr>
        <w:t>قدرة</w:t>
      </w:r>
      <w:r>
        <w:rPr>
          <w:rFonts w:cs="Times New Roman"/>
          <w:rtl/>
        </w:rPr>
        <w:t xml:space="preserve"> </w:t>
      </w:r>
      <w:r>
        <w:rPr>
          <w:rFonts w:cs="Times New Roman" w:hint="cs"/>
          <w:rtl/>
        </w:rPr>
        <w:t>أجهزة</w:t>
      </w:r>
      <w:r>
        <w:rPr>
          <w:rFonts w:cs="Times New Roman"/>
          <w:rtl/>
        </w:rPr>
        <w:t xml:space="preserve"> </w:t>
      </w:r>
      <w:r>
        <w:rPr>
          <w:rFonts w:cs="Times New Roman" w:hint="cs"/>
          <w:rtl/>
        </w:rPr>
        <w:t>العملاء</w:t>
      </w:r>
      <w:r>
        <w:rPr>
          <w:rFonts w:cs="Times New Roman"/>
          <w:rtl/>
        </w:rPr>
        <w:t xml:space="preserve"> </w:t>
      </w:r>
      <w:r>
        <w:rPr>
          <w:rFonts w:cs="Times New Roman" w:hint="cs"/>
          <w:rtl/>
        </w:rPr>
        <w:t>على</w:t>
      </w:r>
      <w:r>
        <w:rPr>
          <w:rFonts w:cs="Times New Roman"/>
          <w:rtl/>
        </w:rPr>
        <w:t xml:space="preserve"> </w:t>
      </w:r>
      <w:r>
        <w:rPr>
          <w:rFonts w:cs="Times New Roman" w:hint="cs"/>
          <w:rtl/>
        </w:rPr>
        <w:t>اكتشاف</w:t>
      </w:r>
      <w:r>
        <w:t xml:space="preserve"> Domain Controller </w:t>
      </w:r>
      <w:r>
        <w:rPr>
          <w:rFonts w:cs="Times New Roman" w:hint="cs"/>
          <w:rtl/>
        </w:rPr>
        <w:t>قبل</w:t>
      </w:r>
      <w:r>
        <w:rPr>
          <w:rFonts w:cs="Times New Roman"/>
          <w:rtl/>
        </w:rPr>
        <w:t xml:space="preserve"> </w:t>
      </w:r>
      <w:r>
        <w:rPr>
          <w:rFonts w:cs="Times New Roman" w:hint="cs"/>
          <w:rtl/>
        </w:rPr>
        <w:t>بدء</w:t>
      </w:r>
      <w:r>
        <w:rPr>
          <w:rFonts w:cs="Times New Roman"/>
          <w:rtl/>
        </w:rPr>
        <w:t xml:space="preserve"> </w:t>
      </w:r>
      <w:r>
        <w:rPr>
          <w:rFonts w:cs="Times New Roman" w:hint="cs"/>
          <w:rtl/>
        </w:rPr>
        <w:t>المصادقة</w:t>
      </w:r>
      <w:r>
        <w:rPr>
          <w:rFonts w:cs="Times New Roman"/>
          <w:rtl/>
        </w:rPr>
        <w:t xml:space="preserve">. </w:t>
      </w:r>
      <w:r>
        <w:rPr>
          <w:rFonts w:cs="Times New Roman" w:hint="cs"/>
          <w:rtl/>
        </w:rPr>
        <w:t>لذلك</w:t>
      </w:r>
      <w:r>
        <w:rPr>
          <w:rFonts w:cs="Times New Roman"/>
          <w:rtl/>
        </w:rPr>
        <w:t xml:space="preserve">، </w:t>
      </w:r>
      <w:r>
        <w:rPr>
          <w:rFonts w:cs="Times New Roman" w:hint="cs"/>
          <w:rtl/>
        </w:rPr>
        <w:t>تم</w:t>
      </w:r>
      <w:r>
        <w:rPr>
          <w:rFonts w:cs="Times New Roman"/>
          <w:rtl/>
        </w:rPr>
        <w:t xml:space="preserve"> </w:t>
      </w:r>
      <w:r>
        <w:rPr>
          <w:rFonts w:cs="Times New Roman" w:hint="cs"/>
          <w:rtl/>
        </w:rPr>
        <w:t>توثيق</w:t>
      </w:r>
      <w:r>
        <w:rPr>
          <w:rFonts w:cs="Times New Roman"/>
          <w:rtl/>
        </w:rPr>
        <w:t xml:space="preserve"> </w:t>
      </w:r>
      <w:r>
        <w:rPr>
          <w:rFonts w:cs="Times New Roman" w:hint="cs"/>
          <w:rtl/>
        </w:rPr>
        <w:t>هذه</w:t>
      </w:r>
      <w:r>
        <w:rPr>
          <w:rFonts w:cs="Times New Roman"/>
          <w:rtl/>
        </w:rPr>
        <w:t xml:space="preserve"> </w:t>
      </w:r>
      <w:r>
        <w:rPr>
          <w:rFonts w:cs="Times New Roman" w:hint="cs"/>
          <w:rtl/>
        </w:rPr>
        <w:t>الحالة</w:t>
      </w:r>
      <w:r>
        <w:rPr>
          <w:rFonts w:cs="Times New Roman"/>
          <w:rtl/>
        </w:rPr>
        <w:t xml:space="preserve"> </w:t>
      </w:r>
      <w:r>
        <w:rPr>
          <w:rFonts w:cs="Times New Roman" w:hint="cs"/>
          <w:rtl/>
        </w:rPr>
        <w:t>كـ</w:t>
      </w:r>
      <w:r>
        <w:rPr>
          <w:rFonts w:cs="Times New Roman"/>
          <w:rtl/>
        </w:rPr>
        <w:t xml:space="preserve"> (</w:t>
      </w:r>
      <w:r>
        <w:rPr>
          <w:rFonts w:cs="Times New Roman" w:hint="cs"/>
          <w:rtl/>
        </w:rPr>
        <w:t>تسريب</w:t>
      </w:r>
      <w:r>
        <w:rPr>
          <w:rFonts w:cs="Times New Roman"/>
          <w:rtl/>
        </w:rPr>
        <w:t xml:space="preserve"> </w:t>
      </w:r>
      <w:r>
        <w:rPr>
          <w:rFonts w:cs="Times New Roman" w:hint="cs"/>
          <w:rtl/>
        </w:rPr>
        <w:t>مقبول</w:t>
      </w:r>
      <w:r>
        <w:rPr>
          <w:rFonts w:cs="Times New Roman"/>
          <w:rtl/>
        </w:rPr>
        <w:t xml:space="preserve"> </w:t>
      </w:r>
      <w:r>
        <w:rPr>
          <w:rFonts w:cs="Times New Roman" w:hint="cs"/>
          <w:rtl/>
        </w:rPr>
        <w:t>هندسياً</w:t>
      </w:r>
      <w:r>
        <w:rPr>
          <w:rFonts w:cs="Times New Roman"/>
          <w:rtl/>
        </w:rPr>
        <w:t xml:space="preserve">)، </w:t>
      </w:r>
      <w:r>
        <w:rPr>
          <w:rFonts w:cs="Times New Roman" w:hint="cs"/>
          <w:rtl/>
        </w:rPr>
        <w:t>والتوصية</w:t>
      </w:r>
      <w:r>
        <w:rPr>
          <w:rFonts w:cs="Times New Roman"/>
          <w:rtl/>
        </w:rPr>
        <w:t xml:space="preserve"> </w:t>
      </w:r>
      <w:r>
        <w:rPr>
          <w:rFonts w:cs="Times New Roman" w:hint="cs"/>
          <w:rtl/>
        </w:rPr>
        <w:t>بالحل</w:t>
      </w:r>
      <w:r>
        <w:rPr>
          <w:rFonts w:cs="Times New Roman"/>
          <w:rtl/>
        </w:rPr>
        <w:t xml:space="preserve"> </w:t>
      </w:r>
      <w:r>
        <w:rPr>
          <w:rFonts w:cs="Times New Roman" w:hint="cs"/>
          <w:rtl/>
        </w:rPr>
        <w:t>الأمني</w:t>
      </w:r>
      <w:r>
        <w:rPr>
          <w:rFonts w:cs="Times New Roman"/>
          <w:rtl/>
        </w:rPr>
        <w:t xml:space="preserve"> </w:t>
      </w:r>
      <w:r>
        <w:rPr>
          <w:rFonts w:cs="Times New Roman" w:hint="cs"/>
          <w:rtl/>
        </w:rPr>
        <w:t>البديل</w:t>
      </w:r>
      <w:r>
        <w:rPr>
          <w:rFonts w:cs="Times New Roman"/>
          <w:rtl/>
        </w:rPr>
        <w:t xml:space="preserve"> </w:t>
      </w:r>
      <w:r>
        <w:rPr>
          <w:rFonts w:cs="Times New Roman" w:hint="cs"/>
          <w:rtl/>
        </w:rPr>
        <w:t>وهو</w:t>
      </w:r>
      <w:r>
        <w:rPr>
          <w:rFonts w:cs="Times New Roman"/>
          <w:rtl/>
        </w:rPr>
        <w:t xml:space="preserve"> </w:t>
      </w:r>
      <w:r>
        <w:rPr>
          <w:rFonts w:cs="Times New Roman" w:hint="cs"/>
          <w:rtl/>
        </w:rPr>
        <w:t>تقييد</w:t>
      </w:r>
      <w:r>
        <w:rPr>
          <w:rFonts w:cs="Times New Roman"/>
          <w:rtl/>
        </w:rPr>
        <w:t xml:space="preserve"> </w:t>
      </w:r>
      <w:r>
        <w:rPr>
          <w:rFonts w:cs="Times New Roman" w:hint="cs"/>
          <w:rtl/>
        </w:rPr>
        <w:t>الوصول</w:t>
      </w:r>
      <w:r>
        <w:rPr>
          <w:rFonts w:cs="Times New Roman"/>
          <w:rtl/>
        </w:rPr>
        <w:t xml:space="preserve"> </w:t>
      </w:r>
      <w:r>
        <w:rPr>
          <w:rFonts w:cs="Times New Roman" w:hint="cs"/>
          <w:rtl/>
        </w:rPr>
        <w:t>للمنفذ</w:t>
      </w:r>
      <w:r>
        <w:rPr>
          <w:rFonts w:cs="Times New Roman"/>
          <w:rtl/>
        </w:rPr>
        <w:t xml:space="preserve"> 389 </w:t>
      </w:r>
      <w:r>
        <w:rPr>
          <w:rFonts w:cs="Times New Roman" w:hint="cs"/>
          <w:rtl/>
        </w:rPr>
        <w:t>على</w:t>
      </w:r>
      <w:r>
        <w:rPr>
          <w:rFonts w:cs="Times New Roman"/>
          <w:rtl/>
        </w:rPr>
        <w:t xml:space="preserve"> </w:t>
      </w:r>
      <w:r>
        <w:rPr>
          <w:rFonts w:cs="Times New Roman" w:hint="cs"/>
          <w:rtl/>
        </w:rPr>
        <w:t>مستوى</w:t>
      </w:r>
      <w:r>
        <w:rPr>
          <w:rFonts w:cs="Times New Roman"/>
          <w:rtl/>
        </w:rPr>
        <w:t xml:space="preserve"> </w:t>
      </w:r>
      <w:r>
        <w:rPr>
          <w:rFonts w:cs="Times New Roman" w:hint="cs"/>
          <w:rtl/>
        </w:rPr>
        <w:t>جدار</w:t>
      </w:r>
      <w:r>
        <w:rPr>
          <w:rFonts w:cs="Times New Roman"/>
          <w:rtl/>
        </w:rPr>
        <w:t xml:space="preserve"> </w:t>
      </w:r>
      <w:r>
        <w:rPr>
          <w:rFonts w:cs="Times New Roman" w:hint="cs"/>
          <w:rtl/>
        </w:rPr>
        <w:t>الحماية</w:t>
      </w:r>
      <w:r>
        <w:t xml:space="preserve"> </w:t>
      </w:r>
      <w:proofErr w:type="spellStart"/>
      <w:r>
        <w:t>pfSense</w:t>
      </w:r>
      <w:proofErr w:type="spellEnd"/>
      <w:r>
        <w:t xml:space="preserve"> </w:t>
      </w:r>
      <w:r>
        <w:rPr>
          <w:rFonts w:cs="Times New Roman" w:hint="cs"/>
          <w:rtl/>
        </w:rPr>
        <w:t>للشبكات</w:t>
      </w:r>
      <w:r>
        <w:rPr>
          <w:rFonts w:cs="Times New Roman"/>
          <w:rtl/>
        </w:rPr>
        <w:t xml:space="preserve"> </w:t>
      </w:r>
      <w:r>
        <w:rPr>
          <w:rFonts w:cs="Times New Roman" w:hint="cs"/>
          <w:rtl/>
        </w:rPr>
        <w:t>غير</w:t>
      </w:r>
      <w:r>
        <w:rPr>
          <w:rFonts w:cs="Times New Roman"/>
          <w:rtl/>
        </w:rPr>
        <w:t xml:space="preserve"> </w:t>
      </w:r>
      <w:r>
        <w:rPr>
          <w:rFonts w:cs="Times New Roman" w:hint="cs"/>
          <w:rtl/>
        </w:rPr>
        <w:t>الموثوقة</w:t>
      </w:r>
      <w:r>
        <w:rPr>
          <w:rFonts w:cs="Times New Roman"/>
          <w:rtl/>
        </w:rPr>
        <w:t xml:space="preserve"> </w:t>
      </w:r>
      <w:r>
        <w:rPr>
          <w:rFonts w:cs="Times New Roman" w:hint="cs"/>
          <w:rtl/>
        </w:rPr>
        <w:t>بدلاً</w:t>
      </w:r>
      <w:r>
        <w:rPr>
          <w:rFonts w:cs="Times New Roman"/>
          <w:rtl/>
        </w:rPr>
        <w:t xml:space="preserve"> </w:t>
      </w:r>
      <w:r>
        <w:rPr>
          <w:rFonts w:cs="Times New Roman" w:hint="cs"/>
          <w:rtl/>
        </w:rPr>
        <w:t>من</w:t>
      </w:r>
      <w:r>
        <w:rPr>
          <w:rFonts w:cs="Times New Roman"/>
          <w:rtl/>
        </w:rPr>
        <w:t xml:space="preserve"> </w:t>
      </w:r>
      <w:r>
        <w:rPr>
          <w:rFonts w:cs="Times New Roman" w:hint="cs"/>
          <w:rtl/>
        </w:rPr>
        <w:t>إيقاف</w:t>
      </w:r>
      <w:r>
        <w:rPr>
          <w:rFonts w:cs="Times New Roman"/>
          <w:rtl/>
        </w:rPr>
        <w:t xml:space="preserve"> </w:t>
      </w:r>
      <w:r>
        <w:rPr>
          <w:rFonts w:cs="Times New Roman" w:hint="cs"/>
          <w:rtl/>
        </w:rPr>
        <w:t>الخدمة</w:t>
      </w:r>
      <w:r>
        <w:rPr>
          <w:rFonts w:cs="Times New Roman"/>
          <w:rtl/>
        </w:rPr>
        <w:t xml:space="preserve"> </w:t>
      </w:r>
      <w:r>
        <w:rPr>
          <w:rFonts w:cs="Times New Roman" w:hint="cs"/>
          <w:rtl/>
        </w:rPr>
        <w:t>على</w:t>
      </w:r>
      <w:r>
        <w:rPr>
          <w:rFonts w:cs="Times New Roman"/>
          <w:rtl/>
        </w:rPr>
        <w:t xml:space="preserve"> </w:t>
      </w:r>
      <w:r>
        <w:rPr>
          <w:rFonts w:cs="Times New Roman" w:hint="cs"/>
          <w:rtl/>
        </w:rPr>
        <w:t>السيرفر</w:t>
      </w:r>
      <w:r>
        <w:t>."</w:t>
      </w:r>
    </w:p>
    <w:p w:rsidR="00660980" w:rsidRDefault="00660980" w:rsidP="00660980">
      <w:pPr>
        <w:tabs>
          <w:tab w:val="left" w:pos="7020"/>
        </w:tabs>
      </w:pPr>
      <w:r>
        <w:t xml:space="preserve">Technical Description (English): "During the attempt to remediate the LDAP </w:t>
      </w:r>
      <w:proofErr w:type="spellStart"/>
      <w:r>
        <w:t>RootDSE</w:t>
      </w:r>
      <w:proofErr w:type="spellEnd"/>
      <w:r>
        <w:t xml:space="preserve"> information disclosure, it was identified that Windows Server 2025 intentionally allows anonymous querying of this basic information (such as server name and system version). This behavior is a deliberate engineering design by Microsoft to ensure client machines can discover the Domain Controller prior to authentication. Consequently, this has been documented as an Accepted Engineering Risk, with the recommended security alternative being to restrict access to port 389 at the </w:t>
      </w:r>
      <w:proofErr w:type="spellStart"/>
      <w:r>
        <w:t>pfSense</w:t>
      </w:r>
      <w:proofErr w:type="spellEnd"/>
      <w:r>
        <w:t xml:space="preserve"> firewall level for untrusted networks, rather than disabling the service on the server."</w:t>
      </w:r>
    </w:p>
    <w:p w:rsidR="00DD0D09" w:rsidRDefault="00DD0D09" w:rsidP="00660980">
      <w:pPr>
        <w:tabs>
          <w:tab w:val="left" w:pos="7020"/>
        </w:tabs>
      </w:pPr>
    </w:p>
    <w:p w:rsidR="00DD0D09" w:rsidRDefault="00DD0D09" w:rsidP="00660980">
      <w:pPr>
        <w:tabs>
          <w:tab w:val="left" w:pos="7020"/>
        </w:tabs>
      </w:pPr>
      <w:r>
        <w:rPr>
          <w:noProof/>
        </w:rPr>
        <w:drawing>
          <wp:inline distT="0" distB="0" distL="0" distR="0">
            <wp:extent cx="5943600" cy="101409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تحصين النظام وإغلاق الثغرات Phase Four- Hardening &amp; Remediation.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1014095"/>
                    </a:xfrm>
                    <a:prstGeom prst="rect">
                      <a:avLst/>
                    </a:prstGeom>
                  </pic:spPr>
                </pic:pic>
              </a:graphicData>
            </a:graphic>
          </wp:inline>
        </w:drawing>
      </w:r>
    </w:p>
    <w:p w:rsidR="00DD0D09" w:rsidRDefault="00DD0D09" w:rsidP="00660980">
      <w:pPr>
        <w:tabs>
          <w:tab w:val="left" w:pos="7020"/>
        </w:tabs>
      </w:pPr>
    </w:p>
    <w:p w:rsidR="00DD0D09" w:rsidRDefault="00DD0D09" w:rsidP="00660980">
      <w:pPr>
        <w:tabs>
          <w:tab w:val="left" w:pos="7020"/>
        </w:tabs>
      </w:pPr>
    </w:p>
    <w:p w:rsidR="00DD0D09" w:rsidRDefault="00DD0D09"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660980">
      <w:pPr>
        <w:tabs>
          <w:tab w:val="left" w:pos="7020"/>
        </w:tabs>
      </w:pPr>
    </w:p>
    <w:p w:rsidR="003D5AD5" w:rsidRDefault="003D5AD5" w:rsidP="003D5AD5">
      <w:pPr>
        <w:tabs>
          <w:tab w:val="left" w:pos="7020"/>
        </w:tabs>
        <w:rPr>
          <w:rFonts w:cs="Times New Roman"/>
        </w:rPr>
      </w:pPr>
      <w:r>
        <w:rPr>
          <w:rFonts w:ascii="Segoe UI Emoji" w:hAnsi="Segoe UI Emoji" w:cs="Segoe UI Emoji"/>
        </w:rPr>
        <w:t>🏁</w:t>
      </w:r>
      <w:r>
        <w:t xml:space="preserve"> </w:t>
      </w:r>
      <w:r>
        <w:rPr>
          <w:rFonts w:cs="Times New Roman" w:hint="cs"/>
          <w:rtl/>
        </w:rPr>
        <w:t>خطوة</w:t>
      </w:r>
      <w:r>
        <w:rPr>
          <w:rFonts w:cs="Times New Roman"/>
          <w:rtl/>
        </w:rPr>
        <w:t xml:space="preserve"> </w:t>
      </w:r>
      <w:r>
        <w:rPr>
          <w:rFonts w:cs="Times New Roman" w:hint="cs"/>
          <w:rtl/>
        </w:rPr>
        <w:t>الخاتمة</w:t>
      </w:r>
      <w:r>
        <w:rPr>
          <w:rFonts w:cs="Times New Roman"/>
          <w:rtl/>
        </w:rPr>
        <w:t xml:space="preserve"> (</w:t>
      </w:r>
      <w:r>
        <w:rPr>
          <w:rFonts w:cs="Times New Roman" w:hint="cs"/>
          <w:rtl/>
        </w:rPr>
        <w:t>الخطوة</w:t>
      </w:r>
      <w:r>
        <w:rPr>
          <w:rFonts w:cs="Times New Roman"/>
          <w:rtl/>
        </w:rPr>
        <w:t xml:space="preserve"> 40): </w:t>
      </w:r>
      <w:r>
        <w:rPr>
          <w:rFonts w:cs="Times New Roman" w:hint="cs"/>
          <w:rtl/>
        </w:rPr>
        <w:t>توثيق</w:t>
      </w:r>
      <w:r>
        <w:rPr>
          <w:rFonts w:cs="Times New Roman"/>
          <w:rtl/>
        </w:rPr>
        <w:t xml:space="preserve"> </w:t>
      </w:r>
      <w:r>
        <w:rPr>
          <w:rFonts w:cs="Times New Roman" w:hint="cs"/>
          <w:rtl/>
        </w:rPr>
        <w:t>حظر</w:t>
      </w:r>
      <w:r>
        <w:rPr>
          <w:rFonts w:cs="Times New Roman"/>
          <w:rtl/>
        </w:rPr>
        <w:t xml:space="preserve"> </w:t>
      </w:r>
      <w:r>
        <w:rPr>
          <w:rFonts w:cs="Times New Roman" w:hint="cs"/>
          <w:rtl/>
        </w:rPr>
        <w:t>أداة</w:t>
      </w:r>
    </w:p>
    <w:p w:rsidR="003D5AD5" w:rsidRDefault="003D5AD5" w:rsidP="003D5AD5">
      <w:pPr>
        <w:tabs>
          <w:tab w:val="left" w:pos="7020"/>
        </w:tabs>
      </w:pPr>
      <w:r>
        <w:t xml:space="preserve"> Nmap </w:t>
      </w:r>
      <w:r>
        <w:rPr>
          <w:rFonts w:cs="Times New Roman" w:hint="cs"/>
          <w:rtl/>
        </w:rPr>
        <w:t>على</w:t>
      </w:r>
      <w:r>
        <w:rPr>
          <w:rFonts w:cs="Times New Roman"/>
          <w:rtl/>
        </w:rPr>
        <w:t xml:space="preserve"> </w:t>
      </w:r>
      <w:r>
        <w:rPr>
          <w:rFonts w:cs="Times New Roman" w:hint="cs"/>
          <w:rtl/>
        </w:rPr>
        <w:t>جدار</w:t>
      </w:r>
      <w:r>
        <w:rPr>
          <w:rFonts w:cs="Times New Roman"/>
          <w:rtl/>
        </w:rPr>
        <w:t xml:space="preserve"> </w:t>
      </w:r>
      <w:r>
        <w:rPr>
          <w:rFonts w:cs="Times New Roman" w:hint="cs"/>
          <w:rtl/>
        </w:rPr>
        <w:t>الحماية</w:t>
      </w:r>
      <w:r>
        <w:t xml:space="preserve"> </w:t>
      </w:r>
      <w:proofErr w:type="spellStart"/>
      <w:r>
        <w:t>pfSense</w:t>
      </w:r>
      <w:proofErr w:type="spellEnd"/>
    </w:p>
    <w:p w:rsidR="003D5AD5" w:rsidRDefault="003D5AD5" w:rsidP="003D5AD5">
      <w:pPr>
        <w:tabs>
          <w:tab w:val="left" w:pos="7020"/>
        </w:tabs>
      </w:pPr>
      <w:r>
        <w:rPr>
          <w:rFonts w:cs="Times New Roman" w:hint="cs"/>
          <w:rtl/>
        </w:rPr>
        <w:t>بما</w:t>
      </w:r>
      <w:r>
        <w:rPr>
          <w:rFonts w:cs="Times New Roman"/>
          <w:rtl/>
        </w:rPr>
        <w:t xml:space="preserve"> </w:t>
      </w:r>
      <w:r>
        <w:rPr>
          <w:rFonts w:cs="Times New Roman" w:hint="cs"/>
          <w:rtl/>
        </w:rPr>
        <w:t>أن</w:t>
      </w:r>
      <w:r>
        <w:rPr>
          <w:rFonts w:cs="Times New Roman"/>
          <w:rtl/>
        </w:rPr>
        <w:t xml:space="preserve"> </w:t>
      </w:r>
      <w:r>
        <w:rPr>
          <w:rFonts w:cs="Times New Roman" w:hint="cs"/>
          <w:rtl/>
        </w:rPr>
        <w:t>السيرفر</w:t>
      </w:r>
      <w:r>
        <w:rPr>
          <w:rFonts w:cs="Times New Roman"/>
          <w:rtl/>
        </w:rPr>
        <w:t xml:space="preserve"> </w:t>
      </w:r>
      <w:r>
        <w:rPr>
          <w:rFonts w:cs="Times New Roman" w:hint="cs"/>
          <w:rtl/>
        </w:rPr>
        <w:t>مصمم</w:t>
      </w:r>
      <w:r>
        <w:rPr>
          <w:rFonts w:cs="Times New Roman"/>
          <w:rtl/>
        </w:rPr>
        <w:t xml:space="preserve"> </w:t>
      </w:r>
      <w:r>
        <w:rPr>
          <w:rFonts w:cs="Times New Roman" w:hint="cs"/>
          <w:rtl/>
        </w:rPr>
        <w:t>ليترك</w:t>
      </w:r>
      <w:r>
        <w:rPr>
          <w:rFonts w:cs="Times New Roman"/>
          <w:rtl/>
        </w:rPr>
        <w:t xml:space="preserve"> </w:t>
      </w:r>
      <w:r>
        <w:rPr>
          <w:rFonts w:cs="Times New Roman" w:hint="cs"/>
          <w:rtl/>
        </w:rPr>
        <w:t>بعض</w:t>
      </w:r>
      <w:r>
        <w:rPr>
          <w:rFonts w:cs="Times New Roman"/>
          <w:rtl/>
        </w:rPr>
        <w:t xml:space="preserve"> </w:t>
      </w:r>
      <w:r>
        <w:rPr>
          <w:rFonts w:cs="Times New Roman" w:hint="cs"/>
          <w:rtl/>
        </w:rPr>
        <w:t>المنافذ</w:t>
      </w:r>
      <w:r>
        <w:rPr>
          <w:rFonts w:cs="Times New Roman"/>
          <w:rtl/>
        </w:rPr>
        <w:t xml:space="preserve"> </w:t>
      </w:r>
      <w:r>
        <w:rPr>
          <w:rFonts w:cs="Times New Roman" w:hint="cs"/>
          <w:rtl/>
        </w:rPr>
        <w:t>مفتوحة</w:t>
      </w:r>
      <w:r>
        <w:rPr>
          <w:rFonts w:cs="Times New Roman"/>
          <w:rtl/>
        </w:rPr>
        <w:t xml:space="preserve"> </w:t>
      </w:r>
      <w:r>
        <w:rPr>
          <w:rFonts w:cs="Times New Roman" w:hint="cs"/>
          <w:rtl/>
        </w:rPr>
        <w:t>لعمل</w:t>
      </w:r>
      <w:r>
        <w:rPr>
          <w:rFonts w:cs="Times New Roman"/>
          <w:rtl/>
        </w:rPr>
        <w:t xml:space="preserve"> </w:t>
      </w:r>
      <w:r>
        <w:rPr>
          <w:rFonts w:cs="Times New Roman" w:hint="cs"/>
          <w:rtl/>
        </w:rPr>
        <w:t>النطاق</w:t>
      </w:r>
      <w:r>
        <w:rPr>
          <w:rFonts w:cs="Times New Roman"/>
          <w:rtl/>
        </w:rPr>
        <w:t xml:space="preserve"> (</w:t>
      </w:r>
      <w:r>
        <w:rPr>
          <w:rFonts w:cs="Times New Roman" w:hint="cs"/>
          <w:rtl/>
        </w:rPr>
        <w:t>مثل</w:t>
      </w:r>
      <w:r>
        <w:rPr>
          <w:rFonts w:cs="Times New Roman"/>
          <w:rtl/>
        </w:rPr>
        <w:t xml:space="preserve"> 445 </w:t>
      </w:r>
      <w:proofErr w:type="gramStart"/>
      <w:r>
        <w:rPr>
          <w:rFonts w:cs="Times New Roman" w:hint="cs"/>
          <w:rtl/>
        </w:rPr>
        <w:t>و</w:t>
      </w:r>
      <w:r>
        <w:rPr>
          <w:rFonts w:cs="Times New Roman"/>
          <w:rtl/>
        </w:rPr>
        <w:t xml:space="preserve"> 389</w:t>
      </w:r>
      <w:proofErr w:type="gramEnd"/>
      <w:r>
        <w:rPr>
          <w:rFonts w:cs="Times New Roman"/>
          <w:rtl/>
        </w:rPr>
        <w:t xml:space="preserve">)، </w:t>
      </w:r>
      <w:r>
        <w:rPr>
          <w:rFonts w:cs="Times New Roman" w:hint="cs"/>
          <w:rtl/>
        </w:rPr>
        <w:t>أقوى</w:t>
      </w:r>
      <w:r>
        <w:rPr>
          <w:rFonts w:cs="Times New Roman"/>
          <w:rtl/>
        </w:rPr>
        <w:t xml:space="preserve"> </w:t>
      </w:r>
      <w:r>
        <w:rPr>
          <w:rFonts w:cs="Times New Roman" w:hint="cs"/>
          <w:rtl/>
        </w:rPr>
        <w:t>إجراء</w:t>
      </w:r>
      <w:r>
        <w:rPr>
          <w:rFonts w:cs="Times New Roman"/>
          <w:rtl/>
        </w:rPr>
        <w:t xml:space="preserve"> </w:t>
      </w:r>
      <w:r>
        <w:rPr>
          <w:rFonts w:cs="Times New Roman" w:hint="cs"/>
          <w:rtl/>
        </w:rPr>
        <w:t>أمني</w:t>
      </w:r>
      <w:r>
        <w:rPr>
          <w:rFonts w:cs="Times New Roman"/>
          <w:rtl/>
        </w:rPr>
        <w:t xml:space="preserve"> </w:t>
      </w:r>
      <w:r>
        <w:rPr>
          <w:rFonts w:cs="Times New Roman" w:hint="cs"/>
          <w:rtl/>
        </w:rPr>
        <w:t>قمت</w:t>
      </w:r>
      <w:r>
        <w:rPr>
          <w:rFonts w:cs="Times New Roman"/>
          <w:rtl/>
        </w:rPr>
        <w:t xml:space="preserve"> </w:t>
      </w:r>
      <w:r>
        <w:rPr>
          <w:rFonts w:cs="Times New Roman" w:hint="cs"/>
          <w:rtl/>
        </w:rPr>
        <w:t>به</w:t>
      </w:r>
      <w:r>
        <w:rPr>
          <w:rFonts w:cs="Times New Roman"/>
          <w:rtl/>
        </w:rPr>
        <w:t xml:space="preserve"> </w:t>
      </w:r>
      <w:r>
        <w:rPr>
          <w:rFonts w:cs="Times New Roman" w:hint="cs"/>
          <w:rtl/>
        </w:rPr>
        <w:t>في</w:t>
      </w:r>
      <w:r>
        <w:rPr>
          <w:rFonts w:cs="Times New Roman"/>
          <w:rtl/>
        </w:rPr>
        <w:t xml:space="preserve"> </w:t>
      </w:r>
      <w:r>
        <w:rPr>
          <w:rFonts w:cs="Times New Roman" w:hint="cs"/>
          <w:rtl/>
        </w:rPr>
        <w:t>هذا</w:t>
      </w:r>
      <w:r>
        <w:rPr>
          <w:rFonts w:cs="Times New Roman"/>
          <w:rtl/>
        </w:rPr>
        <w:t xml:space="preserve"> </w:t>
      </w:r>
      <w:r>
        <w:rPr>
          <w:rFonts w:cs="Times New Roman" w:hint="cs"/>
          <w:rtl/>
        </w:rPr>
        <w:t>المختبر</w:t>
      </w:r>
      <w:r>
        <w:rPr>
          <w:rFonts w:cs="Times New Roman"/>
          <w:rtl/>
        </w:rPr>
        <w:t xml:space="preserve"> </w:t>
      </w:r>
      <w:r>
        <w:rPr>
          <w:rFonts w:cs="Times New Roman" w:hint="cs"/>
          <w:rtl/>
        </w:rPr>
        <w:t>هو</w:t>
      </w:r>
      <w:r>
        <w:rPr>
          <w:rFonts w:cs="Times New Roman"/>
          <w:rtl/>
        </w:rPr>
        <w:t xml:space="preserve"> </w:t>
      </w:r>
      <w:r>
        <w:rPr>
          <w:rFonts w:cs="Times New Roman" w:hint="cs"/>
          <w:rtl/>
        </w:rPr>
        <w:t>إنشاء</w:t>
      </w:r>
      <w:r>
        <w:rPr>
          <w:rFonts w:cs="Times New Roman"/>
          <w:rtl/>
        </w:rPr>
        <w:t xml:space="preserve"> </w:t>
      </w:r>
      <w:r>
        <w:rPr>
          <w:rFonts w:cs="Times New Roman" w:hint="cs"/>
          <w:rtl/>
        </w:rPr>
        <w:t>قاعدة</w:t>
      </w:r>
      <w:r>
        <w:rPr>
          <w:rFonts w:cs="Times New Roman"/>
          <w:rtl/>
        </w:rPr>
        <w:t xml:space="preserve"> </w:t>
      </w:r>
      <w:r>
        <w:rPr>
          <w:rFonts w:cs="Times New Roman" w:hint="cs"/>
          <w:rtl/>
        </w:rPr>
        <w:t>الحظر</w:t>
      </w:r>
      <w:r>
        <w:rPr>
          <w:rFonts w:cs="Times New Roman"/>
          <w:rtl/>
        </w:rPr>
        <w:t xml:space="preserve"> </w:t>
      </w:r>
      <w:r>
        <w:rPr>
          <w:rFonts w:cs="Times New Roman" w:hint="cs"/>
          <w:rtl/>
        </w:rPr>
        <w:t>في</w:t>
      </w:r>
      <w:r>
        <w:t xml:space="preserve"> </w:t>
      </w:r>
      <w:proofErr w:type="spellStart"/>
      <w:r>
        <w:t>pfSense</w:t>
      </w:r>
      <w:proofErr w:type="spellEnd"/>
      <w:r>
        <w:t xml:space="preserve"> (</w:t>
      </w:r>
      <w:r>
        <w:rPr>
          <w:rFonts w:cs="Times New Roman" w:hint="cs"/>
          <w:rtl/>
        </w:rPr>
        <w:t>الخطوة</w:t>
      </w:r>
      <w:r>
        <w:rPr>
          <w:rFonts w:cs="Times New Roman"/>
          <w:rtl/>
        </w:rPr>
        <w:t xml:space="preserve"> 9 </w:t>
      </w:r>
      <w:r>
        <w:rPr>
          <w:rFonts w:cs="Times New Roman" w:hint="cs"/>
          <w:rtl/>
        </w:rPr>
        <w:t>و</w:t>
      </w:r>
      <w:r>
        <w:rPr>
          <w:rFonts w:cs="Times New Roman"/>
          <w:rtl/>
        </w:rPr>
        <w:t xml:space="preserve"> 10 </w:t>
      </w:r>
      <w:r>
        <w:rPr>
          <w:rFonts w:cs="Times New Roman" w:hint="cs"/>
          <w:rtl/>
        </w:rPr>
        <w:t>في</w:t>
      </w:r>
      <w:r>
        <w:rPr>
          <w:rFonts w:cs="Times New Roman"/>
          <w:rtl/>
        </w:rPr>
        <w:t xml:space="preserve"> </w:t>
      </w:r>
      <w:r>
        <w:rPr>
          <w:rFonts w:cs="Times New Roman" w:hint="cs"/>
          <w:rtl/>
        </w:rPr>
        <w:t>تقريرك</w:t>
      </w:r>
      <w:r>
        <w:t>).</w:t>
      </w:r>
    </w:p>
    <w:p w:rsidR="003D5AD5" w:rsidRDefault="003D5AD5" w:rsidP="003D5AD5">
      <w:pPr>
        <w:tabs>
          <w:tab w:val="left" w:pos="7020"/>
        </w:tabs>
      </w:pPr>
    </w:p>
    <w:p w:rsidR="003D5AD5" w:rsidRDefault="003D5AD5" w:rsidP="003D5AD5">
      <w:pPr>
        <w:tabs>
          <w:tab w:val="left" w:pos="7020"/>
        </w:tabs>
      </w:pPr>
      <w:r>
        <w:rPr>
          <w:rFonts w:ascii="Segoe UI Emoji" w:hAnsi="Segoe UI Emoji" w:cs="Segoe UI Emoji"/>
        </w:rPr>
        <w:lastRenderedPageBreak/>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(40): </w:t>
      </w:r>
      <w:r>
        <w:rPr>
          <w:rFonts w:cs="Times New Roman" w:hint="cs"/>
          <w:rtl/>
        </w:rPr>
        <w:t>الخاتمة</w:t>
      </w:r>
      <w:r>
        <w:rPr>
          <w:rFonts w:cs="Times New Roman"/>
          <w:rtl/>
        </w:rPr>
        <w:t xml:space="preserve"> </w:t>
      </w:r>
      <w:r>
        <w:rPr>
          <w:rFonts w:cs="Times New Roman" w:hint="cs"/>
          <w:rtl/>
        </w:rPr>
        <w:t>الأمنية</w:t>
      </w:r>
      <w:r>
        <w:rPr>
          <w:rFonts w:cs="Times New Roman"/>
          <w:rtl/>
        </w:rPr>
        <w:t xml:space="preserve"> </w:t>
      </w:r>
      <w:r>
        <w:rPr>
          <w:rFonts w:cs="Times New Roman" w:hint="cs"/>
          <w:rtl/>
        </w:rPr>
        <w:t>والتحكم</w:t>
      </w:r>
      <w:r>
        <w:rPr>
          <w:rFonts w:cs="Times New Roman"/>
          <w:rtl/>
        </w:rPr>
        <w:t xml:space="preserve"> </w:t>
      </w:r>
      <w:r>
        <w:rPr>
          <w:rFonts w:cs="Times New Roman" w:hint="cs"/>
          <w:rtl/>
        </w:rPr>
        <w:t>في</w:t>
      </w:r>
      <w:r>
        <w:rPr>
          <w:rFonts w:cs="Times New Roman"/>
          <w:rtl/>
        </w:rPr>
        <w:t xml:space="preserve"> </w:t>
      </w:r>
      <w:r>
        <w:rPr>
          <w:rFonts w:cs="Times New Roman" w:hint="cs"/>
          <w:rtl/>
        </w:rPr>
        <w:t>التدفق</w:t>
      </w:r>
      <w:r>
        <w:rPr>
          <w:rFonts w:cs="Times New Roman"/>
          <w:rtl/>
        </w:rPr>
        <w:t xml:space="preserve"> </w:t>
      </w:r>
      <w:r>
        <w:rPr>
          <w:rFonts w:cs="Times New Roman" w:hint="cs"/>
          <w:rtl/>
        </w:rPr>
        <w:t>الشبكي</w:t>
      </w:r>
      <w:r>
        <w:t xml:space="preserve"> </w:t>
      </w:r>
    </w:p>
    <w:p w:rsidR="003D5AD5" w:rsidRDefault="003D5AD5" w:rsidP="003D5AD5">
      <w:pPr>
        <w:tabs>
          <w:tab w:val="left" w:pos="7020"/>
        </w:tabs>
      </w:pPr>
      <w:r>
        <w:t>(Conclusion &amp; Network Flow Control)</w:t>
      </w:r>
    </w:p>
    <w:p w:rsidR="003D5AD5" w:rsidRDefault="003D5AD5" w:rsidP="003D5AD5">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تثبت</w:t>
      </w:r>
      <w:r>
        <w:rPr>
          <w:rFonts w:cs="Times New Roman"/>
          <w:rtl/>
        </w:rPr>
        <w:t xml:space="preserve"> </w:t>
      </w:r>
      <w:r>
        <w:rPr>
          <w:rFonts w:cs="Times New Roman" w:hint="cs"/>
          <w:rtl/>
        </w:rPr>
        <w:t>هذه</w:t>
      </w:r>
      <w:r>
        <w:rPr>
          <w:rFonts w:cs="Times New Roman"/>
          <w:rtl/>
        </w:rPr>
        <w:t xml:space="preserve"> </w:t>
      </w:r>
      <w:r>
        <w:rPr>
          <w:rFonts w:cs="Times New Roman" w:hint="cs"/>
          <w:rtl/>
        </w:rPr>
        <w:t>التجربة</w:t>
      </w:r>
      <w:r>
        <w:rPr>
          <w:rFonts w:cs="Times New Roman"/>
          <w:rtl/>
        </w:rPr>
        <w:t xml:space="preserve"> </w:t>
      </w:r>
      <w:r>
        <w:rPr>
          <w:rFonts w:cs="Times New Roman" w:hint="cs"/>
          <w:rtl/>
        </w:rPr>
        <w:t>أن</w:t>
      </w:r>
      <w:r>
        <w:rPr>
          <w:rFonts w:cs="Times New Roman"/>
          <w:rtl/>
        </w:rPr>
        <w:t xml:space="preserve"> </w:t>
      </w:r>
      <w:r>
        <w:rPr>
          <w:rFonts w:cs="Times New Roman" w:hint="cs"/>
          <w:rtl/>
        </w:rPr>
        <w:t>الاعتماد</w:t>
      </w:r>
      <w:r>
        <w:rPr>
          <w:rFonts w:cs="Times New Roman"/>
          <w:rtl/>
        </w:rPr>
        <w:t xml:space="preserve"> </w:t>
      </w:r>
      <w:r>
        <w:rPr>
          <w:rFonts w:cs="Times New Roman" w:hint="cs"/>
          <w:rtl/>
        </w:rPr>
        <w:t>على</w:t>
      </w:r>
      <w:r>
        <w:rPr>
          <w:rFonts w:cs="Times New Roman"/>
          <w:rtl/>
        </w:rPr>
        <w:t xml:space="preserve"> </w:t>
      </w:r>
      <w:r>
        <w:rPr>
          <w:rFonts w:cs="Times New Roman" w:hint="cs"/>
          <w:rtl/>
        </w:rPr>
        <w:t>إعدادات</w:t>
      </w:r>
      <w:r>
        <w:rPr>
          <w:rFonts w:cs="Times New Roman"/>
          <w:rtl/>
        </w:rPr>
        <w:t xml:space="preserve"> </w:t>
      </w:r>
      <w:r>
        <w:rPr>
          <w:rFonts w:cs="Times New Roman" w:hint="cs"/>
          <w:rtl/>
        </w:rPr>
        <w:t>نظام</w:t>
      </w:r>
      <w:r>
        <w:rPr>
          <w:rFonts w:cs="Times New Roman"/>
          <w:rtl/>
        </w:rPr>
        <w:t xml:space="preserve"> </w:t>
      </w:r>
      <w:r>
        <w:rPr>
          <w:rFonts w:cs="Times New Roman" w:hint="cs"/>
          <w:rtl/>
        </w:rPr>
        <w:t>التشغيل</w:t>
      </w:r>
      <w:r>
        <w:t xml:space="preserve"> (OS Hardening) </w:t>
      </w:r>
      <w:r>
        <w:rPr>
          <w:rFonts w:cs="Times New Roman" w:hint="cs"/>
          <w:rtl/>
        </w:rPr>
        <w:t>وحدها</w:t>
      </w:r>
      <w:r>
        <w:rPr>
          <w:rFonts w:cs="Times New Roman"/>
          <w:rtl/>
        </w:rPr>
        <w:t xml:space="preserve"> </w:t>
      </w:r>
      <w:r>
        <w:rPr>
          <w:rFonts w:cs="Times New Roman" w:hint="cs"/>
          <w:rtl/>
        </w:rPr>
        <w:t>غير</w:t>
      </w:r>
      <w:r>
        <w:rPr>
          <w:rFonts w:cs="Times New Roman"/>
          <w:rtl/>
        </w:rPr>
        <w:t xml:space="preserve"> </w:t>
      </w:r>
      <w:r>
        <w:rPr>
          <w:rFonts w:cs="Times New Roman" w:hint="cs"/>
          <w:rtl/>
        </w:rPr>
        <w:t>كافٍ</w:t>
      </w:r>
      <w:r>
        <w:rPr>
          <w:rFonts w:cs="Times New Roman"/>
          <w:rtl/>
        </w:rPr>
        <w:t xml:space="preserve"> </w:t>
      </w:r>
      <w:r>
        <w:rPr>
          <w:rFonts w:cs="Times New Roman" w:hint="cs"/>
          <w:rtl/>
        </w:rPr>
        <w:t>لحماية</w:t>
      </w:r>
      <w:r>
        <w:rPr>
          <w:rFonts w:cs="Times New Roman"/>
          <w:rtl/>
        </w:rPr>
        <w:t xml:space="preserve"> </w:t>
      </w:r>
      <w:r>
        <w:rPr>
          <w:rFonts w:cs="Times New Roman" w:hint="cs"/>
          <w:rtl/>
        </w:rPr>
        <w:t>بيئة</w:t>
      </w:r>
      <w:r>
        <w:rPr>
          <w:rFonts w:cs="Times New Roman"/>
          <w:rtl/>
        </w:rPr>
        <w:t xml:space="preserve"> </w:t>
      </w:r>
      <w:r>
        <w:rPr>
          <w:rFonts w:cs="Times New Roman" w:hint="cs"/>
          <w:rtl/>
        </w:rPr>
        <w:t>الدليل</w:t>
      </w:r>
      <w:r>
        <w:rPr>
          <w:rFonts w:cs="Times New Roman"/>
          <w:rtl/>
        </w:rPr>
        <w:t xml:space="preserve"> </w:t>
      </w:r>
      <w:r>
        <w:rPr>
          <w:rFonts w:cs="Times New Roman" w:hint="cs"/>
          <w:rtl/>
        </w:rPr>
        <w:t>النشط</w:t>
      </w:r>
      <w:r>
        <w:rPr>
          <w:rFonts w:cs="Times New Roman"/>
          <w:rtl/>
        </w:rPr>
        <w:t xml:space="preserve">، </w:t>
      </w:r>
      <w:r>
        <w:rPr>
          <w:rFonts w:cs="Times New Roman" w:hint="cs"/>
          <w:rtl/>
        </w:rPr>
        <w:t>حيث</w:t>
      </w:r>
      <w:r>
        <w:rPr>
          <w:rFonts w:cs="Times New Roman"/>
          <w:rtl/>
        </w:rPr>
        <w:t xml:space="preserve"> </w:t>
      </w:r>
      <w:r>
        <w:rPr>
          <w:rFonts w:cs="Times New Roman" w:hint="cs"/>
          <w:rtl/>
        </w:rPr>
        <w:t>تتطلب</w:t>
      </w:r>
      <w:r>
        <w:rPr>
          <w:rFonts w:cs="Times New Roman"/>
          <w:rtl/>
        </w:rPr>
        <w:t xml:space="preserve"> </w:t>
      </w:r>
      <w:r>
        <w:rPr>
          <w:rFonts w:cs="Times New Roman" w:hint="cs"/>
          <w:rtl/>
        </w:rPr>
        <w:t>بعض</w:t>
      </w:r>
      <w:r>
        <w:rPr>
          <w:rFonts w:cs="Times New Roman"/>
          <w:rtl/>
        </w:rPr>
        <w:t xml:space="preserve"> </w:t>
      </w:r>
      <w:r>
        <w:rPr>
          <w:rFonts w:cs="Times New Roman" w:hint="cs"/>
          <w:rtl/>
        </w:rPr>
        <w:t>الخدمات</w:t>
      </w:r>
      <w:r>
        <w:t xml:space="preserve"> (</w:t>
      </w:r>
      <w:r>
        <w:rPr>
          <w:rFonts w:cs="Times New Roman" w:hint="cs"/>
          <w:rtl/>
        </w:rPr>
        <w:t>مثل</w:t>
      </w:r>
      <w:r>
        <w:t xml:space="preserve"> LDAP </w:t>
      </w:r>
      <w:proofErr w:type="gramStart"/>
      <w:r>
        <w:rPr>
          <w:rFonts w:cs="Times New Roman" w:hint="cs"/>
          <w:rtl/>
        </w:rPr>
        <w:t>و</w:t>
      </w:r>
      <w:r>
        <w:t xml:space="preserve"> SMB</w:t>
      </w:r>
      <w:proofErr w:type="gramEnd"/>
      <w:r>
        <w:t xml:space="preserve">) </w:t>
      </w:r>
      <w:r>
        <w:rPr>
          <w:rFonts w:cs="Times New Roman" w:hint="cs"/>
          <w:rtl/>
        </w:rPr>
        <w:t>ترك</w:t>
      </w:r>
      <w:r>
        <w:rPr>
          <w:rFonts w:cs="Times New Roman"/>
          <w:rtl/>
        </w:rPr>
        <w:t xml:space="preserve"> </w:t>
      </w:r>
      <w:r>
        <w:rPr>
          <w:rFonts w:cs="Times New Roman" w:hint="cs"/>
          <w:rtl/>
        </w:rPr>
        <w:t>منافذ</w:t>
      </w:r>
      <w:r>
        <w:rPr>
          <w:rFonts w:cs="Times New Roman"/>
          <w:rtl/>
        </w:rPr>
        <w:t xml:space="preserve"> </w:t>
      </w:r>
      <w:r>
        <w:rPr>
          <w:rFonts w:cs="Times New Roman" w:hint="cs"/>
          <w:rtl/>
        </w:rPr>
        <w:t>مفتوحة</w:t>
      </w:r>
      <w:r>
        <w:rPr>
          <w:rFonts w:cs="Times New Roman"/>
          <w:rtl/>
        </w:rPr>
        <w:t xml:space="preserve"> </w:t>
      </w:r>
      <w:r>
        <w:rPr>
          <w:rFonts w:cs="Times New Roman" w:hint="cs"/>
          <w:rtl/>
        </w:rPr>
        <w:t>لتعمل</w:t>
      </w:r>
      <w:r>
        <w:rPr>
          <w:rFonts w:cs="Times New Roman"/>
          <w:rtl/>
        </w:rPr>
        <w:t xml:space="preserve"> </w:t>
      </w:r>
      <w:r>
        <w:rPr>
          <w:rFonts w:cs="Times New Roman" w:hint="cs"/>
          <w:rtl/>
        </w:rPr>
        <w:t>بشكل</w:t>
      </w:r>
      <w:r>
        <w:rPr>
          <w:rFonts w:cs="Times New Roman"/>
          <w:rtl/>
        </w:rPr>
        <w:t xml:space="preserve"> </w:t>
      </w:r>
      <w:r>
        <w:rPr>
          <w:rFonts w:cs="Times New Roman" w:hint="cs"/>
          <w:rtl/>
        </w:rPr>
        <w:t>صحيح</w:t>
      </w:r>
      <w:r>
        <w:rPr>
          <w:rFonts w:cs="Times New Roman"/>
          <w:rtl/>
        </w:rPr>
        <w:t xml:space="preserve">. </w:t>
      </w:r>
      <w:r>
        <w:rPr>
          <w:rFonts w:cs="Times New Roman" w:hint="cs"/>
          <w:rtl/>
        </w:rPr>
        <w:t>الإجراء</w:t>
      </w:r>
      <w:r>
        <w:rPr>
          <w:rFonts w:cs="Times New Roman"/>
          <w:rtl/>
        </w:rPr>
        <w:t xml:space="preserve"> </w:t>
      </w:r>
      <w:r>
        <w:rPr>
          <w:rFonts w:cs="Times New Roman" w:hint="cs"/>
          <w:rtl/>
        </w:rPr>
        <w:t>الدفاعي</w:t>
      </w:r>
      <w:r>
        <w:rPr>
          <w:rFonts w:cs="Times New Roman"/>
          <w:rtl/>
        </w:rPr>
        <w:t xml:space="preserve"> </w:t>
      </w:r>
      <w:r>
        <w:rPr>
          <w:rFonts w:cs="Times New Roman" w:hint="cs"/>
          <w:rtl/>
        </w:rPr>
        <w:t>الحاسم</w:t>
      </w:r>
      <w:r>
        <w:rPr>
          <w:rFonts w:cs="Times New Roman"/>
          <w:rtl/>
        </w:rPr>
        <w:t xml:space="preserve"> </w:t>
      </w:r>
      <w:r>
        <w:rPr>
          <w:rFonts w:cs="Times New Roman" w:hint="cs"/>
          <w:rtl/>
        </w:rPr>
        <w:t>الذي</w:t>
      </w:r>
      <w:r>
        <w:rPr>
          <w:rFonts w:cs="Times New Roman"/>
          <w:rtl/>
        </w:rPr>
        <w:t xml:space="preserve"> </w:t>
      </w:r>
      <w:r>
        <w:rPr>
          <w:rFonts w:cs="Times New Roman" w:hint="cs"/>
          <w:rtl/>
        </w:rPr>
        <w:t>تم</w:t>
      </w:r>
      <w:r>
        <w:rPr>
          <w:rFonts w:cs="Times New Roman"/>
          <w:rtl/>
        </w:rPr>
        <w:t xml:space="preserve"> </w:t>
      </w:r>
      <w:r>
        <w:rPr>
          <w:rFonts w:cs="Times New Roman" w:hint="cs"/>
          <w:rtl/>
        </w:rPr>
        <w:t>تطبيقه</w:t>
      </w:r>
      <w:r>
        <w:rPr>
          <w:rFonts w:cs="Times New Roman"/>
          <w:rtl/>
        </w:rPr>
        <w:t xml:space="preserve"> </w:t>
      </w:r>
      <w:r>
        <w:rPr>
          <w:rFonts w:cs="Times New Roman" w:hint="cs"/>
          <w:rtl/>
        </w:rPr>
        <w:t>في</w:t>
      </w:r>
      <w:r>
        <w:rPr>
          <w:rFonts w:cs="Times New Roman"/>
          <w:rtl/>
        </w:rPr>
        <w:t xml:space="preserve"> </w:t>
      </w:r>
      <w:r>
        <w:rPr>
          <w:rFonts w:cs="Times New Roman" w:hint="cs"/>
          <w:rtl/>
        </w:rPr>
        <w:t>هذا</w:t>
      </w:r>
      <w:r>
        <w:rPr>
          <w:rFonts w:cs="Times New Roman"/>
          <w:rtl/>
        </w:rPr>
        <w:t xml:space="preserve"> </w:t>
      </w:r>
      <w:r>
        <w:rPr>
          <w:rFonts w:cs="Times New Roman" w:hint="cs"/>
          <w:rtl/>
        </w:rPr>
        <w:t>المختبر</w:t>
      </w:r>
      <w:r>
        <w:rPr>
          <w:rFonts w:cs="Times New Roman"/>
          <w:rtl/>
        </w:rPr>
        <w:t xml:space="preserve"> </w:t>
      </w:r>
      <w:r>
        <w:rPr>
          <w:rFonts w:cs="Times New Roman" w:hint="cs"/>
          <w:rtl/>
        </w:rPr>
        <w:t>كان</w:t>
      </w:r>
      <w:r>
        <w:rPr>
          <w:rFonts w:cs="Times New Roman"/>
          <w:rtl/>
        </w:rPr>
        <w:t xml:space="preserve"> </w:t>
      </w:r>
      <w:r>
        <w:rPr>
          <w:rFonts w:cs="Times New Roman" w:hint="cs"/>
          <w:rtl/>
        </w:rPr>
        <w:t>هندسة</w:t>
      </w:r>
      <w:r>
        <w:rPr>
          <w:rFonts w:cs="Times New Roman"/>
          <w:rtl/>
        </w:rPr>
        <w:t xml:space="preserve"> </w:t>
      </w:r>
      <w:r>
        <w:rPr>
          <w:rFonts w:cs="Times New Roman" w:hint="cs"/>
          <w:rtl/>
        </w:rPr>
        <w:t>جدار</w:t>
      </w:r>
      <w:r>
        <w:rPr>
          <w:rFonts w:cs="Times New Roman"/>
          <w:rtl/>
        </w:rPr>
        <w:t xml:space="preserve"> </w:t>
      </w:r>
      <w:r>
        <w:rPr>
          <w:rFonts w:cs="Times New Roman" w:hint="cs"/>
          <w:rtl/>
        </w:rPr>
        <w:t>الحماية</w:t>
      </w:r>
      <w:r>
        <w:t xml:space="preserve"> </w:t>
      </w:r>
      <w:proofErr w:type="spellStart"/>
      <w:r>
        <w:t>pfSense</w:t>
      </w:r>
      <w:proofErr w:type="spellEnd"/>
      <w:r>
        <w:t xml:space="preserve"> </w:t>
      </w:r>
      <w:r>
        <w:rPr>
          <w:rFonts w:cs="Times New Roman" w:hint="cs"/>
          <w:rtl/>
        </w:rPr>
        <w:t>لتعمل</w:t>
      </w:r>
      <w:r>
        <w:rPr>
          <w:rFonts w:cs="Times New Roman"/>
          <w:rtl/>
        </w:rPr>
        <w:t xml:space="preserve"> </w:t>
      </w:r>
      <w:r>
        <w:rPr>
          <w:rFonts w:cs="Times New Roman" w:hint="cs"/>
          <w:rtl/>
        </w:rPr>
        <w:t>كحاجز</w:t>
      </w:r>
      <w:r>
        <w:rPr>
          <w:rFonts w:cs="Times New Roman"/>
          <w:rtl/>
        </w:rPr>
        <w:t xml:space="preserve"> </w:t>
      </w:r>
      <w:r>
        <w:rPr>
          <w:rFonts w:cs="Times New Roman" w:hint="cs"/>
          <w:rtl/>
        </w:rPr>
        <w:t>أمني</w:t>
      </w:r>
      <w:r>
        <w:rPr>
          <w:rFonts w:cs="Times New Roman"/>
          <w:rtl/>
        </w:rPr>
        <w:t xml:space="preserve"> </w:t>
      </w:r>
      <w:r>
        <w:rPr>
          <w:rFonts w:cs="Times New Roman" w:hint="cs"/>
          <w:rtl/>
        </w:rPr>
        <w:t>صارم</w:t>
      </w:r>
      <w:r>
        <w:rPr>
          <w:rFonts w:cs="Times New Roman"/>
          <w:rtl/>
        </w:rPr>
        <w:t xml:space="preserve">. </w:t>
      </w:r>
      <w:r>
        <w:rPr>
          <w:rFonts w:cs="Times New Roman" w:hint="cs"/>
          <w:rtl/>
        </w:rPr>
        <w:t>من</w:t>
      </w:r>
      <w:r>
        <w:rPr>
          <w:rFonts w:cs="Times New Roman"/>
          <w:rtl/>
        </w:rPr>
        <w:t xml:space="preserve"> </w:t>
      </w:r>
      <w:r>
        <w:rPr>
          <w:rFonts w:cs="Times New Roman" w:hint="cs"/>
          <w:rtl/>
        </w:rPr>
        <w:t>خلال</w:t>
      </w:r>
      <w:r>
        <w:rPr>
          <w:rFonts w:cs="Times New Roman"/>
          <w:rtl/>
        </w:rPr>
        <w:t xml:space="preserve"> </w:t>
      </w:r>
      <w:r>
        <w:rPr>
          <w:rFonts w:cs="Times New Roman" w:hint="cs"/>
          <w:rtl/>
        </w:rPr>
        <w:t>تطبيق</w:t>
      </w:r>
      <w:r>
        <w:rPr>
          <w:rFonts w:cs="Times New Roman"/>
          <w:rtl/>
        </w:rPr>
        <w:t xml:space="preserve"> </w:t>
      </w:r>
      <w:r>
        <w:rPr>
          <w:rFonts w:cs="Times New Roman" w:hint="cs"/>
          <w:rtl/>
        </w:rPr>
        <w:t>سياسات</w:t>
      </w:r>
      <w:r>
        <w:rPr>
          <w:rFonts w:cs="Times New Roman"/>
          <w:rtl/>
        </w:rPr>
        <w:t xml:space="preserve"> </w:t>
      </w:r>
      <w:r>
        <w:rPr>
          <w:rFonts w:cs="Times New Roman" w:hint="cs"/>
          <w:rtl/>
        </w:rPr>
        <w:t>الحظر</w:t>
      </w:r>
      <w:r>
        <w:t xml:space="preserve"> (Block Rules) </w:t>
      </w:r>
      <w:r>
        <w:rPr>
          <w:rFonts w:cs="Times New Roman" w:hint="cs"/>
          <w:rtl/>
        </w:rPr>
        <w:t>واستخدام</w:t>
      </w:r>
      <w:r>
        <w:rPr>
          <w:rFonts w:cs="Times New Roman"/>
          <w:rtl/>
        </w:rPr>
        <w:t xml:space="preserve"> </w:t>
      </w:r>
      <w:r>
        <w:rPr>
          <w:rFonts w:cs="Times New Roman" w:hint="cs"/>
          <w:rtl/>
        </w:rPr>
        <w:t>الشبكات</w:t>
      </w:r>
      <w:r>
        <w:rPr>
          <w:rFonts w:cs="Times New Roman"/>
          <w:rtl/>
        </w:rPr>
        <w:t xml:space="preserve"> </w:t>
      </w:r>
      <w:r>
        <w:rPr>
          <w:rFonts w:cs="Times New Roman" w:hint="cs"/>
          <w:rtl/>
        </w:rPr>
        <w:t>المعزولة</w:t>
      </w:r>
      <w:r>
        <w:t xml:space="preserve"> (VLANs/Subnets)</w:t>
      </w:r>
      <w:r>
        <w:rPr>
          <w:rFonts w:cs="Times New Roman"/>
          <w:rtl/>
        </w:rPr>
        <w:t xml:space="preserve">، </w:t>
      </w:r>
      <w:r>
        <w:rPr>
          <w:rFonts w:cs="Times New Roman" w:hint="cs"/>
          <w:rtl/>
        </w:rPr>
        <w:t>تم</w:t>
      </w:r>
      <w:r>
        <w:rPr>
          <w:rFonts w:cs="Times New Roman"/>
          <w:rtl/>
        </w:rPr>
        <w:t xml:space="preserve"> </w:t>
      </w:r>
      <w:r>
        <w:rPr>
          <w:rFonts w:cs="Times New Roman" w:hint="cs"/>
          <w:rtl/>
        </w:rPr>
        <w:t>حصر</w:t>
      </w:r>
      <w:r>
        <w:rPr>
          <w:rFonts w:cs="Times New Roman"/>
          <w:rtl/>
        </w:rPr>
        <w:t xml:space="preserve"> </w:t>
      </w:r>
      <w:r>
        <w:rPr>
          <w:rFonts w:cs="Times New Roman" w:hint="cs"/>
          <w:rtl/>
        </w:rPr>
        <w:t>الوصول</w:t>
      </w:r>
      <w:r>
        <w:rPr>
          <w:rFonts w:cs="Times New Roman"/>
          <w:rtl/>
        </w:rPr>
        <w:t xml:space="preserve"> </w:t>
      </w:r>
      <w:r>
        <w:rPr>
          <w:rFonts w:cs="Times New Roman" w:hint="cs"/>
          <w:rtl/>
        </w:rPr>
        <w:t>للخدمات</w:t>
      </w:r>
      <w:r>
        <w:rPr>
          <w:rFonts w:cs="Times New Roman"/>
          <w:rtl/>
        </w:rPr>
        <w:t xml:space="preserve"> </w:t>
      </w:r>
      <w:r>
        <w:rPr>
          <w:rFonts w:cs="Times New Roman" w:hint="cs"/>
          <w:rtl/>
        </w:rPr>
        <w:t>الحساسة</w:t>
      </w:r>
      <w:r>
        <w:rPr>
          <w:rFonts w:cs="Times New Roman"/>
          <w:rtl/>
        </w:rPr>
        <w:t xml:space="preserve"> </w:t>
      </w:r>
      <w:r>
        <w:rPr>
          <w:rFonts w:cs="Times New Roman" w:hint="cs"/>
          <w:rtl/>
        </w:rPr>
        <w:t>على</w:t>
      </w:r>
      <w:r>
        <w:rPr>
          <w:rFonts w:cs="Times New Roman"/>
          <w:rtl/>
        </w:rPr>
        <w:t xml:space="preserve"> </w:t>
      </w:r>
      <w:r>
        <w:rPr>
          <w:rFonts w:cs="Times New Roman" w:hint="cs"/>
          <w:rtl/>
        </w:rPr>
        <w:t>الأجهزة</w:t>
      </w:r>
      <w:r>
        <w:rPr>
          <w:rFonts w:cs="Times New Roman"/>
          <w:rtl/>
        </w:rPr>
        <w:t xml:space="preserve"> </w:t>
      </w:r>
      <w:r>
        <w:rPr>
          <w:rFonts w:cs="Times New Roman" w:hint="cs"/>
          <w:rtl/>
        </w:rPr>
        <w:t>المصرح</w:t>
      </w:r>
      <w:r>
        <w:rPr>
          <w:rFonts w:cs="Times New Roman"/>
          <w:rtl/>
        </w:rPr>
        <w:t xml:space="preserve"> </w:t>
      </w:r>
      <w:r>
        <w:rPr>
          <w:rFonts w:cs="Times New Roman" w:hint="cs"/>
          <w:rtl/>
        </w:rPr>
        <w:t>لها</w:t>
      </w:r>
      <w:r>
        <w:rPr>
          <w:rFonts w:cs="Times New Roman"/>
          <w:rtl/>
        </w:rPr>
        <w:t xml:space="preserve"> </w:t>
      </w:r>
      <w:r>
        <w:rPr>
          <w:rFonts w:cs="Times New Roman" w:hint="cs"/>
          <w:rtl/>
        </w:rPr>
        <w:t>فقط</w:t>
      </w:r>
      <w:r>
        <w:rPr>
          <w:rFonts w:cs="Times New Roman"/>
          <w:rtl/>
        </w:rPr>
        <w:t xml:space="preserve">، </w:t>
      </w:r>
      <w:r>
        <w:rPr>
          <w:rFonts w:cs="Times New Roman" w:hint="cs"/>
          <w:rtl/>
        </w:rPr>
        <w:t>مما</w:t>
      </w:r>
      <w:r>
        <w:rPr>
          <w:rFonts w:cs="Times New Roman"/>
          <w:rtl/>
        </w:rPr>
        <w:t xml:space="preserve"> </w:t>
      </w:r>
      <w:r>
        <w:rPr>
          <w:rFonts w:cs="Times New Roman" w:hint="cs"/>
          <w:rtl/>
        </w:rPr>
        <w:t>يحبط</w:t>
      </w:r>
      <w:r>
        <w:rPr>
          <w:rFonts w:cs="Times New Roman"/>
          <w:rtl/>
        </w:rPr>
        <w:t xml:space="preserve"> </w:t>
      </w:r>
      <w:r>
        <w:rPr>
          <w:rFonts w:cs="Times New Roman" w:hint="cs"/>
          <w:rtl/>
        </w:rPr>
        <w:t>محاولات</w:t>
      </w:r>
      <w:r>
        <w:rPr>
          <w:rFonts w:cs="Times New Roman"/>
          <w:rtl/>
        </w:rPr>
        <w:t xml:space="preserve"> </w:t>
      </w:r>
      <w:r>
        <w:rPr>
          <w:rFonts w:cs="Times New Roman" w:hint="cs"/>
          <w:rtl/>
        </w:rPr>
        <w:t>الاستطلاع</w:t>
      </w:r>
      <w:r>
        <w:rPr>
          <w:rFonts w:cs="Times New Roman"/>
          <w:rtl/>
        </w:rPr>
        <w:t xml:space="preserve"> </w:t>
      </w:r>
      <w:r>
        <w:rPr>
          <w:rFonts w:cs="Times New Roman" w:hint="cs"/>
          <w:rtl/>
        </w:rPr>
        <w:t>والاختراق</w:t>
      </w:r>
      <w:r>
        <w:t xml:space="preserve"> (</w:t>
      </w:r>
      <w:r>
        <w:rPr>
          <w:rFonts w:cs="Times New Roman" w:hint="cs"/>
          <w:rtl/>
        </w:rPr>
        <w:t>مثل</w:t>
      </w:r>
      <w:r>
        <w:t xml:space="preserve"> Nmap Scans) </w:t>
      </w:r>
      <w:r>
        <w:rPr>
          <w:rFonts w:cs="Times New Roman" w:hint="cs"/>
          <w:rtl/>
        </w:rPr>
        <w:t>من</w:t>
      </w:r>
      <w:r>
        <w:rPr>
          <w:rFonts w:cs="Times New Roman"/>
          <w:rtl/>
        </w:rPr>
        <w:t xml:space="preserve"> </w:t>
      </w:r>
      <w:r>
        <w:rPr>
          <w:rFonts w:cs="Times New Roman" w:hint="cs"/>
          <w:rtl/>
        </w:rPr>
        <w:t>أجهزة</w:t>
      </w:r>
      <w:r>
        <w:rPr>
          <w:rFonts w:cs="Times New Roman"/>
          <w:rtl/>
        </w:rPr>
        <w:t xml:space="preserve"> </w:t>
      </w:r>
      <w:r>
        <w:rPr>
          <w:rFonts w:cs="Times New Roman" w:hint="cs"/>
          <w:rtl/>
        </w:rPr>
        <w:t>غير</w:t>
      </w:r>
      <w:r>
        <w:rPr>
          <w:rFonts w:cs="Times New Roman"/>
          <w:rtl/>
        </w:rPr>
        <w:t xml:space="preserve"> </w:t>
      </w:r>
      <w:r>
        <w:rPr>
          <w:rFonts w:cs="Times New Roman" w:hint="cs"/>
          <w:rtl/>
        </w:rPr>
        <w:t>موثوقة</w:t>
      </w:r>
      <w:r>
        <w:rPr>
          <w:rFonts w:cs="Times New Roman"/>
          <w:rtl/>
        </w:rPr>
        <w:t xml:space="preserve"> </w:t>
      </w:r>
      <w:r>
        <w:rPr>
          <w:rFonts w:cs="Times New Roman" w:hint="cs"/>
          <w:rtl/>
        </w:rPr>
        <w:t>كـ</w:t>
      </w:r>
      <w:r>
        <w:t xml:space="preserve"> Kali Linux </w:t>
      </w:r>
      <w:r>
        <w:rPr>
          <w:rFonts w:cs="Times New Roman" w:hint="cs"/>
          <w:rtl/>
        </w:rPr>
        <w:t>في</w:t>
      </w:r>
      <w:r>
        <w:rPr>
          <w:rFonts w:cs="Times New Roman"/>
          <w:rtl/>
        </w:rPr>
        <w:t xml:space="preserve"> </w:t>
      </w:r>
      <w:r>
        <w:rPr>
          <w:rFonts w:cs="Times New Roman" w:hint="cs"/>
          <w:rtl/>
        </w:rPr>
        <w:t>بيئة</w:t>
      </w:r>
      <w:r>
        <w:rPr>
          <w:rFonts w:cs="Times New Roman"/>
          <w:rtl/>
        </w:rPr>
        <w:t xml:space="preserve"> </w:t>
      </w:r>
      <w:r>
        <w:rPr>
          <w:rFonts w:cs="Times New Roman" w:hint="cs"/>
          <w:rtl/>
        </w:rPr>
        <w:t>الإنتاج</w:t>
      </w:r>
      <w:r>
        <w:t>."</w:t>
      </w:r>
    </w:p>
    <w:p w:rsidR="003D5AD5" w:rsidRDefault="003D5AD5" w:rsidP="003D5AD5">
      <w:pPr>
        <w:tabs>
          <w:tab w:val="left" w:pos="7020"/>
        </w:tabs>
      </w:pPr>
      <w:r>
        <w:t xml:space="preserve">Technical Description (English): "This experiment establishes that relying solely on OS Hardening is insufficient to protect an Active Directory environment, as certain services (like LDAP and SMB) require open ports to function correctly. The critical defensive measure implemented in this lab was engineering the </w:t>
      </w:r>
      <w:proofErr w:type="spellStart"/>
      <w:r>
        <w:t>pfSense</w:t>
      </w:r>
      <w:proofErr w:type="spellEnd"/>
      <w:r>
        <w:t xml:space="preserve"> firewall to act as a strict security barrier. By enforcing Block Rules and utilizing isolated subnets, access to sensitive services was restricted to authorized devices only, thwarting reconnaissance and exploitation attempts (e.g., Nmap Scans) from untrusted machines like Kali Linux in a production environment."</w:t>
      </w:r>
    </w:p>
    <w:p w:rsidR="003D5AD5" w:rsidRDefault="00CB6151" w:rsidP="003D5AD5">
      <w:pPr>
        <w:tabs>
          <w:tab w:val="left" w:pos="7020"/>
        </w:tabs>
      </w:pPr>
      <w:r>
        <w:rPr>
          <w:noProof/>
        </w:rPr>
        <w:drawing>
          <wp:inline distT="0" distB="0" distL="0" distR="0">
            <wp:extent cx="5943600" cy="374459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توثيق حظر أداة Nmap على جدار الحماية pfSense.png"/>
                    <pic:cNvPicPr/>
                  </pic:nvPicPr>
                  <pic:blipFill>
                    <a:blip r:embed="rId57">
                      <a:extLst>
                        <a:ext uri="{28A0092B-C50C-407E-A947-70E740481C1C}">
                          <a14:useLocalDpi xmlns:a14="http://schemas.microsoft.com/office/drawing/2010/main" val="0"/>
                        </a:ext>
                      </a:extLst>
                    </a:blip>
                    <a:stretch>
                      <a:fillRect/>
                    </a:stretch>
                  </pic:blipFill>
                  <pic:spPr>
                    <a:xfrm>
                      <a:off x="0" y="0"/>
                      <a:ext cx="5943600" cy="3744595"/>
                    </a:xfrm>
                    <a:prstGeom prst="rect">
                      <a:avLst/>
                    </a:prstGeom>
                  </pic:spPr>
                </pic:pic>
              </a:graphicData>
            </a:graphic>
          </wp:inline>
        </w:drawing>
      </w:r>
    </w:p>
    <w:p w:rsidR="003D5AD5" w:rsidRDefault="003D5AD5"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C8302D">
      <w:pPr>
        <w:tabs>
          <w:tab w:val="left" w:pos="7020"/>
        </w:tabs>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(41): </w:t>
      </w:r>
      <w:r>
        <w:rPr>
          <w:rFonts w:cs="Times New Roman" w:hint="cs"/>
          <w:rtl/>
        </w:rPr>
        <w:t>استخراج</w:t>
      </w:r>
      <w:r>
        <w:rPr>
          <w:rFonts w:cs="Times New Roman"/>
          <w:rtl/>
        </w:rPr>
        <w:t xml:space="preserve"> </w:t>
      </w:r>
      <w:r>
        <w:rPr>
          <w:rFonts w:cs="Times New Roman" w:hint="cs"/>
          <w:rtl/>
        </w:rPr>
        <w:t>كلمات</w:t>
      </w:r>
      <w:r>
        <w:rPr>
          <w:rFonts w:cs="Times New Roman"/>
          <w:rtl/>
        </w:rPr>
        <w:t xml:space="preserve"> </w:t>
      </w:r>
      <w:r>
        <w:rPr>
          <w:rFonts w:cs="Times New Roman" w:hint="cs"/>
          <w:rtl/>
        </w:rPr>
        <w:t>المرور</w:t>
      </w:r>
      <w:r>
        <w:rPr>
          <w:rFonts w:cs="Times New Roman"/>
          <w:rtl/>
        </w:rPr>
        <w:t xml:space="preserve"> </w:t>
      </w:r>
      <w:r>
        <w:rPr>
          <w:rFonts w:cs="Times New Roman" w:hint="cs"/>
          <w:rtl/>
        </w:rPr>
        <w:t>المخزنة</w:t>
      </w:r>
      <w:r>
        <w:rPr>
          <w:rFonts w:cs="Times New Roman"/>
          <w:rtl/>
        </w:rPr>
        <w:t xml:space="preserve"> </w:t>
      </w:r>
      <w:r>
        <w:rPr>
          <w:rFonts w:cs="Times New Roman" w:hint="cs"/>
          <w:rtl/>
        </w:rPr>
        <w:t>في</w:t>
      </w:r>
      <w:r>
        <w:rPr>
          <w:rFonts w:cs="Times New Roman"/>
          <w:rtl/>
        </w:rPr>
        <w:t xml:space="preserve"> </w:t>
      </w:r>
      <w:r>
        <w:rPr>
          <w:rFonts w:cs="Times New Roman" w:hint="cs"/>
          <w:rtl/>
        </w:rPr>
        <w:t>سياسات</w:t>
      </w:r>
      <w:r>
        <w:rPr>
          <w:rFonts w:cs="Times New Roman"/>
          <w:rtl/>
        </w:rPr>
        <w:t xml:space="preserve"> </w:t>
      </w:r>
      <w:r>
        <w:rPr>
          <w:rFonts w:cs="Times New Roman" w:hint="cs"/>
          <w:rtl/>
        </w:rPr>
        <w:t>المجموعة</w:t>
      </w:r>
      <w:r>
        <w:t xml:space="preserve"> (GPP Password Extraction)</w:t>
      </w:r>
    </w:p>
    <w:p w:rsidR="00C8302D" w:rsidRDefault="00C8302D" w:rsidP="00C8302D">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بصفتها</w:t>
      </w:r>
      <w:r>
        <w:rPr>
          <w:rFonts w:cs="Times New Roman"/>
          <w:rtl/>
        </w:rPr>
        <w:t xml:space="preserve"> </w:t>
      </w:r>
      <w:r>
        <w:rPr>
          <w:rFonts w:cs="Times New Roman" w:hint="cs"/>
          <w:rtl/>
        </w:rPr>
        <w:t>خطوة</w:t>
      </w:r>
      <w:r>
        <w:rPr>
          <w:rFonts w:cs="Times New Roman"/>
          <w:rtl/>
        </w:rPr>
        <w:t xml:space="preserve"> </w:t>
      </w:r>
      <w:r>
        <w:rPr>
          <w:rFonts w:cs="Times New Roman" w:hint="cs"/>
          <w:rtl/>
        </w:rPr>
        <w:t>متقدمة</w:t>
      </w:r>
      <w:r>
        <w:rPr>
          <w:rFonts w:cs="Times New Roman"/>
          <w:rtl/>
        </w:rPr>
        <w:t xml:space="preserve"> </w:t>
      </w:r>
      <w:r>
        <w:rPr>
          <w:rFonts w:cs="Times New Roman" w:hint="cs"/>
          <w:rtl/>
        </w:rPr>
        <w:t>في</w:t>
      </w:r>
      <w:r>
        <w:rPr>
          <w:rFonts w:cs="Times New Roman"/>
          <w:rtl/>
        </w:rPr>
        <w:t xml:space="preserve"> </w:t>
      </w:r>
      <w:r>
        <w:rPr>
          <w:rFonts w:cs="Times New Roman" w:hint="cs"/>
          <w:rtl/>
        </w:rPr>
        <w:t>اختبار</w:t>
      </w:r>
      <w:r>
        <w:rPr>
          <w:rFonts w:cs="Times New Roman"/>
          <w:rtl/>
        </w:rPr>
        <w:t xml:space="preserve"> </w:t>
      </w:r>
      <w:r>
        <w:rPr>
          <w:rFonts w:cs="Times New Roman" w:hint="cs"/>
          <w:rtl/>
        </w:rPr>
        <w:t>الاختراق</w:t>
      </w:r>
      <w:r>
        <w:rPr>
          <w:rFonts w:cs="Times New Roman"/>
          <w:rtl/>
        </w:rPr>
        <w:t xml:space="preserve">، </w:t>
      </w:r>
      <w:r>
        <w:rPr>
          <w:rFonts w:cs="Times New Roman" w:hint="cs"/>
          <w:rtl/>
        </w:rPr>
        <w:t>تم</w:t>
      </w:r>
      <w:r>
        <w:rPr>
          <w:rFonts w:cs="Times New Roman"/>
          <w:rtl/>
        </w:rPr>
        <w:t xml:space="preserve"> </w:t>
      </w:r>
      <w:r>
        <w:rPr>
          <w:rFonts w:cs="Times New Roman" w:hint="cs"/>
          <w:rtl/>
        </w:rPr>
        <w:t>استهداف</w:t>
      </w:r>
      <w:r>
        <w:rPr>
          <w:rFonts w:cs="Times New Roman"/>
          <w:rtl/>
        </w:rPr>
        <w:t xml:space="preserve"> </w:t>
      </w:r>
      <w:r>
        <w:rPr>
          <w:rFonts w:cs="Times New Roman" w:hint="cs"/>
          <w:rtl/>
        </w:rPr>
        <w:t>مسار</w:t>
      </w:r>
      <w:r>
        <w:t xml:space="preserve"> SYSVOL </w:t>
      </w:r>
      <w:r>
        <w:rPr>
          <w:rFonts w:cs="Times New Roman" w:hint="cs"/>
          <w:rtl/>
        </w:rPr>
        <w:t>للبحث</w:t>
      </w:r>
      <w:r>
        <w:rPr>
          <w:rFonts w:cs="Times New Roman"/>
          <w:rtl/>
        </w:rPr>
        <w:t xml:space="preserve"> </w:t>
      </w:r>
      <w:r>
        <w:rPr>
          <w:rFonts w:cs="Times New Roman" w:hint="cs"/>
          <w:rtl/>
        </w:rPr>
        <w:t>عن</w:t>
      </w:r>
      <w:r>
        <w:rPr>
          <w:rFonts w:cs="Times New Roman"/>
          <w:rtl/>
        </w:rPr>
        <w:t xml:space="preserve"> </w:t>
      </w:r>
      <w:r>
        <w:rPr>
          <w:rFonts w:cs="Times New Roman" w:hint="cs"/>
          <w:rtl/>
        </w:rPr>
        <w:t>ثغرة</w:t>
      </w:r>
      <w:r>
        <w:t xml:space="preserve"> Group Policy Preferences (GPP) </w:t>
      </w:r>
      <w:r>
        <w:rPr>
          <w:rFonts w:cs="Times New Roman" w:hint="cs"/>
          <w:rtl/>
        </w:rPr>
        <w:t>باستخدام</w:t>
      </w:r>
      <w:r>
        <w:rPr>
          <w:rFonts w:cs="Times New Roman"/>
          <w:rtl/>
        </w:rPr>
        <w:t xml:space="preserve"> </w:t>
      </w:r>
      <w:r>
        <w:rPr>
          <w:rFonts w:cs="Times New Roman" w:hint="cs"/>
          <w:rtl/>
        </w:rPr>
        <w:t>أداة</w:t>
      </w:r>
      <w:r>
        <w:t xml:space="preserve"> </w:t>
      </w:r>
      <w:proofErr w:type="spellStart"/>
      <w:r>
        <w:t>impacket</w:t>
      </w:r>
      <w:proofErr w:type="spellEnd"/>
      <w:r>
        <w:t>-Get-</w:t>
      </w:r>
      <w:proofErr w:type="spellStart"/>
      <w:r>
        <w:t>GPPPassword</w:t>
      </w:r>
      <w:proofErr w:type="spellEnd"/>
      <w:r>
        <w:t xml:space="preserve">. </w:t>
      </w:r>
      <w:r>
        <w:rPr>
          <w:rFonts w:cs="Times New Roman" w:hint="cs"/>
          <w:rtl/>
        </w:rPr>
        <w:t>تعتمد</w:t>
      </w:r>
      <w:r>
        <w:rPr>
          <w:rFonts w:cs="Times New Roman"/>
          <w:rtl/>
        </w:rPr>
        <w:t xml:space="preserve"> </w:t>
      </w:r>
      <w:r>
        <w:rPr>
          <w:rFonts w:cs="Times New Roman" w:hint="cs"/>
          <w:rtl/>
        </w:rPr>
        <w:t>هذه</w:t>
      </w:r>
      <w:r>
        <w:rPr>
          <w:rFonts w:cs="Times New Roman"/>
          <w:rtl/>
        </w:rPr>
        <w:t xml:space="preserve"> </w:t>
      </w:r>
      <w:r>
        <w:rPr>
          <w:rFonts w:cs="Times New Roman" w:hint="cs"/>
          <w:rtl/>
        </w:rPr>
        <w:t>التقنية</w:t>
      </w:r>
      <w:r>
        <w:rPr>
          <w:rFonts w:cs="Times New Roman"/>
          <w:rtl/>
        </w:rPr>
        <w:t xml:space="preserve"> </w:t>
      </w:r>
      <w:r>
        <w:rPr>
          <w:rFonts w:cs="Times New Roman" w:hint="cs"/>
          <w:rtl/>
        </w:rPr>
        <w:t>على</w:t>
      </w:r>
      <w:r>
        <w:rPr>
          <w:rFonts w:cs="Times New Roman"/>
          <w:rtl/>
        </w:rPr>
        <w:t xml:space="preserve"> </w:t>
      </w:r>
      <w:r>
        <w:rPr>
          <w:rFonts w:cs="Times New Roman" w:hint="cs"/>
          <w:rtl/>
        </w:rPr>
        <w:t>البحث</w:t>
      </w:r>
      <w:r>
        <w:rPr>
          <w:rFonts w:cs="Times New Roman"/>
          <w:rtl/>
        </w:rPr>
        <w:t xml:space="preserve"> </w:t>
      </w:r>
      <w:r>
        <w:rPr>
          <w:rFonts w:cs="Times New Roman" w:hint="cs"/>
          <w:rtl/>
        </w:rPr>
        <w:t>عن</w:t>
      </w:r>
      <w:r>
        <w:rPr>
          <w:rFonts w:cs="Times New Roman"/>
          <w:rtl/>
        </w:rPr>
        <w:t xml:space="preserve"> </w:t>
      </w:r>
      <w:r>
        <w:rPr>
          <w:rFonts w:cs="Times New Roman" w:hint="cs"/>
          <w:rtl/>
        </w:rPr>
        <w:t>ملفات</w:t>
      </w:r>
      <w:r>
        <w:t xml:space="preserve"> XML </w:t>
      </w:r>
      <w:r>
        <w:rPr>
          <w:rFonts w:cs="Times New Roman" w:hint="cs"/>
          <w:rtl/>
        </w:rPr>
        <w:t>المخزنة</w:t>
      </w:r>
      <w:r>
        <w:rPr>
          <w:rFonts w:cs="Times New Roman"/>
          <w:rtl/>
        </w:rPr>
        <w:t xml:space="preserve"> </w:t>
      </w:r>
      <w:r>
        <w:rPr>
          <w:rFonts w:cs="Times New Roman" w:hint="cs"/>
          <w:rtl/>
        </w:rPr>
        <w:t>في</w:t>
      </w:r>
      <w:r>
        <w:rPr>
          <w:rFonts w:cs="Times New Roman"/>
          <w:rtl/>
        </w:rPr>
        <w:t xml:space="preserve"> </w:t>
      </w:r>
      <w:r>
        <w:rPr>
          <w:rFonts w:cs="Times New Roman" w:hint="cs"/>
          <w:rtl/>
        </w:rPr>
        <w:t>السياسات</w:t>
      </w:r>
      <w:r>
        <w:rPr>
          <w:rFonts w:cs="Times New Roman"/>
          <w:rtl/>
        </w:rPr>
        <w:t xml:space="preserve"> </w:t>
      </w:r>
      <w:r>
        <w:rPr>
          <w:rFonts w:cs="Times New Roman" w:hint="cs"/>
          <w:rtl/>
        </w:rPr>
        <w:t>والتي</w:t>
      </w:r>
      <w:r>
        <w:rPr>
          <w:rFonts w:cs="Times New Roman"/>
          <w:rtl/>
        </w:rPr>
        <w:t xml:space="preserve"> </w:t>
      </w:r>
      <w:r>
        <w:rPr>
          <w:rFonts w:cs="Times New Roman" w:hint="cs"/>
          <w:rtl/>
        </w:rPr>
        <w:t>قد</w:t>
      </w:r>
      <w:r>
        <w:rPr>
          <w:rFonts w:cs="Times New Roman"/>
          <w:rtl/>
        </w:rPr>
        <w:t xml:space="preserve"> </w:t>
      </w:r>
      <w:r>
        <w:rPr>
          <w:rFonts w:cs="Times New Roman" w:hint="cs"/>
          <w:rtl/>
        </w:rPr>
        <w:t>تحتوي</w:t>
      </w:r>
      <w:r>
        <w:rPr>
          <w:rFonts w:cs="Times New Roman"/>
          <w:rtl/>
        </w:rPr>
        <w:t xml:space="preserve"> </w:t>
      </w:r>
      <w:r>
        <w:rPr>
          <w:rFonts w:cs="Times New Roman" w:hint="cs"/>
          <w:rtl/>
        </w:rPr>
        <w:t>على</w:t>
      </w:r>
      <w:r>
        <w:rPr>
          <w:rFonts w:cs="Times New Roman"/>
          <w:rtl/>
        </w:rPr>
        <w:t xml:space="preserve"> </w:t>
      </w:r>
      <w:r>
        <w:rPr>
          <w:rFonts w:cs="Times New Roman" w:hint="cs"/>
          <w:rtl/>
        </w:rPr>
        <w:t>كلمات</w:t>
      </w:r>
      <w:r>
        <w:rPr>
          <w:rFonts w:cs="Times New Roman"/>
          <w:rtl/>
        </w:rPr>
        <w:t xml:space="preserve"> </w:t>
      </w:r>
      <w:r>
        <w:rPr>
          <w:rFonts w:cs="Times New Roman" w:hint="cs"/>
          <w:rtl/>
        </w:rPr>
        <w:t>مرور</w:t>
      </w:r>
      <w:r>
        <w:rPr>
          <w:rFonts w:cs="Times New Roman"/>
          <w:rtl/>
        </w:rPr>
        <w:t xml:space="preserve"> </w:t>
      </w:r>
      <w:r>
        <w:rPr>
          <w:rFonts w:cs="Times New Roman" w:hint="cs"/>
          <w:rtl/>
        </w:rPr>
        <w:t>مشفرة</w:t>
      </w:r>
      <w:r>
        <w:rPr>
          <w:rFonts w:cs="Times New Roman"/>
          <w:rtl/>
        </w:rPr>
        <w:t xml:space="preserve"> </w:t>
      </w:r>
      <w:r>
        <w:rPr>
          <w:rFonts w:cs="Times New Roman" w:hint="cs"/>
          <w:rtl/>
        </w:rPr>
        <w:t>بـ</w:t>
      </w:r>
      <w:r>
        <w:t xml:space="preserve"> AES-256. </w:t>
      </w:r>
      <w:r>
        <w:rPr>
          <w:rFonts w:cs="Times New Roman" w:hint="cs"/>
          <w:rtl/>
        </w:rPr>
        <w:t>على</w:t>
      </w:r>
      <w:r>
        <w:rPr>
          <w:rFonts w:cs="Times New Roman"/>
          <w:rtl/>
        </w:rPr>
        <w:t xml:space="preserve"> </w:t>
      </w:r>
      <w:r>
        <w:rPr>
          <w:rFonts w:cs="Times New Roman" w:hint="cs"/>
          <w:rtl/>
        </w:rPr>
        <w:t>الرغم</w:t>
      </w:r>
      <w:r>
        <w:rPr>
          <w:rFonts w:cs="Times New Roman"/>
          <w:rtl/>
        </w:rPr>
        <w:t xml:space="preserve"> </w:t>
      </w:r>
      <w:r>
        <w:rPr>
          <w:rFonts w:cs="Times New Roman" w:hint="cs"/>
          <w:rtl/>
        </w:rPr>
        <w:t>من</w:t>
      </w:r>
      <w:r>
        <w:rPr>
          <w:rFonts w:cs="Times New Roman"/>
          <w:rtl/>
        </w:rPr>
        <w:t xml:space="preserve"> </w:t>
      </w:r>
      <w:r>
        <w:rPr>
          <w:rFonts w:cs="Times New Roman" w:hint="cs"/>
          <w:rtl/>
        </w:rPr>
        <w:t>أن</w:t>
      </w:r>
      <w:r>
        <w:rPr>
          <w:rFonts w:cs="Times New Roman"/>
          <w:rtl/>
        </w:rPr>
        <w:t xml:space="preserve"> </w:t>
      </w:r>
      <w:r>
        <w:rPr>
          <w:rFonts w:cs="Times New Roman" w:hint="cs"/>
          <w:rtl/>
        </w:rPr>
        <w:t>المفتاح</w:t>
      </w:r>
      <w:r>
        <w:rPr>
          <w:rFonts w:cs="Times New Roman"/>
          <w:rtl/>
        </w:rPr>
        <w:t xml:space="preserve"> </w:t>
      </w:r>
      <w:r>
        <w:rPr>
          <w:rFonts w:cs="Times New Roman" w:hint="cs"/>
          <w:rtl/>
        </w:rPr>
        <w:t>المستخدم</w:t>
      </w:r>
      <w:r>
        <w:rPr>
          <w:rFonts w:cs="Times New Roman"/>
          <w:rtl/>
        </w:rPr>
        <w:t xml:space="preserve"> </w:t>
      </w:r>
      <w:r>
        <w:rPr>
          <w:rFonts w:cs="Times New Roman" w:hint="cs"/>
          <w:rtl/>
        </w:rPr>
        <w:t>في</w:t>
      </w:r>
      <w:r>
        <w:rPr>
          <w:rFonts w:cs="Times New Roman"/>
          <w:rtl/>
        </w:rPr>
        <w:t xml:space="preserve"> </w:t>
      </w:r>
      <w:r>
        <w:rPr>
          <w:rFonts w:cs="Times New Roman" w:hint="cs"/>
          <w:rtl/>
        </w:rPr>
        <w:t>التشفير</w:t>
      </w:r>
      <w:r>
        <w:rPr>
          <w:rFonts w:cs="Times New Roman"/>
          <w:rtl/>
        </w:rPr>
        <w:t xml:space="preserve"> </w:t>
      </w:r>
      <w:r>
        <w:rPr>
          <w:rFonts w:cs="Times New Roman" w:hint="cs"/>
          <w:rtl/>
        </w:rPr>
        <w:t>منشور</w:t>
      </w:r>
      <w:r>
        <w:rPr>
          <w:rFonts w:cs="Times New Roman"/>
          <w:rtl/>
        </w:rPr>
        <w:t xml:space="preserve"> </w:t>
      </w:r>
      <w:r>
        <w:rPr>
          <w:rFonts w:cs="Times New Roman" w:hint="cs"/>
          <w:rtl/>
        </w:rPr>
        <w:t>علناً</w:t>
      </w:r>
      <w:r>
        <w:rPr>
          <w:rFonts w:cs="Times New Roman"/>
          <w:rtl/>
        </w:rPr>
        <w:t xml:space="preserve"> </w:t>
      </w:r>
      <w:r>
        <w:rPr>
          <w:rFonts w:cs="Times New Roman" w:hint="cs"/>
          <w:rtl/>
        </w:rPr>
        <w:t>من</w:t>
      </w:r>
      <w:r>
        <w:rPr>
          <w:rFonts w:cs="Times New Roman"/>
          <w:rtl/>
        </w:rPr>
        <w:t xml:space="preserve"> </w:t>
      </w:r>
      <w:r>
        <w:rPr>
          <w:rFonts w:cs="Times New Roman" w:hint="cs"/>
          <w:rtl/>
        </w:rPr>
        <w:t>مايكروسوفت</w:t>
      </w:r>
      <w:r>
        <w:rPr>
          <w:rFonts w:cs="Times New Roman"/>
          <w:rtl/>
        </w:rPr>
        <w:t xml:space="preserve"> </w:t>
      </w:r>
      <w:r>
        <w:rPr>
          <w:rFonts w:cs="Times New Roman" w:hint="cs"/>
          <w:rtl/>
        </w:rPr>
        <w:t>مما</w:t>
      </w:r>
      <w:r>
        <w:rPr>
          <w:rFonts w:cs="Times New Roman"/>
          <w:rtl/>
        </w:rPr>
        <w:t xml:space="preserve"> </w:t>
      </w:r>
      <w:r>
        <w:rPr>
          <w:rFonts w:cs="Times New Roman" w:hint="cs"/>
          <w:rtl/>
        </w:rPr>
        <w:t>يجعل</w:t>
      </w:r>
      <w:r>
        <w:rPr>
          <w:rFonts w:cs="Times New Roman"/>
          <w:rtl/>
        </w:rPr>
        <w:t xml:space="preserve"> </w:t>
      </w:r>
      <w:r>
        <w:rPr>
          <w:rFonts w:cs="Times New Roman" w:hint="cs"/>
          <w:rtl/>
        </w:rPr>
        <w:t>فك</w:t>
      </w:r>
      <w:r>
        <w:rPr>
          <w:rFonts w:cs="Times New Roman"/>
          <w:rtl/>
        </w:rPr>
        <w:t xml:space="preserve"> </w:t>
      </w:r>
      <w:r>
        <w:rPr>
          <w:rFonts w:cs="Times New Roman" w:hint="cs"/>
          <w:rtl/>
        </w:rPr>
        <w:t>التشفير</w:t>
      </w:r>
      <w:r>
        <w:rPr>
          <w:rFonts w:cs="Times New Roman"/>
          <w:rtl/>
        </w:rPr>
        <w:t xml:space="preserve"> </w:t>
      </w:r>
      <w:r>
        <w:rPr>
          <w:rFonts w:cs="Times New Roman" w:hint="cs"/>
          <w:rtl/>
        </w:rPr>
        <w:t>ممكناً</w:t>
      </w:r>
      <w:r>
        <w:rPr>
          <w:rFonts w:cs="Times New Roman"/>
          <w:rtl/>
        </w:rPr>
        <w:t xml:space="preserve">، </w:t>
      </w:r>
      <w:r>
        <w:rPr>
          <w:rFonts w:cs="Times New Roman" w:hint="cs"/>
          <w:rtl/>
        </w:rPr>
        <w:t>إلا</w:t>
      </w:r>
      <w:r>
        <w:rPr>
          <w:rFonts w:cs="Times New Roman"/>
          <w:rtl/>
        </w:rPr>
        <w:t xml:space="preserve"> </w:t>
      </w:r>
      <w:r>
        <w:rPr>
          <w:rFonts w:cs="Times New Roman" w:hint="cs"/>
          <w:rtl/>
        </w:rPr>
        <w:t>أن</w:t>
      </w:r>
      <w:r>
        <w:rPr>
          <w:rFonts w:cs="Times New Roman"/>
          <w:rtl/>
        </w:rPr>
        <w:t xml:space="preserve"> </w:t>
      </w:r>
      <w:r>
        <w:rPr>
          <w:rFonts w:cs="Times New Roman" w:hint="cs"/>
          <w:rtl/>
        </w:rPr>
        <w:t>الفحص</w:t>
      </w:r>
      <w:r>
        <w:rPr>
          <w:rFonts w:cs="Times New Roman"/>
          <w:rtl/>
        </w:rPr>
        <w:t xml:space="preserve"> </w:t>
      </w:r>
      <w:r>
        <w:rPr>
          <w:rFonts w:cs="Times New Roman" w:hint="cs"/>
          <w:rtl/>
        </w:rPr>
        <w:t>أثبت</w:t>
      </w:r>
      <w:r>
        <w:rPr>
          <w:rFonts w:cs="Times New Roman"/>
          <w:rtl/>
        </w:rPr>
        <w:t xml:space="preserve"> </w:t>
      </w:r>
      <w:r>
        <w:rPr>
          <w:rFonts w:cs="Times New Roman" w:hint="cs"/>
          <w:rtl/>
        </w:rPr>
        <w:t>خلو</w:t>
      </w:r>
      <w:r>
        <w:rPr>
          <w:rFonts w:cs="Times New Roman"/>
          <w:rtl/>
        </w:rPr>
        <w:t xml:space="preserve"> </w:t>
      </w:r>
      <w:r>
        <w:rPr>
          <w:rFonts w:cs="Times New Roman" w:hint="cs"/>
          <w:rtl/>
        </w:rPr>
        <w:t>البيئة</w:t>
      </w:r>
      <w:r>
        <w:rPr>
          <w:rFonts w:cs="Times New Roman"/>
          <w:rtl/>
        </w:rPr>
        <w:t xml:space="preserve"> </w:t>
      </w:r>
      <w:r>
        <w:rPr>
          <w:rFonts w:cs="Times New Roman" w:hint="cs"/>
          <w:rtl/>
        </w:rPr>
        <w:t>من</w:t>
      </w:r>
      <w:r>
        <w:rPr>
          <w:rFonts w:cs="Times New Roman"/>
          <w:rtl/>
        </w:rPr>
        <w:t xml:space="preserve"> </w:t>
      </w:r>
      <w:r>
        <w:rPr>
          <w:rFonts w:cs="Times New Roman" w:hint="cs"/>
          <w:rtl/>
        </w:rPr>
        <w:t>أي</w:t>
      </w:r>
      <w:r>
        <w:rPr>
          <w:rFonts w:cs="Times New Roman"/>
          <w:rtl/>
        </w:rPr>
        <w:t xml:space="preserve"> </w:t>
      </w:r>
      <w:r>
        <w:rPr>
          <w:rFonts w:cs="Times New Roman" w:hint="cs"/>
          <w:rtl/>
        </w:rPr>
        <w:t>ملفات</w:t>
      </w:r>
      <w:r>
        <w:t xml:space="preserve"> XML </w:t>
      </w:r>
      <w:r>
        <w:rPr>
          <w:rFonts w:cs="Times New Roman" w:hint="cs"/>
          <w:rtl/>
        </w:rPr>
        <w:t>تحتوي</w:t>
      </w:r>
      <w:r>
        <w:rPr>
          <w:rFonts w:cs="Times New Roman"/>
          <w:rtl/>
        </w:rPr>
        <w:t xml:space="preserve"> </w:t>
      </w:r>
      <w:r>
        <w:rPr>
          <w:rFonts w:cs="Times New Roman" w:hint="cs"/>
          <w:rtl/>
        </w:rPr>
        <w:t>على</w:t>
      </w:r>
      <w:r>
        <w:rPr>
          <w:rFonts w:cs="Times New Roman"/>
          <w:rtl/>
        </w:rPr>
        <w:t xml:space="preserve"> </w:t>
      </w:r>
      <w:r>
        <w:rPr>
          <w:rFonts w:cs="Times New Roman" w:hint="cs"/>
          <w:rtl/>
        </w:rPr>
        <w:t>بيانات</w:t>
      </w:r>
      <w:r>
        <w:rPr>
          <w:rFonts w:cs="Times New Roman"/>
          <w:rtl/>
        </w:rPr>
        <w:t xml:space="preserve"> </w:t>
      </w:r>
      <w:proofErr w:type="spellStart"/>
      <w:r>
        <w:rPr>
          <w:rFonts w:cs="Times New Roman" w:hint="cs"/>
          <w:rtl/>
        </w:rPr>
        <w:t>اعتمان</w:t>
      </w:r>
      <w:proofErr w:type="spellEnd"/>
      <w:r>
        <w:rPr>
          <w:rFonts w:cs="Times New Roman"/>
          <w:rtl/>
        </w:rPr>
        <w:t xml:space="preserve"> </w:t>
      </w:r>
      <w:r>
        <w:rPr>
          <w:rFonts w:cs="Times New Roman" w:hint="cs"/>
          <w:rtl/>
        </w:rPr>
        <w:t>مخزنة</w:t>
      </w:r>
      <w:r>
        <w:rPr>
          <w:rFonts w:cs="Times New Roman"/>
          <w:rtl/>
        </w:rPr>
        <w:t xml:space="preserve">، </w:t>
      </w:r>
      <w:r>
        <w:rPr>
          <w:rFonts w:cs="Times New Roman" w:hint="cs"/>
          <w:rtl/>
        </w:rPr>
        <w:t>مما</w:t>
      </w:r>
      <w:r>
        <w:rPr>
          <w:rFonts w:cs="Times New Roman"/>
          <w:rtl/>
        </w:rPr>
        <w:t xml:space="preserve"> </w:t>
      </w:r>
      <w:r>
        <w:rPr>
          <w:rFonts w:cs="Times New Roman" w:hint="cs"/>
          <w:rtl/>
        </w:rPr>
        <w:t>يؤكد</w:t>
      </w:r>
      <w:r>
        <w:rPr>
          <w:rFonts w:cs="Times New Roman"/>
          <w:rtl/>
        </w:rPr>
        <w:t xml:space="preserve"> </w:t>
      </w:r>
      <w:r>
        <w:rPr>
          <w:rFonts w:cs="Times New Roman" w:hint="cs"/>
          <w:rtl/>
        </w:rPr>
        <w:t>اتباع</w:t>
      </w:r>
      <w:r>
        <w:rPr>
          <w:rFonts w:cs="Times New Roman"/>
          <w:rtl/>
        </w:rPr>
        <w:t xml:space="preserve"> </w:t>
      </w:r>
      <w:r>
        <w:rPr>
          <w:rFonts w:cs="Times New Roman" w:hint="cs"/>
          <w:rtl/>
        </w:rPr>
        <w:t>المسؤول</w:t>
      </w:r>
      <w:r>
        <w:rPr>
          <w:rFonts w:cs="Times New Roman"/>
          <w:rtl/>
        </w:rPr>
        <w:t xml:space="preserve"> </w:t>
      </w:r>
      <w:r>
        <w:rPr>
          <w:rFonts w:cs="Times New Roman" w:hint="cs"/>
          <w:rtl/>
        </w:rPr>
        <w:t>للممارسات</w:t>
      </w:r>
      <w:r>
        <w:rPr>
          <w:rFonts w:cs="Times New Roman"/>
          <w:rtl/>
        </w:rPr>
        <w:t xml:space="preserve"> </w:t>
      </w:r>
      <w:r>
        <w:rPr>
          <w:rFonts w:cs="Times New Roman" w:hint="cs"/>
          <w:rtl/>
        </w:rPr>
        <w:t>الأمنية</w:t>
      </w:r>
      <w:r>
        <w:rPr>
          <w:rFonts w:cs="Times New Roman"/>
          <w:rtl/>
        </w:rPr>
        <w:t xml:space="preserve"> </w:t>
      </w:r>
      <w:r>
        <w:rPr>
          <w:rFonts w:cs="Times New Roman" w:hint="cs"/>
          <w:rtl/>
        </w:rPr>
        <w:t>السليمة</w:t>
      </w:r>
      <w:r>
        <w:rPr>
          <w:rFonts w:cs="Times New Roman"/>
          <w:rtl/>
        </w:rPr>
        <w:t xml:space="preserve"> </w:t>
      </w:r>
      <w:r>
        <w:rPr>
          <w:rFonts w:cs="Times New Roman" w:hint="cs"/>
          <w:rtl/>
        </w:rPr>
        <w:t>بعدم</w:t>
      </w:r>
      <w:r>
        <w:rPr>
          <w:rFonts w:cs="Times New Roman"/>
          <w:rtl/>
        </w:rPr>
        <w:t xml:space="preserve"> </w:t>
      </w:r>
      <w:r>
        <w:rPr>
          <w:rFonts w:cs="Times New Roman" w:hint="cs"/>
          <w:rtl/>
        </w:rPr>
        <w:t>حفظ</w:t>
      </w:r>
      <w:r>
        <w:rPr>
          <w:rFonts w:cs="Times New Roman"/>
          <w:rtl/>
        </w:rPr>
        <w:t xml:space="preserve"> </w:t>
      </w:r>
      <w:r>
        <w:rPr>
          <w:rFonts w:cs="Times New Roman" w:hint="cs"/>
          <w:rtl/>
        </w:rPr>
        <w:t>كلمات</w:t>
      </w:r>
      <w:r>
        <w:rPr>
          <w:rFonts w:cs="Times New Roman"/>
          <w:rtl/>
        </w:rPr>
        <w:t xml:space="preserve"> </w:t>
      </w:r>
      <w:r>
        <w:rPr>
          <w:rFonts w:cs="Times New Roman" w:hint="cs"/>
          <w:rtl/>
        </w:rPr>
        <w:t>المرور</w:t>
      </w:r>
      <w:r>
        <w:rPr>
          <w:rFonts w:cs="Times New Roman"/>
          <w:rtl/>
        </w:rPr>
        <w:t xml:space="preserve"> </w:t>
      </w:r>
      <w:r>
        <w:rPr>
          <w:rFonts w:cs="Times New Roman" w:hint="cs"/>
          <w:rtl/>
        </w:rPr>
        <w:t>داخل</w:t>
      </w:r>
      <w:r>
        <w:t xml:space="preserve"> GPOs</w:t>
      </w:r>
      <w:r>
        <w:rPr>
          <w:rFonts w:cs="Times New Roman"/>
          <w:rtl/>
        </w:rPr>
        <w:t xml:space="preserve">، </w:t>
      </w:r>
      <w:r>
        <w:rPr>
          <w:rFonts w:cs="Times New Roman" w:hint="cs"/>
          <w:rtl/>
        </w:rPr>
        <w:t>ويحصن</w:t>
      </w:r>
      <w:r>
        <w:rPr>
          <w:rFonts w:cs="Times New Roman"/>
          <w:rtl/>
        </w:rPr>
        <w:t xml:space="preserve"> </w:t>
      </w:r>
      <w:r>
        <w:rPr>
          <w:rFonts w:cs="Times New Roman" w:hint="cs"/>
          <w:rtl/>
        </w:rPr>
        <w:t>البيئة</w:t>
      </w:r>
      <w:r>
        <w:rPr>
          <w:rFonts w:cs="Times New Roman"/>
          <w:rtl/>
        </w:rPr>
        <w:t xml:space="preserve"> </w:t>
      </w:r>
      <w:r>
        <w:rPr>
          <w:rFonts w:cs="Times New Roman" w:hint="cs"/>
          <w:rtl/>
        </w:rPr>
        <w:t>ضد</w:t>
      </w:r>
      <w:r>
        <w:rPr>
          <w:rFonts w:cs="Times New Roman"/>
          <w:rtl/>
        </w:rPr>
        <w:t xml:space="preserve"> </w:t>
      </w:r>
      <w:r>
        <w:rPr>
          <w:rFonts w:cs="Times New Roman" w:hint="cs"/>
          <w:rtl/>
        </w:rPr>
        <w:t>ثغرة</w:t>
      </w:r>
      <w:r>
        <w:t xml:space="preserve"> (MS14-025)."</w:t>
      </w:r>
    </w:p>
    <w:p w:rsidR="00C8302D" w:rsidRDefault="00C8302D" w:rsidP="00C8302D">
      <w:pPr>
        <w:tabs>
          <w:tab w:val="left" w:pos="7020"/>
        </w:tabs>
      </w:pPr>
      <w:r>
        <w:t xml:space="preserve">Technical Description (English): "As an advanced penetration testing step, the SYSVOL path was targeted to search for the Group Policy Preferences (GPP) vulnerability using the </w:t>
      </w:r>
      <w:proofErr w:type="spellStart"/>
      <w:r>
        <w:t>impacket</w:t>
      </w:r>
      <w:proofErr w:type="spellEnd"/>
      <w:r>
        <w:t>-Get-</w:t>
      </w:r>
      <w:proofErr w:type="spellStart"/>
      <w:r>
        <w:t>GPPPassword</w:t>
      </w:r>
      <w:proofErr w:type="spellEnd"/>
      <w:r>
        <w:t xml:space="preserve"> tool. This technique relies on locating XML files stored in policies that may contain AES-256 encrypted passwords. Although the encryption key is publicly published by Microsoft making decryption trivial, the scan confirmed the environment is completely free of any XML files containing stored credentials. This verifies the administrator's adherence to proper security practices by not saving passwords within GPOs, effectively hardening the environment against vulnerability (MS14-025)."</w:t>
      </w:r>
    </w:p>
    <w:p w:rsidR="00C8302D" w:rsidRDefault="00C8302D" w:rsidP="003D5AD5">
      <w:pPr>
        <w:tabs>
          <w:tab w:val="left" w:pos="7020"/>
        </w:tabs>
        <w:rPr>
          <w:rtl/>
        </w:rPr>
      </w:pPr>
      <w:r>
        <w:rPr>
          <w:noProof/>
        </w:rPr>
        <w:drawing>
          <wp:inline distT="0" distB="0" distL="0" distR="0">
            <wp:extent cx="4121362" cy="142882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استخراج كلمات المرور المخزنة في سياسات المجموعة .png"/>
                    <pic:cNvPicPr/>
                  </pic:nvPicPr>
                  <pic:blipFill>
                    <a:blip r:embed="rId58">
                      <a:extLst>
                        <a:ext uri="{28A0092B-C50C-407E-A947-70E740481C1C}">
                          <a14:useLocalDpi xmlns:a14="http://schemas.microsoft.com/office/drawing/2010/main" val="0"/>
                        </a:ext>
                      </a:extLst>
                    </a:blip>
                    <a:stretch>
                      <a:fillRect/>
                    </a:stretch>
                  </pic:blipFill>
                  <pic:spPr>
                    <a:xfrm>
                      <a:off x="0" y="0"/>
                      <a:ext cx="4121362" cy="1428823"/>
                    </a:xfrm>
                    <a:prstGeom prst="rect">
                      <a:avLst/>
                    </a:prstGeom>
                  </pic:spPr>
                </pic:pic>
              </a:graphicData>
            </a:graphic>
          </wp:inline>
        </w:drawing>
      </w: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C8302D" w:rsidRDefault="00C8302D" w:rsidP="003D5AD5">
      <w:pPr>
        <w:tabs>
          <w:tab w:val="left" w:pos="7020"/>
        </w:tabs>
        <w:rPr>
          <w:rtl/>
        </w:rPr>
      </w:pPr>
    </w:p>
    <w:p w:rsidR="004A3180" w:rsidRDefault="004A3180" w:rsidP="004A3180">
      <w:pPr>
        <w:tabs>
          <w:tab w:val="left" w:pos="7020"/>
        </w:tabs>
        <w:rPr>
          <w:rtl/>
        </w:rPr>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(42): </w:t>
      </w:r>
      <w:r>
        <w:rPr>
          <w:rFonts w:cs="Times New Roman" w:hint="cs"/>
          <w:rtl/>
        </w:rPr>
        <w:t>محاكاة</w:t>
      </w:r>
      <w:r>
        <w:rPr>
          <w:rFonts w:cs="Times New Roman"/>
          <w:rtl/>
        </w:rPr>
        <w:t xml:space="preserve"> </w:t>
      </w:r>
      <w:r>
        <w:rPr>
          <w:rFonts w:cs="Times New Roman" w:hint="cs"/>
          <w:rtl/>
        </w:rPr>
        <w:t>هجوم</w:t>
      </w:r>
      <w:r>
        <w:rPr>
          <w:rFonts w:cs="Times New Roman"/>
          <w:rtl/>
        </w:rPr>
        <w:t xml:space="preserve"> </w:t>
      </w:r>
      <w:r>
        <w:rPr>
          <w:rFonts w:cs="Times New Roman" w:hint="cs"/>
          <w:rtl/>
        </w:rPr>
        <w:t>تسمم</w:t>
      </w:r>
      <w:r>
        <w:rPr>
          <w:rFonts w:cs="Times New Roman"/>
          <w:rtl/>
        </w:rPr>
        <w:t xml:space="preserve"> </w:t>
      </w:r>
      <w:r>
        <w:rPr>
          <w:rFonts w:cs="Times New Roman" w:hint="cs"/>
          <w:rtl/>
        </w:rPr>
        <w:t>بروتوكول</w:t>
      </w:r>
      <w:r>
        <w:rPr>
          <w:rFonts w:cs="Times New Roman"/>
          <w:rtl/>
        </w:rPr>
        <w:t xml:space="preserve"> </w:t>
      </w:r>
      <w:r>
        <w:rPr>
          <w:rFonts w:cs="Times New Roman" w:hint="cs"/>
          <w:rtl/>
        </w:rPr>
        <w:t>حل</w:t>
      </w:r>
      <w:r>
        <w:rPr>
          <w:rFonts w:cs="Times New Roman"/>
          <w:rtl/>
        </w:rPr>
        <w:t xml:space="preserve"> </w:t>
      </w:r>
      <w:r>
        <w:rPr>
          <w:rFonts w:cs="Times New Roman" w:hint="cs"/>
          <w:rtl/>
        </w:rPr>
        <w:t>الأسماء</w:t>
      </w:r>
      <w:r>
        <w:rPr>
          <w:rFonts w:cs="Times New Roman"/>
          <w:rtl/>
        </w:rPr>
        <w:t xml:space="preserve"> </w:t>
      </w:r>
      <w:r>
        <w:rPr>
          <w:rFonts w:cs="Times New Roman" w:hint="cs"/>
          <w:rtl/>
        </w:rPr>
        <w:t>المحلي</w:t>
      </w:r>
      <w:r>
        <w:rPr>
          <w:rFonts w:cs="Times New Roman"/>
          <w:rtl/>
        </w:rPr>
        <w:t xml:space="preserve"> </w:t>
      </w:r>
      <w:r>
        <w:rPr>
          <w:rFonts w:cs="Times New Roman" w:hint="cs"/>
          <w:rtl/>
        </w:rPr>
        <w:t>واعتراض</w:t>
      </w:r>
      <w:r>
        <w:rPr>
          <w:rFonts w:cs="Times New Roman"/>
          <w:rtl/>
        </w:rPr>
        <w:t xml:space="preserve"> </w:t>
      </w:r>
      <w:r>
        <w:rPr>
          <w:rFonts w:cs="Times New Roman" w:hint="cs"/>
          <w:rtl/>
        </w:rPr>
        <w:t>كلمات</w:t>
      </w:r>
      <w:r>
        <w:rPr>
          <w:rFonts w:cs="Times New Roman"/>
          <w:rtl/>
        </w:rPr>
        <w:t xml:space="preserve"> </w:t>
      </w:r>
      <w:r>
        <w:rPr>
          <w:rFonts w:cs="Times New Roman" w:hint="cs"/>
          <w:rtl/>
        </w:rPr>
        <w:t>المرور</w:t>
      </w:r>
      <w:r>
        <w:t xml:space="preserve"> </w:t>
      </w:r>
    </w:p>
    <w:p w:rsidR="004A3180" w:rsidRDefault="004A3180" w:rsidP="004A3180">
      <w:pPr>
        <w:tabs>
          <w:tab w:val="left" w:pos="7020"/>
        </w:tabs>
      </w:pPr>
      <w:r>
        <w:t>(LLMNR/NBT-NS Poisoning &amp; NTLMv2 Hash Capture)</w:t>
      </w:r>
    </w:p>
    <w:p w:rsidR="004A3180" w:rsidRDefault="004A3180" w:rsidP="004A3180">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تنفيذاً</w:t>
      </w:r>
      <w:r>
        <w:rPr>
          <w:rFonts w:cs="Times New Roman"/>
          <w:rtl/>
        </w:rPr>
        <w:t xml:space="preserve"> </w:t>
      </w:r>
      <w:r>
        <w:rPr>
          <w:rFonts w:cs="Times New Roman" w:hint="cs"/>
          <w:rtl/>
        </w:rPr>
        <w:t>لتكتيكات</w:t>
      </w:r>
      <w:r>
        <w:rPr>
          <w:rFonts w:cs="Times New Roman"/>
          <w:rtl/>
        </w:rPr>
        <w:t xml:space="preserve"> </w:t>
      </w:r>
      <w:r>
        <w:rPr>
          <w:rFonts w:cs="Times New Roman" w:hint="cs"/>
          <w:rtl/>
        </w:rPr>
        <w:t>الفريق</w:t>
      </w:r>
      <w:r>
        <w:rPr>
          <w:rFonts w:cs="Times New Roman"/>
          <w:rtl/>
        </w:rPr>
        <w:t xml:space="preserve"> </w:t>
      </w:r>
      <w:r>
        <w:rPr>
          <w:rFonts w:cs="Times New Roman" w:hint="cs"/>
          <w:rtl/>
        </w:rPr>
        <w:t>الأحمر</w:t>
      </w:r>
      <w:r>
        <w:t xml:space="preserve"> (Red Team)</w:t>
      </w:r>
      <w:r>
        <w:rPr>
          <w:rFonts w:cs="Times New Roman"/>
          <w:rtl/>
        </w:rPr>
        <w:t xml:space="preserve">، </w:t>
      </w:r>
      <w:r>
        <w:rPr>
          <w:rFonts w:cs="Times New Roman" w:hint="cs"/>
          <w:rtl/>
        </w:rPr>
        <w:t>تم</w:t>
      </w:r>
      <w:r>
        <w:rPr>
          <w:rFonts w:cs="Times New Roman"/>
          <w:rtl/>
        </w:rPr>
        <w:t xml:space="preserve"> </w:t>
      </w:r>
      <w:r>
        <w:rPr>
          <w:rFonts w:cs="Times New Roman" w:hint="cs"/>
          <w:rtl/>
        </w:rPr>
        <w:t>استخدام</w:t>
      </w:r>
      <w:r>
        <w:rPr>
          <w:rFonts w:cs="Times New Roman"/>
          <w:rtl/>
        </w:rPr>
        <w:t xml:space="preserve"> </w:t>
      </w:r>
      <w:r>
        <w:rPr>
          <w:rFonts w:cs="Times New Roman" w:hint="cs"/>
          <w:rtl/>
        </w:rPr>
        <w:t>أداة</w:t>
      </w:r>
      <w:r>
        <w:t xml:space="preserve"> Responder </w:t>
      </w:r>
      <w:r>
        <w:rPr>
          <w:rFonts w:cs="Times New Roman" w:hint="cs"/>
          <w:rtl/>
        </w:rPr>
        <w:t>لتنفيذ</w:t>
      </w:r>
      <w:r>
        <w:rPr>
          <w:rFonts w:cs="Times New Roman"/>
          <w:rtl/>
        </w:rPr>
        <w:t xml:space="preserve"> </w:t>
      </w:r>
      <w:r>
        <w:rPr>
          <w:rFonts w:cs="Times New Roman" w:hint="cs"/>
          <w:rtl/>
        </w:rPr>
        <w:t>هجوم</w:t>
      </w:r>
      <w:r>
        <w:rPr>
          <w:rFonts w:cs="Times New Roman"/>
          <w:rtl/>
        </w:rPr>
        <w:t xml:space="preserve"> </w:t>
      </w:r>
      <w:r>
        <w:rPr>
          <w:rFonts w:cs="Times New Roman" w:hint="cs"/>
          <w:rtl/>
        </w:rPr>
        <w:t>التسمم</w:t>
      </w:r>
      <w:r>
        <w:t xml:space="preserve"> (Poisoning) </w:t>
      </w:r>
      <w:r>
        <w:rPr>
          <w:rFonts w:cs="Times New Roman" w:hint="cs"/>
          <w:rtl/>
        </w:rPr>
        <w:t>على</w:t>
      </w:r>
      <w:r>
        <w:rPr>
          <w:rFonts w:cs="Times New Roman"/>
          <w:rtl/>
        </w:rPr>
        <w:t xml:space="preserve"> </w:t>
      </w:r>
      <w:r>
        <w:rPr>
          <w:rFonts w:cs="Times New Roman" w:hint="cs"/>
          <w:rtl/>
        </w:rPr>
        <w:t>بروتوكولات</w:t>
      </w:r>
      <w:r>
        <w:t xml:space="preserve"> LLMNR </w:t>
      </w:r>
      <w:proofErr w:type="gramStart"/>
      <w:r>
        <w:rPr>
          <w:rFonts w:cs="Times New Roman" w:hint="cs"/>
          <w:rtl/>
        </w:rPr>
        <w:t>و</w:t>
      </w:r>
      <w:r>
        <w:t xml:space="preserve"> NBT</w:t>
      </w:r>
      <w:proofErr w:type="gramEnd"/>
      <w:r>
        <w:t xml:space="preserve">-NS. </w:t>
      </w:r>
      <w:r>
        <w:rPr>
          <w:rFonts w:cs="Times New Roman" w:hint="cs"/>
          <w:rtl/>
        </w:rPr>
        <w:t>يعتمد</w:t>
      </w:r>
      <w:r>
        <w:rPr>
          <w:rFonts w:cs="Times New Roman"/>
          <w:rtl/>
        </w:rPr>
        <w:t xml:space="preserve"> </w:t>
      </w:r>
      <w:r>
        <w:rPr>
          <w:rFonts w:cs="Times New Roman" w:hint="cs"/>
          <w:rtl/>
        </w:rPr>
        <w:t>هذا</w:t>
      </w:r>
      <w:r>
        <w:rPr>
          <w:rFonts w:cs="Times New Roman"/>
          <w:rtl/>
        </w:rPr>
        <w:t xml:space="preserve"> </w:t>
      </w:r>
      <w:r>
        <w:rPr>
          <w:rFonts w:cs="Times New Roman" w:hint="cs"/>
          <w:rtl/>
        </w:rPr>
        <w:t>الهجوم</w:t>
      </w:r>
      <w:r>
        <w:rPr>
          <w:rFonts w:cs="Times New Roman"/>
          <w:rtl/>
        </w:rPr>
        <w:t xml:space="preserve"> </w:t>
      </w:r>
      <w:r>
        <w:rPr>
          <w:rFonts w:cs="Times New Roman" w:hint="cs"/>
          <w:rtl/>
        </w:rPr>
        <w:t>على</w:t>
      </w:r>
      <w:r>
        <w:rPr>
          <w:rFonts w:cs="Times New Roman"/>
          <w:rtl/>
        </w:rPr>
        <w:t xml:space="preserve"> </w:t>
      </w:r>
      <w:r>
        <w:rPr>
          <w:rFonts w:cs="Times New Roman" w:hint="cs"/>
          <w:rtl/>
        </w:rPr>
        <w:t>استغلال</w:t>
      </w:r>
      <w:r>
        <w:rPr>
          <w:rFonts w:cs="Times New Roman"/>
          <w:rtl/>
        </w:rPr>
        <w:t xml:space="preserve"> </w:t>
      </w:r>
      <w:r>
        <w:rPr>
          <w:rFonts w:cs="Times New Roman" w:hint="cs"/>
          <w:rtl/>
        </w:rPr>
        <w:t>آلية</w:t>
      </w:r>
      <w:r>
        <w:rPr>
          <w:rFonts w:cs="Times New Roman"/>
          <w:rtl/>
        </w:rPr>
        <w:t xml:space="preserve"> </w:t>
      </w:r>
      <w:r>
        <w:rPr>
          <w:rFonts w:cs="Times New Roman" w:hint="cs"/>
          <w:rtl/>
        </w:rPr>
        <w:t>الويندوز</w:t>
      </w:r>
      <w:r>
        <w:rPr>
          <w:rFonts w:cs="Times New Roman"/>
          <w:rtl/>
        </w:rPr>
        <w:t xml:space="preserve"> </w:t>
      </w:r>
      <w:r>
        <w:rPr>
          <w:rFonts w:cs="Times New Roman" w:hint="cs"/>
          <w:rtl/>
        </w:rPr>
        <w:t>الاحتياطية</w:t>
      </w:r>
      <w:r>
        <w:rPr>
          <w:rFonts w:cs="Times New Roman"/>
          <w:rtl/>
        </w:rPr>
        <w:t xml:space="preserve"> </w:t>
      </w:r>
      <w:r>
        <w:rPr>
          <w:rFonts w:cs="Times New Roman" w:hint="cs"/>
          <w:rtl/>
        </w:rPr>
        <w:t>عند</w:t>
      </w:r>
      <w:r>
        <w:rPr>
          <w:rFonts w:cs="Times New Roman"/>
          <w:rtl/>
        </w:rPr>
        <w:t xml:space="preserve"> </w:t>
      </w:r>
      <w:r>
        <w:rPr>
          <w:rFonts w:cs="Times New Roman" w:hint="cs"/>
          <w:rtl/>
        </w:rPr>
        <w:t>فشل</w:t>
      </w:r>
      <w:r>
        <w:rPr>
          <w:rFonts w:cs="Times New Roman"/>
          <w:rtl/>
        </w:rPr>
        <w:t xml:space="preserve"> </w:t>
      </w:r>
      <w:r>
        <w:rPr>
          <w:rFonts w:cs="Times New Roman" w:hint="cs"/>
          <w:rtl/>
        </w:rPr>
        <w:t>حل</w:t>
      </w:r>
      <w:r>
        <w:rPr>
          <w:rFonts w:cs="Times New Roman"/>
          <w:rtl/>
        </w:rPr>
        <w:t xml:space="preserve"> </w:t>
      </w:r>
      <w:r>
        <w:rPr>
          <w:rFonts w:cs="Times New Roman" w:hint="cs"/>
          <w:rtl/>
        </w:rPr>
        <w:t>اسم</w:t>
      </w:r>
      <w:r>
        <w:rPr>
          <w:rFonts w:cs="Times New Roman"/>
          <w:rtl/>
        </w:rPr>
        <w:t xml:space="preserve"> </w:t>
      </w:r>
      <w:r>
        <w:rPr>
          <w:rFonts w:cs="Times New Roman" w:hint="cs"/>
          <w:rtl/>
        </w:rPr>
        <w:t>الـ</w:t>
      </w:r>
      <w:r>
        <w:t xml:space="preserve"> DNS (</w:t>
      </w:r>
      <w:r>
        <w:rPr>
          <w:rFonts w:cs="Times New Roman" w:hint="cs"/>
          <w:rtl/>
        </w:rPr>
        <w:t>مثل</w:t>
      </w:r>
      <w:r>
        <w:rPr>
          <w:rFonts w:cs="Times New Roman"/>
          <w:rtl/>
        </w:rPr>
        <w:t xml:space="preserve"> </w:t>
      </w:r>
      <w:r>
        <w:rPr>
          <w:rFonts w:cs="Times New Roman" w:hint="cs"/>
          <w:rtl/>
        </w:rPr>
        <w:t>محاولة</w:t>
      </w:r>
      <w:r>
        <w:rPr>
          <w:rFonts w:cs="Times New Roman"/>
          <w:rtl/>
        </w:rPr>
        <w:t xml:space="preserve"> </w:t>
      </w:r>
      <w:r>
        <w:rPr>
          <w:rFonts w:cs="Times New Roman" w:hint="cs"/>
          <w:rtl/>
        </w:rPr>
        <w:t>الوصول</w:t>
      </w:r>
      <w:r>
        <w:rPr>
          <w:rFonts w:cs="Times New Roman"/>
          <w:rtl/>
        </w:rPr>
        <w:t xml:space="preserve"> </w:t>
      </w:r>
      <w:r>
        <w:rPr>
          <w:rFonts w:cs="Times New Roman" w:hint="cs"/>
          <w:rtl/>
        </w:rPr>
        <w:t>لمجلد</w:t>
      </w:r>
      <w:r>
        <w:rPr>
          <w:rFonts w:cs="Times New Roman"/>
          <w:rtl/>
        </w:rPr>
        <w:t xml:space="preserve"> </w:t>
      </w:r>
      <w:r>
        <w:rPr>
          <w:rFonts w:cs="Times New Roman" w:hint="cs"/>
          <w:rtl/>
        </w:rPr>
        <w:t>مشترك</w:t>
      </w:r>
      <w:r>
        <w:rPr>
          <w:rFonts w:cs="Times New Roman"/>
          <w:rtl/>
        </w:rPr>
        <w:t xml:space="preserve"> </w:t>
      </w:r>
      <w:r>
        <w:rPr>
          <w:rFonts w:cs="Times New Roman" w:hint="cs"/>
          <w:rtl/>
        </w:rPr>
        <w:t>وهمي</w:t>
      </w:r>
      <w:r>
        <w:t xml:space="preserve"> \\faketest\share). </w:t>
      </w:r>
      <w:r>
        <w:rPr>
          <w:rFonts w:cs="Times New Roman" w:hint="cs"/>
          <w:rtl/>
        </w:rPr>
        <w:t>قام</w:t>
      </w:r>
      <w:r>
        <w:rPr>
          <w:rFonts w:cs="Times New Roman"/>
          <w:rtl/>
        </w:rPr>
        <w:t xml:space="preserve"> </w:t>
      </w:r>
      <w:r>
        <w:rPr>
          <w:rFonts w:cs="Times New Roman" w:hint="cs"/>
          <w:rtl/>
        </w:rPr>
        <w:t>المهاجم</w:t>
      </w:r>
      <w:r>
        <w:rPr>
          <w:rFonts w:cs="Times New Roman"/>
          <w:rtl/>
        </w:rPr>
        <w:t xml:space="preserve"> </w:t>
      </w:r>
      <w:r>
        <w:rPr>
          <w:rFonts w:cs="Times New Roman" w:hint="cs"/>
          <w:rtl/>
        </w:rPr>
        <w:t>بالرد</w:t>
      </w:r>
      <w:r>
        <w:rPr>
          <w:rFonts w:cs="Times New Roman"/>
          <w:rtl/>
        </w:rPr>
        <w:t xml:space="preserve"> </w:t>
      </w:r>
      <w:r>
        <w:rPr>
          <w:rFonts w:cs="Times New Roman" w:hint="cs"/>
          <w:rtl/>
        </w:rPr>
        <w:t>على</w:t>
      </w:r>
      <w:r>
        <w:rPr>
          <w:rFonts w:cs="Times New Roman"/>
          <w:rtl/>
        </w:rPr>
        <w:t xml:space="preserve"> </w:t>
      </w:r>
      <w:r>
        <w:rPr>
          <w:rFonts w:cs="Times New Roman" w:hint="cs"/>
          <w:rtl/>
        </w:rPr>
        <w:t>طلبات</w:t>
      </w:r>
      <w:r>
        <w:rPr>
          <w:rFonts w:cs="Times New Roman"/>
          <w:rtl/>
        </w:rPr>
        <w:t xml:space="preserve"> </w:t>
      </w:r>
      <w:r>
        <w:rPr>
          <w:rFonts w:cs="Times New Roman" w:hint="cs"/>
          <w:rtl/>
        </w:rPr>
        <w:t>البث</w:t>
      </w:r>
      <w:r>
        <w:rPr>
          <w:rFonts w:cs="Times New Roman"/>
          <w:rtl/>
        </w:rPr>
        <w:t xml:space="preserve"> </w:t>
      </w:r>
      <w:r>
        <w:rPr>
          <w:rFonts w:cs="Times New Roman" w:hint="cs"/>
          <w:rtl/>
        </w:rPr>
        <w:t>وانتحال</w:t>
      </w:r>
      <w:r>
        <w:rPr>
          <w:rFonts w:cs="Times New Roman"/>
          <w:rtl/>
        </w:rPr>
        <w:t xml:space="preserve"> </w:t>
      </w:r>
      <w:r>
        <w:rPr>
          <w:rFonts w:cs="Times New Roman" w:hint="cs"/>
          <w:rtl/>
        </w:rPr>
        <w:t>صفة</w:t>
      </w:r>
      <w:r>
        <w:rPr>
          <w:rFonts w:cs="Times New Roman"/>
          <w:rtl/>
        </w:rPr>
        <w:t xml:space="preserve"> </w:t>
      </w:r>
      <w:r>
        <w:rPr>
          <w:rFonts w:cs="Times New Roman" w:hint="cs"/>
          <w:rtl/>
        </w:rPr>
        <w:t>الخادم</w:t>
      </w:r>
      <w:r>
        <w:rPr>
          <w:rFonts w:cs="Times New Roman"/>
          <w:rtl/>
        </w:rPr>
        <w:t xml:space="preserve"> </w:t>
      </w:r>
      <w:r>
        <w:rPr>
          <w:rFonts w:cs="Times New Roman" w:hint="cs"/>
          <w:rtl/>
        </w:rPr>
        <w:t>المطلوب</w:t>
      </w:r>
      <w:r>
        <w:rPr>
          <w:rFonts w:cs="Times New Roman"/>
          <w:rtl/>
        </w:rPr>
        <w:t xml:space="preserve">، </w:t>
      </w:r>
      <w:r>
        <w:rPr>
          <w:rFonts w:cs="Times New Roman" w:hint="cs"/>
          <w:rtl/>
        </w:rPr>
        <w:t>مما</w:t>
      </w:r>
      <w:r>
        <w:rPr>
          <w:rFonts w:cs="Times New Roman"/>
          <w:rtl/>
        </w:rPr>
        <w:t xml:space="preserve"> </w:t>
      </w:r>
      <w:r>
        <w:rPr>
          <w:rFonts w:cs="Times New Roman" w:hint="cs"/>
          <w:rtl/>
        </w:rPr>
        <w:t>أجبر</w:t>
      </w:r>
      <w:r>
        <w:rPr>
          <w:rFonts w:cs="Times New Roman"/>
          <w:rtl/>
        </w:rPr>
        <w:t xml:space="preserve"> </w:t>
      </w:r>
      <w:r>
        <w:rPr>
          <w:rFonts w:cs="Times New Roman" w:hint="cs"/>
          <w:rtl/>
        </w:rPr>
        <w:t>جهاز</w:t>
      </w:r>
      <w:r>
        <w:rPr>
          <w:rFonts w:cs="Times New Roman"/>
          <w:rtl/>
        </w:rPr>
        <w:t xml:space="preserve"> </w:t>
      </w:r>
      <w:r>
        <w:rPr>
          <w:rFonts w:cs="Times New Roman" w:hint="cs"/>
          <w:rtl/>
        </w:rPr>
        <w:t>الضحية</w:t>
      </w:r>
      <w:r>
        <w:t xml:space="preserve"> (Windows 10) </w:t>
      </w:r>
      <w:r>
        <w:rPr>
          <w:rFonts w:cs="Times New Roman" w:hint="cs"/>
          <w:rtl/>
        </w:rPr>
        <w:t>على</w:t>
      </w:r>
      <w:r>
        <w:rPr>
          <w:rFonts w:cs="Times New Roman"/>
          <w:rtl/>
        </w:rPr>
        <w:t xml:space="preserve"> </w:t>
      </w:r>
      <w:r>
        <w:rPr>
          <w:rFonts w:cs="Times New Roman" w:hint="cs"/>
          <w:rtl/>
        </w:rPr>
        <w:t>إرسال</w:t>
      </w:r>
      <w:r>
        <w:rPr>
          <w:rFonts w:cs="Times New Roman"/>
          <w:rtl/>
        </w:rPr>
        <w:t xml:space="preserve"> </w:t>
      </w:r>
      <w:r>
        <w:rPr>
          <w:rFonts w:cs="Times New Roman" w:hint="cs"/>
          <w:rtl/>
        </w:rPr>
        <w:t>تجزئة</w:t>
      </w:r>
      <w:r>
        <w:rPr>
          <w:rFonts w:cs="Times New Roman"/>
          <w:rtl/>
        </w:rPr>
        <w:t xml:space="preserve"> </w:t>
      </w:r>
      <w:r>
        <w:rPr>
          <w:rFonts w:cs="Times New Roman" w:hint="cs"/>
          <w:rtl/>
        </w:rPr>
        <w:t>كلمة</w:t>
      </w:r>
      <w:r>
        <w:rPr>
          <w:rFonts w:cs="Times New Roman"/>
          <w:rtl/>
        </w:rPr>
        <w:t xml:space="preserve"> </w:t>
      </w:r>
      <w:r>
        <w:rPr>
          <w:rFonts w:cs="Times New Roman" w:hint="cs"/>
          <w:rtl/>
        </w:rPr>
        <w:t>المرور</w:t>
      </w:r>
      <w:r>
        <w:t xml:space="preserve"> (NTLMv2-SSP Hash) </w:t>
      </w:r>
      <w:r>
        <w:rPr>
          <w:rFonts w:cs="Times New Roman" w:hint="cs"/>
          <w:rtl/>
        </w:rPr>
        <w:t>الخاصة</w:t>
      </w:r>
      <w:r>
        <w:rPr>
          <w:rFonts w:cs="Times New Roman"/>
          <w:rtl/>
        </w:rPr>
        <w:t xml:space="preserve"> </w:t>
      </w:r>
      <w:r>
        <w:rPr>
          <w:rFonts w:cs="Times New Roman" w:hint="cs"/>
          <w:rtl/>
        </w:rPr>
        <w:t>بالمستخدم</w:t>
      </w:r>
      <w:r>
        <w:t xml:space="preserve"> </w:t>
      </w:r>
      <w:proofErr w:type="spellStart"/>
      <w:r>
        <w:t>ahmed.ali</w:t>
      </w:r>
      <w:proofErr w:type="spellEnd"/>
      <w:r>
        <w:t xml:space="preserve"> </w:t>
      </w:r>
      <w:r>
        <w:rPr>
          <w:rFonts w:cs="Times New Roman" w:hint="cs"/>
          <w:rtl/>
        </w:rPr>
        <w:t>إلى</w:t>
      </w:r>
      <w:r>
        <w:rPr>
          <w:rFonts w:cs="Times New Roman"/>
          <w:rtl/>
        </w:rPr>
        <w:t xml:space="preserve"> </w:t>
      </w:r>
      <w:r>
        <w:rPr>
          <w:rFonts w:cs="Times New Roman" w:hint="cs"/>
          <w:rtl/>
        </w:rPr>
        <w:t>جهاز</w:t>
      </w:r>
      <w:r>
        <w:t xml:space="preserve"> Kali. </w:t>
      </w:r>
      <w:r>
        <w:rPr>
          <w:rFonts w:cs="Times New Roman" w:hint="cs"/>
          <w:rtl/>
        </w:rPr>
        <w:t>يثبت</w:t>
      </w:r>
      <w:r>
        <w:rPr>
          <w:rFonts w:cs="Times New Roman"/>
          <w:rtl/>
        </w:rPr>
        <w:t xml:space="preserve"> </w:t>
      </w:r>
      <w:r>
        <w:rPr>
          <w:rFonts w:cs="Times New Roman" w:hint="cs"/>
          <w:rtl/>
        </w:rPr>
        <w:t>هذا</w:t>
      </w:r>
      <w:r>
        <w:rPr>
          <w:rFonts w:cs="Times New Roman"/>
          <w:rtl/>
        </w:rPr>
        <w:t xml:space="preserve"> </w:t>
      </w:r>
      <w:r>
        <w:rPr>
          <w:rFonts w:cs="Times New Roman" w:hint="cs"/>
          <w:rtl/>
        </w:rPr>
        <w:t>الاختبار</w:t>
      </w:r>
      <w:r>
        <w:rPr>
          <w:rFonts w:cs="Times New Roman"/>
          <w:rtl/>
        </w:rPr>
        <w:t xml:space="preserve"> </w:t>
      </w:r>
      <w:r>
        <w:rPr>
          <w:rFonts w:cs="Times New Roman" w:hint="cs"/>
          <w:rtl/>
        </w:rPr>
        <w:t>نجاح</w:t>
      </w:r>
      <w:r>
        <w:rPr>
          <w:rFonts w:cs="Times New Roman"/>
          <w:rtl/>
        </w:rPr>
        <w:t xml:space="preserve"> </w:t>
      </w:r>
      <w:r>
        <w:rPr>
          <w:rFonts w:cs="Times New Roman" w:hint="cs"/>
          <w:rtl/>
        </w:rPr>
        <w:t>المهاجم</w:t>
      </w:r>
      <w:r>
        <w:rPr>
          <w:rFonts w:cs="Times New Roman"/>
          <w:rtl/>
        </w:rPr>
        <w:t xml:space="preserve"> </w:t>
      </w:r>
      <w:r>
        <w:rPr>
          <w:rFonts w:cs="Times New Roman" w:hint="cs"/>
          <w:rtl/>
        </w:rPr>
        <w:t>في</w:t>
      </w:r>
      <w:r>
        <w:rPr>
          <w:rFonts w:cs="Times New Roman"/>
          <w:rtl/>
        </w:rPr>
        <w:t xml:space="preserve"> </w:t>
      </w:r>
      <w:r>
        <w:rPr>
          <w:rFonts w:cs="Times New Roman" w:hint="cs"/>
          <w:rtl/>
        </w:rPr>
        <w:t>اعتراض</w:t>
      </w:r>
      <w:r>
        <w:rPr>
          <w:rFonts w:cs="Times New Roman"/>
          <w:rtl/>
        </w:rPr>
        <w:t xml:space="preserve"> </w:t>
      </w:r>
      <w:r>
        <w:rPr>
          <w:rFonts w:cs="Times New Roman" w:hint="cs"/>
          <w:rtl/>
        </w:rPr>
        <w:t>بيانات</w:t>
      </w:r>
      <w:r>
        <w:rPr>
          <w:rFonts w:cs="Times New Roman"/>
          <w:rtl/>
        </w:rPr>
        <w:t xml:space="preserve"> </w:t>
      </w:r>
      <w:r>
        <w:rPr>
          <w:rFonts w:cs="Times New Roman" w:hint="cs"/>
          <w:rtl/>
        </w:rPr>
        <w:t>الاعتماد</w:t>
      </w:r>
      <w:r>
        <w:rPr>
          <w:rFonts w:cs="Times New Roman"/>
          <w:rtl/>
        </w:rPr>
        <w:t xml:space="preserve"> </w:t>
      </w:r>
      <w:r>
        <w:rPr>
          <w:rFonts w:cs="Times New Roman" w:hint="cs"/>
          <w:rtl/>
        </w:rPr>
        <w:t>دون</w:t>
      </w:r>
      <w:r>
        <w:rPr>
          <w:rFonts w:cs="Times New Roman"/>
          <w:rtl/>
        </w:rPr>
        <w:t xml:space="preserve"> </w:t>
      </w:r>
      <w:r>
        <w:rPr>
          <w:rFonts w:cs="Times New Roman" w:hint="cs"/>
          <w:rtl/>
        </w:rPr>
        <w:t>الحاجة</w:t>
      </w:r>
      <w:r>
        <w:rPr>
          <w:rFonts w:cs="Times New Roman"/>
          <w:rtl/>
        </w:rPr>
        <w:t xml:space="preserve"> </w:t>
      </w:r>
      <w:r>
        <w:rPr>
          <w:rFonts w:cs="Times New Roman" w:hint="cs"/>
          <w:rtl/>
        </w:rPr>
        <w:t>لمهاجمة</w:t>
      </w:r>
      <w:r>
        <w:rPr>
          <w:rFonts w:cs="Times New Roman"/>
          <w:rtl/>
        </w:rPr>
        <w:t xml:space="preserve"> </w:t>
      </w:r>
      <w:r>
        <w:rPr>
          <w:rFonts w:cs="Times New Roman" w:hint="cs"/>
          <w:rtl/>
        </w:rPr>
        <w:t>السيرفر</w:t>
      </w:r>
      <w:r>
        <w:rPr>
          <w:rFonts w:cs="Times New Roman"/>
          <w:rtl/>
        </w:rPr>
        <w:t xml:space="preserve"> </w:t>
      </w:r>
      <w:r>
        <w:rPr>
          <w:rFonts w:cs="Times New Roman" w:hint="cs"/>
          <w:rtl/>
        </w:rPr>
        <w:t>مباشرة</w:t>
      </w:r>
      <w:r>
        <w:rPr>
          <w:rFonts w:cs="Times New Roman"/>
          <w:rtl/>
        </w:rPr>
        <w:t xml:space="preserve">، </w:t>
      </w:r>
      <w:r>
        <w:rPr>
          <w:rFonts w:cs="Times New Roman" w:hint="cs"/>
          <w:rtl/>
        </w:rPr>
        <w:t>ويكشف</w:t>
      </w:r>
      <w:r>
        <w:rPr>
          <w:rFonts w:cs="Times New Roman"/>
          <w:rtl/>
        </w:rPr>
        <w:t xml:space="preserve"> </w:t>
      </w:r>
      <w:r>
        <w:rPr>
          <w:rFonts w:cs="Times New Roman" w:hint="cs"/>
          <w:rtl/>
        </w:rPr>
        <w:t>عن</w:t>
      </w:r>
      <w:r>
        <w:rPr>
          <w:rFonts w:cs="Times New Roman"/>
          <w:rtl/>
        </w:rPr>
        <w:t xml:space="preserve"> </w:t>
      </w:r>
      <w:r>
        <w:rPr>
          <w:rFonts w:cs="Times New Roman" w:hint="cs"/>
          <w:rtl/>
        </w:rPr>
        <w:t>ثغرة</w:t>
      </w:r>
      <w:r>
        <w:rPr>
          <w:rFonts w:cs="Times New Roman"/>
          <w:rtl/>
        </w:rPr>
        <w:t xml:space="preserve"> </w:t>
      </w:r>
      <w:r>
        <w:rPr>
          <w:rFonts w:cs="Times New Roman" w:hint="cs"/>
          <w:rtl/>
        </w:rPr>
        <w:t>حرجة</w:t>
      </w:r>
      <w:r>
        <w:rPr>
          <w:rFonts w:cs="Times New Roman"/>
          <w:rtl/>
        </w:rPr>
        <w:t xml:space="preserve"> </w:t>
      </w:r>
      <w:r>
        <w:rPr>
          <w:rFonts w:cs="Times New Roman" w:hint="cs"/>
          <w:rtl/>
        </w:rPr>
        <w:t>تتطلب</w:t>
      </w:r>
      <w:r>
        <w:rPr>
          <w:rFonts w:cs="Times New Roman"/>
          <w:rtl/>
        </w:rPr>
        <w:t xml:space="preserve"> </w:t>
      </w:r>
      <w:r>
        <w:rPr>
          <w:rFonts w:cs="Times New Roman" w:hint="cs"/>
          <w:rtl/>
        </w:rPr>
        <w:t>تعطيل</w:t>
      </w:r>
      <w:r>
        <w:rPr>
          <w:rFonts w:cs="Times New Roman"/>
          <w:rtl/>
        </w:rPr>
        <w:t xml:space="preserve"> </w:t>
      </w:r>
      <w:r>
        <w:rPr>
          <w:rFonts w:cs="Times New Roman" w:hint="cs"/>
          <w:rtl/>
        </w:rPr>
        <w:t>بروتوكولات</w:t>
      </w:r>
      <w:r>
        <w:rPr>
          <w:rFonts w:cs="Times New Roman"/>
          <w:rtl/>
        </w:rPr>
        <w:t xml:space="preserve"> </w:t>
      </w:r>
      <w:r>
        <w:rPr>
          <w:rFonts w:cs="Times New Roman" w:hint="cs"/>
          <w:rtl/>
        </w:rPr>
        <w:t>البث</w:t>
      </w:r>
      <w:r>
        <w:rPr>
          <w:rFonts w:cs="Times New Roman"/>
          <w:rtl/>
        </w:rPr>
        <w:t xml:space="preserve"> </w:t>
      </w:r>
      <w:r>
        <w:rPr>
          <w:rFonts w:cs="Times New Roman" w:hint="cs"/>
          <w:rtl/>
        </w:rPr>
        <w:t>القديمة</w:t>
      </w:r>
      <w:r>
        <w:t>."</w:t>
      </w:r>
    </w:p>
    <w:p w:rsidR="004A3180" w:rsidRDefault="004A3180" w:rsidP="004A3180">
      <w:pPr>
        <w:tabs>
          <w:tab w:val="left" w:pos="7020"/>
        </w:tabs>
        <w:rPr>
          <w:rtl/>
        </w:rPr>
      </w:pPr>
      <w:r>
        <w:t xml:space="preserve">Technical Description (English): "Executing Red Team tactics, the Responder tool was utilized to conduct a poisoning attack against the LLMNR and NBT-NS protocols. This attack exploits the Windows fallback mechanism when DNS resolution fails (e.g., attempting to access a non-existent share \\faketest\share). The attacker responded to broadcast requests and spoofed the requested server, forcing the victim machine (Windows 10) to transmit its NTLMv2-SSP password hash for user </w:t>
      </w:r>
      <w:proofErr w:type="spellStart"/>
      <w:r>
        <w:t>ahmed.ali</w:t>
      </w:r>
      <w:proofErr w:type="spellEnd"/>
      <w:r>
        <w:t xml:space="preserve"> to the Kali machine. This test proves the attacker's ability to intercept credentials without directly attacking the server, revealing a critical vulnerability that requires disabling legacy broadcast protocols."</w:t>
      </w:r>
    </w:p>
    <w:p w:rsidR="004A3180" w:rsidRDefault="004A3180" w:rsidP="004A3180">
      <w:pPr>
        <w:tabs>
          <w:tab w:val="left" w:pos="7020"/>
        </w:tabs>
        <w:rPr>
          <w:rtl/>
        </w:rPr>
      </w:pPr>
    </w:p>
    <w:p w:rsidR="004A3180" w:rsidRDefault="006B50FB" w:rsidP="004A3180">
      <w:pPr>
        <w:tabs>
          <w:tab w:val="left" w:pos="7020"/>
        </w:tabs>
      </w:pPr>
      <w:r>
        <w:rPr>
          <w:noProof/>
        </w:rPr>
        <w:lastRenderedPageBreak/>
        <w:drawing>
          <wp:inline distT="0" distB="0" distL="0" distR="0">
            <wp:extent cx="4121362" cy="2838596"/>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محاكاة هجوم تسمم بروتوكول حل الأسماء المحلي واعتراض كلمات المرور.png"/>
                    <pic:cNvPicPr/>
                  </pic:nvPicPr>
                  <pic:blipFill>
                    <a:blip r:embed="rId59">
                      <a:extLst>
                        <a:ext uri="{28A0092B-C50C-407E-A947-70E740481C1C}">
                          <a14:useLocalDpi xmlns:a14="http://schemas.microsoft.com/office/drawing/2010/main" val="0"/>
                        </a:ext>
                      </a:extLst>
                    </a:blip>
                    <a:stretch>
                      <a:fillRect/>
                    </a:stretch>
                  </pic:blipFill>
                  <pic:spPr>
                    <a:xfrm>
                      <a:off x="0" y="0"/>
                      <a:ext cx="4121362" cy="2838596"/>
                    </a:xfrm>
                    <a:prstGeom prst="rect">
                      <a:avLst/>
                    </a:prstGeom>
                  </pic:spPr>
                </pic:pic>
              </a:graphicData>
            </a:graphic>
          </wp:inline>
        </w:drawing>
      </w:r>
    </w:p>
    <w:p w:rsidR="006B50FB" w:rsidRDefault="006B50FB" w:rsidP="004A3180">
      <w:pPr>
        <w:tabs>
          <w:tab w:val="left" w:pos="7020"/>
        </w:tabs>
      </w:pPr>
    </w:p>
    <w:p w:rsidR="006B50FB" w:rsidRDefault="006B50FB" w:rsidP="004A3180">
      <w:pPr>
        <w:tabs>
          <w:tab w:val="left" w:pos="7020"/>
        </w:tabs>
      </w:pPr>
    </w:p>
    <w:p w:rsidR="006B50FB" w:rsidRDefault="006B50FB" w:rsidP="004A3180">
      <w:pPr>
        <w:tabs>
          <w:tab w:val="left" w:pos="7020"/>
        </w:tabs>
      </w:pPr>
    </w:p>
    <w:p w:rsidR="006B50FB" w:rsidRDefault="006B50FB" w:rsidP="004A3180">
      <w:pPr>
        <w:tabs>
          <w:tab w:val="left" w:pos="7020"/>
        </w:tabs>
      </w:pPr>
    </w:p>
    <w:p w:rsidR="006B50FB" w:rsidRDefault="006B50FB" w:rsidP="004A3180">
      <w:pPr>
        <w:tabs>
          <w:tab w:val="left" w:pos="7020"/>
        </w:tabs>
      </w:pPr>
      <w:r>
        <w:rPr>
          <w:noProof/>
        </w:rPr>
        <w:drawing>
          <wp:inline distT="0" distB="0" distL="0" distR="0">
            <wp:extent cx="5943600" cy="31330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محاكاة هجوم تسمم بروتوكول حل الأسماء المحلي واعتراض كلمات المرور2.png"/>
                    <pic:cNvPicPr/>
                  </pic:nvPicPr>
                  <pic:blipFill>
                    <a:blip r:embed="rId60">
                      <a:extLst>
                        <a:ext uri="{28A0092B-C50C-407E-A947-70E740481C1C}">
                          <a14:useLocalDpi xmlns:a14="http://schemas.microsoft.com/office/drawing/2010/main" val="0"/>
                        </a:ext>
                      </a:extLst>
                    </a:blip>
                    <a:stretch>
                      <a:fillRect/>
                    </a:stretch>
                  </pic:blipFill>
                  <pic:spPr>
                    <a:xfrm>
                      <a:off x="0" y="0"/>
                      <a:ext cx="5943600" cy="3133090"/>
                    </a:xfrm>
                    <a:prstGeom prst="rect">
                      <a:avLst/>
                    </a:prstGeom>
                  </pic:spPr>
                </pic:pic>
              </a:graphicData>
            </a:graphic>
          </wp:inline>
        </w:drawing>
      </w:r>
    </w:p>
    <w:p w:rsidR="006B50FB" w:rsidRDefault="006B50FB" w:rsidP="004A3180">
      <w:pPr>
        <w:tabs>
          <w:tab w:val="left" w:pos="7020"/>
        </w:tabs>
      </w:pPr>
    </w:p>
    <w:p w:rsidR="006B50FB" w:rsidRDefault="006B50FB" w:rsidP="004A3180">
      <w:pPr>
        <w:tabs>
          <w:tab w:val="left" w:pos="7020"/>
        </w:tabs>
      </w:pPr>
      <w:r>
        <w:rPr>
          <w:noProof/>
        </w:rPr>
        <w:lastRenderedPageBreak/>
        <w:drawing>
          <wp:inline distT="0" distB="0" distL="0" distR="0">
            <wp:extent cx="4115011" cy="3245017"/>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محاكاة هجوم تسمم بروتوكول حل الأسماء المحلي واعتراض كلمات المرور1.png"/>
                    <pic:cNvPicPr/>
                  </pic:nvPicPr>
                  <pic:blipFill>
                    <a:blip r:embed="rId61">
                      <a:extLst>
                        <a:ext uri="{28A0092B-C50C-407E-A947-70E740481C1C}">
                          <a14:useLocalDpi xmlns:a14="http://schemas.microsoft.com/office/drawing/2010/main" val="0"/>
                        </a:ext>
                      </a:extLst>
                    </a:blip>
                    <a:stretch>
                      <a:fillRect/>
                    </a:stretch>
                  </pic:blipFill>
                  <pic:spPr>
                    <a:xfrm>
                      <a:off x="0" y="0"/>
                      <a:ext cx="4115011" cy="3245017"/>
                    </a:xfrm>
                    <a:prstGeom prst="rect">
                      <a:avLst/>
                    </a:prstGeom>
                  </pic:spPr>
                </pic:pic>
              </a:graphicData>
            </a:graphic>
          </wp:inline>
        </w:drawing>
      </w:r>
    </w:p>
    <w:p w:rsidR="008A5E63" w:rsidRDefault="008A5E63" w:rsidP="004A3180">
      <w:pPr>
        <w:tabs>
          <w:tab w:val="left" w:pos="7020"/>
        </w:tabs>
      </w:pPr>
    </w:p>
    <w:p w:rsidR="008A5E63" w:rsidRDefault="008A5E63" w:rsidP="004A3180">
      <w:pPr>
        <w:tabs>
          <w:tab w:val="left" w:pos="7020"/>
        </w:tabs>
      </w:pPr>
    </w:p>
    <w:p w:rsidR="008A5E63" w:rsidRDefault="008A5E63" w:rsidP="004A3180">
      <w:pPr>
        <w:tabs>
          <w:tab w:val="left" w:pos="7020"/>
        </w:tabs>
      </w:pPr>
    </w:p>
    <w:p w:rsidR="008A5E63" w:rsidRDefault="008A5E63" w:rsidP="004A3180">
      <w:pPr>
        <w:tabs>
          <w:tab w:val="left" w:pos="7020"/>
        </w:tabs>
      </w:pPr>
    </w:p>
    <w:p w:rsidR="008D03E7" w:rsidRPr="008D03E7" w:rsidRDefault="008D03E7" w:rsidP="008D03E7">
      <w:pPr>
        <w:tabs>
          <w:tab w:val="left" w:pos="7020"/>
        </w:tabs>
        <w:rPr>
          <w:rFonts w:ascii="Segoe UI Emoji" w:hAnsi="Segoe UI Emoji" w:cs="Segoe UI Emoji"/>
        </w:rPr>
      </w:pPr>
      <w:r w:rsidRPr="008D03E7">
        <w:rPr>
          <w:rFonts w:ascii="Segoe UI Emoji" w:hAnsi="Segoe UI Emoji" w:cs="Segoe UI Emoji"/>
        </w:rPr>
        <w:t xml:space="preserve">📌 </w:t>
      </w:r>
      <w:r w:rsidRPr="008D03E7">
        <w:rPr>
          <w:rFonts w:ascii="Segoe UI Emoji" w:hAnsi="Segoe UI Emoji" w:cs="Times New Roman" w:hint="cs"/>
          <w:rtl/>
        </w:rPr>
        <w:t>الخطوة</w:t>
      </w:r>
      <w:r w:rsidRPr="008D03E7">
        <w:rPr>
          <w:rFonts w:ascii="Segoe UI Emoji" w:hAnsi="Segoe UI Emoji" w:cs="Times New Roman"/>
          <w:rtl/>
        </w:rPr>
        <w:t xml:space="preserve"> </w:t>
      </w:r>
      <w:r w:rsidRPr="008D03E7">
        <w:rPr>
          <w:rFonts w:ascii="Segoe UI Emoji" w:hAnsi="Segoe UI Emoji" w:cs="Times New Roman" w:hint="cs"/>
          <w:rtl/>
        </w:rPr>
        <w:t>رقم</w:t>
      </w:r>
      <w:r w:rsidRPr="008D03E7">
        <w:rPr>
          <w:rFonts w:ascii="Segoe UI Emoji" w:hAnsi="Segoe UI Emoji" w:cs="Times New Roman"/>
          <w:rtl/>
        </w:rPr>
        <w:t xml:space="preserve"> (43): </w:t>
      </w:r>
      <w:r w:rsidRPr="008D03E7">
        <w:rPr>
          <w:rFonts w:ascii="Segoe UI Emoji" w:hAnsi="Segoe UI Emoji" w:cs="Times New Roman" w:hint="cs"/>
          <w:rtl/>
        </w:rPr>
        <w:t>المعالجة</w:t>
      </w:r>
      <w:r w:rsidRPr="008D03E7">
        <w:rPr>
          <w:rFonts w:ascii="Segoe UI Emoji" w:hAnsi="Segoe UI Emoji" w:cs="Times New Roman"/>
          <w:rtl/>
        </w:rPr>
        <w:t xml:space="preserve"> </w:t>
      </w:r>
      <w:r w:rsidRPr="008D03E7">
        <w:rPr>
          <w:rFonts w:ascii="Segoe UI Emoji" w:hAnsi="Segoe UI Emoji" w:cs="Times New Roman" w:hint="cs"/>
          <w:rtl/>
        </w:rPr>
        <w:t>المعمارية</w:t>
      </w:r>
      <w:r w:rsidRPr="008D03E7">
        <w:rPr>
          <w:rFonts w:ascii="Segoe UI Emoji" w:hAnsi="Segoe UI Emoji" w:cs="Times New Roman"/>
          <w:rtl/>
        </w:rPr>
        <w:t xml:space="preserve"> </w:t>
      </w:r>
      <w:r w:rsidRPr="008D03E7">
        <w:rPr>
          <w:rFonts w:ascii="Segoe UI Emoji" w:hAnsi="Segoe UI Emoji" w:cs="Times New Roman" w:hint="cs"/>
          <w:rtl/>
        </w:rPr>
        <w:t>وإغلاق</w:t>
      </w:r>
      <w:r w:rsidRPr="008D03E7">
        <w:rPr>
          <w:rFonts w:ascii="Segoe UI Emoji" w:hAnsi="Segoe UI Emoji" w:cs="Times New Roman"/>
          <w:rtl/>
        </w:rPr>
        <w:t xml:space="preserve"> </w:t>
      </w:r>
      <w:r w:rsidRPr="008D03E7">
        <w:rPr>
          <w:rFonts w:ascii="Segoe UI Emoji" w:hAnsi="Segoe UI Emoji" w:cs="Times New Roman" w:hint="cs"/>
          <w:rtl/>
        </w:rPr>
        <w:t>بروتوكولات</w:t>
      </w:r>
      <w:r w:rsidRPr="008D03E7">
        <w:rPr>
          <w:rFonts w:ascii="Segoe UI Emoji" w:hAnsi="Segoe UI Emoji" w:cs="Times New Roman"/>
          <w:rtl/>
        </w:rPr>
        <w:t xml:space="preserve"> </w:t>
      </w:r>
      <w:r w:rsidRPr="008D03E7">
        <w:rPr>
          <w:rFonts w:ascii="Segoe UI Emoji" w:hAnsi="Segoe UI Emoji" w:cs="Times New Roman" w:hint="cs"/>
          <w:rtl/>
        </w:rPr>
        <w:t>البث</w:t>
      </w:r>
      <w:r w:rsidRPr="008D03E7">
        <w:rPr>
          <w:rFonts w:ascii="Segoe UI Emoji" w:hAnsi="Segoe UI Emoji" w:cs="Times New Roman"/>
          <w:rtl/>
        </w:rPr>
        <w:t xml:space="preserve"> </w:t>
      </w:r>
      <w:r w:rsidRPr="008D03E7">
        <w:rPr>
          <w:rFonts w:ascii="Segoe UI Emoji" w:hAnsi="Segoe UI Emoji" w:cs="Times New Roman" w:hint="cs"/>
          <w:rtl/>
        </w:rPr>
        <w:t>نهائياً</w:t>
      </w:r>
      <w:r w:rsidRPr="008D03E7">
        <w:rPr>
          <w:rFonts w:ascii="Segoe UI Emoji" w:hAnsi="Segoe UI Emoji" w:cs="Times New Roman"/>
          <w:rtl/>
        </w:rPr>
        <w:t xml:space="preserve"> </w:t>
      </w:r>
      <w:r w:rsidRPr="008D03E7">
        <w:rPr>
          <w:rFonts w:ascii="Segoe UI Emoji" w:hAnsi="Segoe UI Emoji" w:cs="Times New Roman" w:hint="cs"/>
          <w:rtl/>
        </w:rPr>
        <w:t>عبر</w:t>
      </w:r>
      <w:r w:rsidRPr="008D03E7">
        <w:rPr>
          <w:rFonts w:ascii="Segoe UI Emoji" w:hAnsi="Segoe UI Emoji" w:cs="Segoe UI Emoji"/>
        </w:rPr>
        <w:t xml:space="preserve"> GPO (Broadcast Protocols Remediation via GPO)</w:t>
      </w:r>
    </w:p>
    <w:p w:rsidR="008D03E7" w:rsidRPr="008D03E7" w:rsidRDefault="008D03E7" w:rsidP="008D03E7">
      <w:pPr>
        <w:tabs>
          <w:tab w:val="left" w:pos="7020"/>
        </w:tabs>
        <w:rPr>
          <w:rFonts w:ascii="Segoe UI Emoji" w:hAnsi="Segoe UI Emoji" w:cs="Segoe UI Emoji"/>
        </w:rPr>
      </w:pPr>
      <w:r w:rsidRPr="008D03E7">
        <w:rPr>
          <w:rFonts w:ascii="Segoe UI Emoji" w:hAnsi="Segoe UI Emoji" w:cs="Times New Roman" w:hint="cs"/>
          <w:rtl/>
        </w:rPr>
        <w:t>الوصف</w:t>
      </w:r>
      <w:r w:rsidRPr="008D03E7">
        <w:rPr>
          <w:rFonts w:ascii="Segoe UI Emoji" w:hAnsi="Segoe UI Emoji" w:cs="Times New Roman"/>
          <w:rtl/>
        </w:rPr>
        <w:t xml:space="preserve"> </w:t>
      </w:r>
      <w:r w:rsidRPr="008D03E7">
        <w:rPr>
          <w:rFonts w:ascii="Segoe UI Emoji" w:hAnsi="Segoe UI Emoji" w:cs="Times New Roman" w:hint="cs"/>
          <w:rtl/>
        </w:rPr>
        <w:t>الفني</w:t>
      </w:r>
      <w:r w:rsidRPr="008D03E7">
        <w:rPr>
          <w:rFonts w:ascii="Segoe UI Emoji" w:hAnsi="Segoe UI Emoji" w:cs="Times New Roman"/>
          <w:rtl/>
        </w:rPr>
        <w:t xml:space="preserve"> (</w:t>
      </w:r>
      <w:r w:rsidRPr="008D03E7">
        <w:rPr>
          <w:rFonts w:ascii="Segoe UI Emoji" w:hAnsi="Segoe UI Emoji" w:cs="Times New Roman" w:hint="cs"/>
          <w:rtl/>
        </w:rPr>
        <w:t>بالعربية</w:t>
      </w:r>
      <w:r w:rsidRPr="008D03E7">
        <w:rPr>
          <w:rFonts w:ascii="Segoe UI Emoji" w:hAnsi="Segoe UI Emoji" w:cs="Times New Roman"/>
          <w:rtl/>
        </w:rPr>
        <w:t>): "</w:t>
      </w:r>
      <w:r w:rsidRPr="008D03E7">
        <w:rPr>
          <w:rFonts w:ascii="Segoe UI Emoji" w:hAnsi="Segoe UI Emoji" w:cs="Times New Roman" w:hint="cs"/>
          <w:rtl/>
        </w:rPr>
        <w:t>لمعالجة</w:t>
      </w:r>
      <w:r w:rsidRPr="008D03E7">
        <w:rPr>
          <w:rFonts w:ascii="Segoe UI Emoji" w:hAnsi="Segoe UI Emoji" w:cs="Times New Roman"/>
          <w:rtl/>
        </w:rPr>
        <w:t xml:space="preserve"> </w:t>
      </w:r>
      <w:r w:rsidRPr="008D03E7">
        <w:rPr>
          <w:rFonts w:ascii="Segoe UI Emoji" w:hAnsi="Segoe UI Emoji" w:cs="Times New Roman" w:hint="cs"/>
          <w:rtl/>
        </w:rPr>
        <w:t>ثغرة</w:t>
      </w:r>
      <w:r w:rsidRPr="008D03E7">
        <w:rPr>
          <w:rFonts w:ascii="Segoe UI Emoji" w:hAnsi="Segoe UI Emoji" w:cs="Times New Roman"/>
          <w:rtl/>
        </w:rPr>
        <w:t xml:space="preserve"> </w:t>
      </w:r>
      <w:r w:rsidRPr="008D03E7">
        <w:rPr>
          <w:rFonts w:ascii="Segoe UI Emoji" w:hAnsi="Segoe UI Emoji" w:cs="Times New Roman" w:hint="cs"/>
          <w:rtl/>
        </w:rPr>
        <w:t>اعتراض</w:t>
      </w:r>
      <w:r w:rsidRPr="008D03E7">
        <w:rPr>
          <w:rFonts w:ascii="Segoe UI Emoji" w:hAnsi="Segoe UI Emoji" w:cs="Times New Roman"/>
          <w:rtl/>
        </w:rPr>
        <w:t xml:space="preserve"> </w:t>
      </w:r>
      <w:r w:rsidRPr="008D03E7">
        <w:rPr>
          <w:rFonts w:ascii="Segoe UI Emoji" w:hAnsi="Segoe UI Emoji" w:cs="Times New Roman" w:hint="cs"/>
          <w:rtl/>
        </w:rPr>
        <w:t>بيانات</w:t>
      </w:r>
      <w:r w:rsidRPr="008D03E7">
        <w:rPr>
          <w:rFonts w:ascii="Segoe UI Emoji" w:hAnsi="Segoe UI Emoji" w:cs="Times New Roman"/>
          <w:rtl/>
        </w:rPr>
        <w:t xml:space="preserve"> </w:t>
      </w:r>
      <w:r w:rsidRPr="008D03E7">
        <w:rPr>
          <w:rFonts w:ascii="Segoe UI Emoji" w:hAnsi="Segoe UI Emoji" w:cs="Times New Roman" w:hint="cs"/>
          <w:rtl/>
        </w:rPr>
        <w:t>الاعتماد</w:t>
      </w:r>
      <w:r w:rsidRPr="008D03E7">
        <w:rPr>
          <w:rFonts w:ascii="Segoe UI Emoji" w:hAnsi="Segoe UI Emoji" w:cs="Segoe UI Emoji"/>
        </w:rPr>
        <w:t xml:space="preserve"> (Responder/LLMNR Poisoning) </w:t>
      </w:r>
      <w:r w:rsidRPr="008D03E7">
        <w:rPr>
          <w:rFonts w:ascii="Segoe UI Emoji" w:hAnsi="Segoe UI Emoji" w:cs="Times New Roman" w:hint="cs"/>
          <w:rtl/>
        </w:rPr>
        <w:t>بشكل</w:t>
      </w:r>
      <w:r w:rsidRPr="008D03E7">
        <w:rPr>
          <w:rFonts w:ascii="Segoe UI Emoji" w:hAnsi="Segoe UI Emoji" w:cs="Times New Roman"/>
          <w:rtl/>
        </w:rPr>
        <w:t xml:space="preserve"> </w:t>
      </w:r>
      <w:r w:rsidRPr="008D03E7">
        <w:rPr>
          <w:rFonts w:ascii="Segoe UI Emoji" w:hAnsi="Segoe UI Emoji" w:cs="Times New Roman" w:hint="cs"/>
          <w:rtl/>
        </w:rPr>
        <w:t>جذري</w:t>
      </w:r>
      <w:r w:rsidRPr="008D03E7">
        <w:rPr>
          <w:rFonts w:ascii="Segoe UI Emoji" w:hAnsi="Segoe UI Emoji" w:cs="Times New Roman"/>
          <w:rtl/>
        </w:rPr>
        <w:t xml:space="preserve">، </w:t>
      </w:r>
      <w:r w:rsidRPr="008D03E7">
        <w:rPr>
          <w:rFonts w:ascii="Segoe UI Emoji" w:hAnsi="Segoe UI Emoji" w:cs="Times New Roman" w:hint="cs"/>
          <w:rtl/>
        </w:rPr>
        <w:t>تم</w:t>
      </w:r>
      <w:r w:rsidRPr="008D03E7">
        <w:rPr>
          <w:rFonts w:ascii="Segoe UI Emoji" w:hAnsi="Segoe UI Emoji" w:cs="Times New Roman"/>
          <w:rtl/>
        </w:rPr>
        <w:t xml:space="preserve"> </w:t>
      </w:r>
      <w:r w:rsidRPr="008D03E7">
        <w:rPr>
          <w:rFonts w:ascii="Segoe UI Emoji" w:hAnsi="Segoe UI Emoji" w:cs="Times New Roman" w:hint="cs"/>
          <w:rtl/>
        </w:rPr>
        <w:t>تطبيق</w:t>
      </w:r>
      <w:r w:rsidRPr="008D03E7">
        <w:rPr>
          <w:rFonts w:ascii="Segoe UI Emoji" w:hAnsi="Segoe UI Emoji" w:cs="Times New Roman"/>
          <w:rtl/>
        </w:rPr>
        <w:t xml:space="preserve"> </w:t>
      </w:r>
      <w:r w:rsidRPr="008D03E7">
        <w:rPr>
          <w:rFonts w:ascii="Segoe UI Emoji" w:hAnsi="Segoe UI Emoji" w:cs="Times New Roman" w:hint="cs"/>
          <w:rtl/>
        </w:rPr>
        <w:t>سياسة</w:t>
      </w:r>
      <w:r w:rsidRPr="008D03E7">
        <w:rPr>
          <w:rFonts w:ascii="Segoe UI Emoji" w:hAnsi="Segoe UI Emoji" w:cs="Times New Roman"/>
          <w:rtl/>
        </w:rPr>
        <w:t xml:space="preserve"> </w:t>
      </w:r>
      <w:r w:rsidRPr="008D03E7">
        <w:rPr>
          <w:rFonts w:ascii="Segoe UI Emoji" w:hAnsi="Segoe UI Emoji" w:cs="Times New Roman" w:hint="cs"/>
          <w:rtl/>
        </w:rPr>
        <w:t>مجموعة</w:t>
      </w:r>
      <w:r w:rsidRPr="008D03E7">
        <w:rPr>
          <w:rFonts w:ascii="Segoe UI Emoji" w:hAnsi="Segoe UI Emoji" w:cs="Times New Roman"/>
          <w:rtl/>
        </w:rPr>
        <w:t xml:space="preserve"> </w:t>
      </w:r>
      <w:r w:rsidRPr="008D03E7">
        <w:rPr>
          <w:rFonts w:ascii="Segoe UI Emoji" w:hAnsi="Segoe UI Emoji" w:cs="Times New Roman" w:hint="cs"/>
          <w:rtl/>
        </w:rPr>
        <w:t>مركزية</w:t>
      </w:r>
      <w:r w:rsidRPr="008D03E7">
        <w:rPr>
          <w:rFonts w:ascii="Segoe UI Emoji" w:hAnsi="Segoe UI Emoji" w:cs="Segoe UI Emoji"/>
        </w:rPr>
        <w:t xml:space="preserve"> (GPO) </w:t>
      </w:r>
      <w:r w:rsidRPr="008D03E7">
        <w:rPr>
          <w:rFonts w:ascii="Segoe UI Emoji" w:hAnsi="Segoe UI Emoji" w:cs="Times New Roman" w:hint="cs"/>
          <w:rtl/>
        </w:rPr>
        <w:t>من</w:t>
      </w:r>
      <w:r w:rsidRPr="008D03E7">
        <w:rPr>
          <w:rFonts w:ascii="Segoe UI Emoji" w:hAnsi="Segoe UI Emoji" w:cs="Times New Roman"/>
          <w:rtl/>
        </w:rPr>
        <w:t xml:space="preserve"> </w:t>
      </w:r>
      <w:r w:rsidRPr="008D03E7">
        <w:rPr>
          <w:rFonts w:ascii="Segoe UI Emoji" w:hAnsi="Segoe UI Emoji" w:cs="Times New Roman" w:hint="cs"/>
          <w:rtl/>
        </w:rPr>
        <w:t>خادم</w:t>
      </w:r>
      <w:r w:rsidRPr="008D03E7">
        <w:rPr>
          <w:rFonts w:ascii="Segoe UI Emoji" w:hAnsi="Segoe UI Emoji" w:cs="Segoe UI Emoji"/>
        </w:rPr>
        <w:t xml:space="preserve"> Windows Server 2025 </w:t>
      </w:r>
      <w:r w:rsidRPr="008D03E7">
        <w:rPr>
          <w:rFonts w:ascii="Segoe UI Emoji" w:hAnsi="Segoe UI Emoji" w:cs="Times New Roman" w:hint="cs"/>
          <w:rtl/>
        </w:rPr>
        <w:t>لتعطيل</w:t>
      </w:r>
      <w:r w:rsidRPr="008D03E7">
        <w:rPr>
          <w:rFonts w:ascii="Segoe UI Emoji" w:hAnsi="Segoe UI Emoji" w:cs="Times New Roman"/>
          <w:rtl/>
        </w:rPr>
        <w:t xml:space="preserve"> </w:t>
      </w:r>
      <w:r w:rsidRPr="008D03E7">
        <w:rPr>
          <w:rFonts w:ascii="Segoe UI Emoji" w:hAnsi="Segoe UI Emoji" w:cs="Times New Roman" w:hint="cs"/>
          <w:rtl/>
        </w:rPr>
        <w:t>بروتوكولات</w:t>
      </w:r>
      <w:r w:rsidRPr="008D03E7">
        <w:rPr>
          <w:rFonts w:ascii="Segoe UI Emoji" w:hAnsi="Segoe UI Emoji" w:cs="Times New Roman"/>
          <w:rtl/>
        </w:rPr>
        <w:t xml:space="preserve"> </w:t>
      </w:r>
      <w:r w:rsidRPr="008D03E7">
        <w:rPr>
          <w:rFonts w:ascii="Segoe UI Emoji" w:hAnsi="Segoe UI Emoji" w:cs="Times New Roman" w:hint="cs"/>
          <w:rtl/>
        </w:rPr>
        <w:t>البث</w:t>
      </w:r>
      <w:r w:rsidRPr="008D03E7">
        <w:rPr>
          <w:rFonts w:ascii="Segoe UI Emoji" w:hAnsi="Segoe UI Emoji" w:cs="Times New Roman"/>
          <w:rtl/>
        </w:rPr>
        <w:t xml:space="preserve"> </w:t>
      </w:r>
      <w:r w:rsidRPr="008D03E7">
        <w:rPr>
          <w:rFonts w:ascii="Segoe UI Emoji" w:hAnsi="Segoe UI Emoji" w:cs="Times New Roman" w:hint="cs"/>
          <w:rtl/>
        </w:rPr>
        <w:t>الاحتياطية</w:t>
      </w:r>
      <w:r w:rsidRPr="008D03E7">
        <w:rPr>
          <w:rFonts w:ascii="Segoe UI Emoji" w:hAnsi="Segoe UI Emoji" w:cs="Times New Roman"/>
          <w:rtl/>
        </w:rPr>
        <w:t xml:space="preserve"> </w:t>
      </w:r>
      <w:r w:rsidRPr="008D03E7">
        <w:rPr>
          <w:rFonts w:ascii="Segoe UI Emoji" w:hAnsi="Segoe UI Emoji" w:cs="Times New Roman" w:hint="cs"/>
          <w:rtl/>
        </w:rPr>
        <w:t>إلزامياً</w:t>
      </w:r>
      <w:r w:rsidRPr="008D03E7">
        <w:rPr>
          <w:rFonts w:ascii="Segoe UI Emoji" w:hAnsi="Segoe UI Emoji" w:cs="Times New Roman"/>
          <w:rtl/>
        </w:rPr>
        <w:t xml:space="preserve"> </w:t>
      </w:r>
      <w:r w:rsidRPr="008D03E7">
        <w:rPr>
          <w:rFonts w:ascii="Segoe UI Emoji" w:hAnsi="Segoe UI Emoji" w:cs="Times New Roman" w:hint="cs"/>
          <w:rtl/>
        </w:rPr>
        <w:t>على</w:t>
      </w:r>
      <w:r w:rsidRPr="008D03E7">
        <w:rPr>
          <w:rFonts w:ascii="Segoe UI Emoji" w:hAnsi="Segoe UI Emoji" w:cs="Times New Roman"/>
          <w:rtl/>
        </w:rPr>
        <w:t xml:space="preserve"> </w:t>
      </w:r>
      <w:r w:rsidRPr="008D03E7">
        <w:rPr>
          <w:rFonts w:ascii="Segoe UI Emoji" w:hAnsi="Segoe UI Emoji" w:cs="Times New Roman" w:hint="cs"/>
          <w:rtl/>
        </w:rPr>
        <w:t>كافة</w:t>
      </w:r>
      <w:r w:rsidRPr="008D03E7">
        <w:rPr>
          <w:rFonts w:ascii="Segoe UI Emoji" w:hAnsi="Segoe UI Emoji" w:cs="Times New Roman"/>
          <w:rtl/>
        </w:rPr>
        <w:t xml:space="preserve"> </w:t>
      </w:r>
      <w:r w:rsidRPr="008D03E7">
        <w:rPr>
          <w:rFonts w:ascii="Segoe UI Emoji" w:hAnsi="Segoe UI Emoji" w:cs="Times New Roman" w:hint="cs"/>
          <w:rtl/>
        </w:rPr>
        <w:t>أجهزة</w:t>
      </w:r>
      <w:r w:rsidRPr="008D03E7">
        <w:rPr>
          <w:rFonts w:ascii="Segoe UI Emoji" w:hAnsi="Segoe UI Emoji" w:cs="Times New Roman"/>
          <w:rtl/>
        </w:rPr>
        <w:t xml:space="preserve"> </w:t>
      </w:r>
      <w:r w:rsidRPr="008D03E7">
        <w:rPr>
          <w:rFonts w:ascii="Segoe UI Emoji" w:hAnsi="Segoe UI Emoji" w:cs="Times New Roman" w:hint="cs"/>
          <w:rtl/>
        </w:rPr>
        <w:t>المنشأة</w:t>
      </w:r>
      <w:r w:rsidRPr="008D03E7">
        <w:rPr>
          <w:rFonts w:ascii="Segoe UI Emoji" w:hAnsi="Segoe UI Emoji" w:cs="Times New Roman"/>
          <w:rtl/>
        </w:rPr>
        <w:t xml:space="preserve">. </w:t>
      </w:r>
      <w:r w:rsidRPr="008D03E7">
        <w:rPr>
          <w:rFonts w:ascii="Segoe UI Emoji" w:hAnsi="Segoe UI Emoji" w:cs="Times New Roman" w:hint="cs"/>
          <w:rtl/>
        </w:rPr>
        <w:t>تم</w:t>
      </w:r>
      <w:r w:rsidRPr="008D03E7">
        <w:rPr>
          <w:rFonts w:ascii="Segoe UI Emoji" w:hAnsi="Segoe UI Emoji" w:cs="Times New Roman"/>
          <w:rtl/>
        </w:rPr>
        <w:t xml:space="preserve"> </w:t>
      </w:r>
      <w:r w:rsidRPr="008D03E7">
        <w:rPr>
          <w:rFonts w:ascii="Segoe UI Emoji" w:hAnsi="Segoe UI Emoji" w:cs="Times New Roman" w:hint="cs"/>
          <w:rtl/>
        </w:rPr>
        <w:t>إنشاء</w:t>
      </w:r>
      <w:r w:rsidRPr="008D03E7">
        <w:rPr>
          <w:rFonts w:ascii="Segoe UI Emoji" w:hAnsi="Segoe UI Emoji" w:cs="Times New Roman"/>
          <w:rtl/>
        </w:rPr>
        <w:t xml:space="preserve"> </w:t>
      </w:r>
      <w:r w:rsidRPr="008D03E7">
        <w:rPr>
          <w:rFonts w:ascii="Segoe UI Emoji" w:hAnsi="Segoe UI Emoji" w:cs="Times New Roman" w:hint="cs"/>
          <w:rtl/>
        </w:rPr>
        <w:t>سياسة</w:t>
      </w:r>
      <w:r w:rsidRPr="008D03E7">
        <w:rPr>
          <w:rFonts w:ascii="Segoe UI Emoji" w:hAnsi="Segoe UI Emoji" w:cs="Times New Roman"/>
          <w:rtl/>
        </w:rPr>
        <w:t xml:space="preserve"> </w:t>
      </w:r>
      <w:r w:rsidRPr="008D03E7">
        <w:rPr>
          <w:rFonts w:ascii="Segoe UI Emoji" w:hAnsi="Segoe UI Emoji" w:cs="Times New Roman" w:hint="cs"/>
          <w:rtl/>
        </w:rPr>
        <w:t>باسم</w:t>
      </w:r>
      <w:r w:rsidRPr="008D03E7">
        <w:rPr>
          <w:rFonts w:ascii="Segoe UI Emoji" w:hAnsi="Segoe UI Emoji" w:cs="Segoe UI Emoji"/>
        </w:rPr>
        <w:t xml:space="preserve"> Disable LLMNR Policy </w:t>
      </w:r>
      <w:r w:rsidRPr="008D03E7">
        <w:rPr>
          <w:rFonts w:ascii="Segoe UI Emoji" w:hAnsi="Segoe UI Emoji" w:cs="Times New Roman" w:hint="cs"/>
          <w:rtl/>
        </w:rPr>
        <w:t>وتفعيل</w:t>
      </w:r>
      <w:r w:rsidRPr="008D03E7">
        <w:rPr>
          <w:rFonts w:ascii="Segoe UI Emoji" w:hAnsi="Segoe UI Emoji" w:cs="Times New Roman"/>
          <w:rtl/>
        </w:rPr>
        <w:t xml:space="preserve"> </w:t>
      </w:r>
      <w:r w:rsidRPr="008D03E7">
        <w:rPr>
          <w:rFonts w:ascii="Segoe UI Emoji" w:hAnsi="Segoe UI Emoji" w:cs="Times New Roman" w:hint="cs"/>
          <w:rtl/>
        </w:rPr>
        <w:t>مسار</w:t>
      </w:r>
      <w:r w:rsidRPr="008D03E7">
        <w:rPr>
          <w:rFonts w:ascii="Segoe UI Emoji" w:hAnsi="Segoe UI Emoji" w:cs="Segoe UI Emoji"/>
        </w:rPr>
        <w:t xml:space="preserve"> Turn off multicast name resolution </w:t>
      </w:r>
      <w:r w:rsidRPr="008D03E7">
        <w:rPr>
          <w:rFonts w:ascii="Segoe UI Emoji" w:hAnsi="Segoe UI Emoji" w:cs="Times New Roman" w:hint="cs"/>
          <w:rtl/>
        </w:rPr>
        <w:t>تحت</w:t>
      </w:r>
      <w:r w:rsidRPr="008D03E7">
        <w:rPr>
          <w:rFonts w:ascii="Segoe UI Emoji" w:hAnsi="Segoe UI Emoji" w:cs="Segoe UI Emoji"/>
        </w:rPr>
        <w:t xml:space="preserve"> Computer Configuration -&gt; Administrative Templates -&gt; Network -&gt; DNS Client. </w:t>
      </w:r>
      <w:r w:rsidRPr="008D03E7">
        <w:rPr>
          <w:rFonts w:ascii="Segoe UI Emoji" w:hAnsi="Segoe UI Emoji" w:cs="Times New Roman" w:hint="cs"/>
          <w:rtl/>
        </w:rPr>
        <w:t>أثبت</w:t>
      </w:r>
      <w:r w:rsidRPr="008D03E7">
        <w:rPr>
          <w:rFonts w:ascii="Segoe UI Emoji" w:hAnsi="Segoe UI Emoji" w:cs="Times New Roman"/>
          <w:rtl/>
        </w:rPr>
        <w:t xml:space="preserve"> </w:t>
      </w:r>
      <w:r w:rsidRPr="008D03E7">
        <w:rPr>
          <w:rFonts w:ascii="Segoe UI Emoji" w:hAnsi="Segoe UI Emoji" w:cs="Times New Roman" w:hint="cs"/>
          <w:rtl/>
        </w:rPr>
        <w:t>الاختبار</w:t>
      </w:r>
      <w:r w:rsidRPr="008D03E7">
        <w:rPr>
          <w:rFonts w:ascii="Segoe UI Emoji" w:hAnsi="Segoe UI Emoji" w:cs="Times New Roman"/>
          <w:rtl/>
        </w:rPr>
        <w:t xml:space="preserve"> </w:t>
      </w:r>
      <w:r w:rsidRPr="008D03E7">
        <w:rPr>
          <w:rFonts w:ascii="Segoe UI Emoji" w:hAnsi="Segoe UI Emoji" w:cs="Times New Roman" w:hint="cs"/>
          <w:rtl/>
        </w:rPr>
        <w:t>العملي</w:t>
      </w:r>
      <w:r w:rsidRPr="008D03E7">
        <w:rPr>
          <w:rFonts w:ascii="Segoe UI Emoji" w:hAnsi="Segoe UI Emoji" w:cs="Times New Roman"/>
          <w:rtl/>
        </w:rPr>
        <w:t xml:space="preserve"> </w:t>
      </w:r>
      <w:r w:rsidRPr="008D03E7">
        <w:rPr>
          <w:rFonts w:ascii="Segoe UI Emoji" w:hAnsi="Segoe UI Emoji" w:cs="Times New Roman" w:hint="cs"/>
          <w:rtl/>
        </w:rPr>
        <w:t>النهائي</w:t>
      </w:r>
      <w:r w:rsidRPr="008D03E7">
        <w:rPr>
          <w:rFonts w:ascii="Segoe UI Emoji" w:hAnsi="Segoe UI Emoji" w:cs="Times New Roman"/>
          <w:rtl/>
        </w:rPr>
        <w:t xml:space="preserve"> </w:t>
      </w:r>
      <w:r w:rsidRPr="008D03E7">
        <w:rPr>
          <w:rFonts w:ascii="Segoe UI Emoji" w:hAnsi="Segoe UI Emoji" w:cs="Times New Roman" w:hint="cs"/>
          <w:rtl/>
        </w:rPr>
        <w:t>من</w:t>
      </w:r>
      <w:r w:rsidRPr="008D03E7">
        <w:rPr>
          <w:rFonts w:ascii="Segoe UI Emoji" w:hAnsi="Segoe UI Emoji" w:cs="Times New Roman"/>
          <w:rtl/>
        </w:rPr>
        <w:t xml:space="preserve"> </w:t>
      </w:r>
      <w:r w:rsidRPr="008D03E7">
        <w:rPr>
          <w:rFonts w:ascii="Segoe UI Emoji" w:hAnsi="Segoe UI Emoji" w:cs="Times New Roman" w:hint="cs"/>
          <w:rtl/>
        </w:rPr>
        <w:t>جهاز</w:t>
      </w:r>
      <w:r w:rsidRPr="008D03E7">
        <w:rPr>
          <w:rFonts w:ascii="Segoe UI Emoji" w:hAnsi="Segoe UI Emoji" w:cs="Segoe UI Emoji"/>
        </w:rPr>
        <w:t xml:space="preserve"> Kali Linux </w:t>
      </w:r>
      <w:r w:rsidRPr="008D03E7">
        <w:rPr>
          <w:rFonts w:ascii="Segoe UI Emoji" w:hAnsi="Segoe UI Emoji" w:cs="Times New Roman" w:hint="cs"/>
          <w:rtl/>
        </w:rPr>
        <w:t>نجاح</w:t>
      </w:r>
      <w:r w:rsidRPr="008D03E7">
        <w:rPr>
          <w:rFonts w:ascii="Segoe UI Emoji" w:hAnsi="Segoe UI Emoji" w:cs="Times New Roman"/>
          <w:rtl/>
        </w:rPr>
        <w:t xml:space="preserve"> </w:t>
      </w:r>
      <w:r w:rsidRPr="008D03E7">
        <w:rPr>
          <w:rFonts w:ascii="Segoe UI Emoji" w:hAnsi="Segoe UI Emoji" w:cs="Times New Roman" w:hint="cs"/>
          <w:rtl/>
        </w:rPr>
        <w:t>المعالجة</w:t>
      </w:r>
      <w:r w:rsidRPr="008D03E7">
        <w:rPr>
          <w:rFonts w:ascii="Segoe UI Emoji" w:hAnsi="Segoe UI Emoji" w:cs="Times New Roman"/>
          <w:rtl/>
        </w:rPr>
        <w:t xml:space="preserve"> </w:t>
      </w:r>
      <w:r w:rsidRPr="008D03E7">
        <w:rPr>
          <w:rFonts w:ascii="Segoe UI Emoji" w:hAnsi="Segoe UI Emoji" w:cs="Times New Roman" w:hint="cs"/>
          <w:rtl/>
        </w:rPr>
        <w:t>بنسبة</w:t>
      </w:r>
      <w:r w:rsidRPr="008D03E7">
        <w:rPr>
          <w:rFonts w:ascii="Segoe UI Emoji" w:hAnsi="Segoe UI Emoji" w:cs="Times New Roman"/>
          <w:rtl/>
        </w:rPr>
        <w:t xml:space="preserve"> 100%، </w:t>
      </w:r>
      <w:r w:rsidRPr="008D03E7">
        <w:rPr>
          <w:rFonts w:ascii="Segoe UI Emoji" w:hAnsi="Segoe UI Emoji" w:cs="Times New Roman" w:hint="cs"/>
          <w:rtl/>
        </w:rPr>
        <w:t>حيث</w:t>
      </w:r>
      <w:r w:rsidRPr="008D03E7">
        <w:rPr>
          <w:rFonts w:ascii="Segoe UI Emoji" w:hAnsi="Segoe UI Emoji" w:cs="Times New Roman"/>
          <w:rtl/>
        </w:rPr>
        <w:t xml:space="preserve"> </w:t>
      </w:r>
      <w:r w:rsidRPr="008D03E7">
        <w:rPr>
          <w:rFonts w:ascii="Segoe UI Emoji" w:hAnsi="Segoe UI Emoji" w:cs="Times New Roman" w:hint="cs"/>
          <w:rtl/>
        </w:rPr>
        <w:t>توقفت</w:t>
      </w:r>
      <w:r w:rsidRPr="008D03E7">
        <w:rPr>
          <w:rFonts w:ascii="Segoe UI Emoji" w:hAnsi="Segoe UI Emoji" w:cs="Times New Roman"/>
          <w:rtl/>
        </w:rPr>
        <w:t xml:space="preserve"> </w:t>
      </w:r>
      <w:r w:rsidRPr="008D03E7">
        <w:rPr>
          <w:rFonts w:ascii="Segoe UI Emoji" w:hAnsi="Segoe UI Emoji" w:cs="Times New Roman" w:hint="cs"/>
          <w:rtl/>
        </w:rPr>
        <w:t>أجهزة</w:t>
      </w:r>
      <w:r w:rsidRPr="008D03E7">
        <w:rPr>
          <w:rFonts w:ascii="Segoe UI Emoji" w:hAnsi="Segoe UI Emoji" w:cs="Times New Roman"/>
          <w:rtl/>
        </w:rPr>
        <w:t xml:space="preserve"> </w:t>
      </w:r>
      <w:r w:rsidRPr="008D03E7">
        <w:rPr>
          <w:rFonts w:ascii="Segoe UI Emoji" w:hAnsi="Segoe UI Emoji" w:cs="Times New Roman" w:hint="cs"/>
          <w:rtl/>
        </w:rPr>
        <w:t>الويندوز</w:t>
      </w:r>
      <w:r w:rsidRPr="008D03E7">
        <w:rPr>
          <w:rFonts w:ascii="Segoe UI Emoji" w:hAnsi="Segoe UI Emoji" w:cs="Times New Roman"/>
          <w:rtl/>
        </w:rPr>
        <w:t xml:space="preserve"> </w:t>
      </w:r>
      <w:r w:rsidRPr="008D03E7">
        <w:rPr>
          <w:rFonts w:ascii="Segoe UI Emoji" w:hAnsi="Segoe UI Emoji" w:cs="Times New Roman" w:hint="cs"/>
          <w:rtl/>
        </w:rPr>
        <w:t>تماماً</w:t>
      </w:r>
      <w:r w:rsidRPr="008D03E7">
        <w:rPr>
          <w:rFonts w:ascii="Segoe UI Emoji" w:hAnsi="Segoe UI Emoji" w:cs="Times New Roman"/>
          <w:rtl/>
        </w:rPr>
        <w:t xml:space="preserve"> </w:t>
      </w:r>
      <w:r w:rsidRPr="008D03E7">
        <w:rPr>
          <w:rFonts w:ascii="Segoe UI Emoji" w:hAnsi="Segoe UI Emoji" w:cs="Times New Roman" w:hint="cs"/>
          <w:rtl/>
        </w:rPr>
        <w:t>عن</w:t>
      </w:r>
      <w:r w:rsidRPr="008D03E7">
        <w:rPr>
          <w:rFonts w:ascii="Segoe UI Emoji" w:hAnsi="Segoe UI Emoji" w:cs="Times New Roman"/>
          <w:rtl/>
        </w:rPr>
        <w:t xml:space="preserve"> </w:t>
      </w:r>
      <w:r w:rsidRPr="008D03E7">
        <w:rPr>
          <w:rFonts w:ascii="Segoe UI Emoji" w:hAnsi="Segoe UI Emoji" w:cs="Times New Roman" w:hint="cs"/>
          <w:rtl/>
        </w:rPr>
        <w:t>إرسال</w:t>
      </w:r>
      <w:r w:rsidRPr="008D03E7">
        <w:rPr>
          <w:rFonts w:ascii="Segoe UI Emoji" w:hAnsi="Segoe UI Emoji" w:cs="Times New Roman"/>
          <w:rtl/>
        </w:rPr>
        <w:t xml:space="preserve"> </w:t>
      </w:r>
      <w:r w:rsidRPr="008D03E7">
        <w:rPr>
          <w:rFonts w:ascii="Segoe UI Emoji" w:hAnsi="Segoe UI Emoji" w:cs="Times New Roman" w:hint="cs"/>
          <w:rtl/>
        </w:rPr>
        <w:t>استعلامات</w:t>
      </w:r>
      <w:r w:rsidRPr="008D03E7">
        <w:rPr>
          <w:rFonts w:ascii="Segoe UI Emoji" w:hAnsi="Segoe UI Emoji" w:cs="Times New Roman"/>
          <w:rtl/>
        </w:rPr>
        <w:t xml:space="preserve"> </w:t>
      </w:r>
      <w:r w:rsidRPr="008D03E7">
        <w:rPr>
          <w:rFonts w:ascii="Segoe UI Emoji" w:hAnsi="Segoe UI Emoji" w:cs="Times New Roman" w:hint="cs"/>
          <w:rtl/>
        </w:rPr>
        <w:t>البث</w:t>
      </w:r>
      <w:r w:rsidRPr="008D03E7">
        <w:rPr>
          <w:rFonts w:ascii="Segoe UI Emoji" w:hAnsi="Segoe UI Emoji" w:cs="Segoe UI Emoji"/>
        </w:rPr>
        <w:t xml:space="preserve"> (LLMNR/NBT-NS/</w:t>
      </w:r>
      <w:proofErr w:type="spellStart"/>
      <w:r w:rsidRPr="008D03E7">
        <w:rPr>
          <w:rFonts w:ascii="Segoe UI Emoji" w:hAnsi="Segoe UI Emoji" w:cs="Segoe UI Emoji"/>
        </w:rPr>
        <w:t>mDNS</w:t>
      </w:r>
      <w:proofErr w:type="spellEnd"/>
      <w:r w:rsidRPr="008D03E7">
        <w:rPr>
          <w:rFonts w:ascii="Segoe UI Emoji" w:hAnsi="Segoe UI Emoji" w:cs="Segoe UI Emoji"/>
        </w:rPr>
        <w:t xml:space="preserve">) </w:t>
      </w:r>
      <w:r w:rsidRPr="008D03E7">
        <w:rPr>
          <w:rFonts w:ascii="Segoe UI Emoji" w:hAnsi="Segoe UI Emoji" w:cs="Times New Roman" w:hint="cs"/>
          <w:rtl/>
        </w:rPr>
        <w:t>عند</w:t>
      </w:r>
      <w:r w:rsidRPr="008D03E7">
        <w:rPr>
          <w:rFonts w:ascii="Segoe UI Emoji" w:hAnsi="Segoe UI Emoji" w:cs="Times New Roman"/>
          <w:rtl/>
        </w:rPr>
        <w:t xml:space="preserve"> </w:t>
      </w:r>
      <w:r w:rsidRPr="008D03E7">
        <w:rPr>
          <w:rFonts w:ascii="Segoe UI Emoji" w:hAnsi="Segoe UI Emoji" w:cs="Times New Roman" w:hint="cs"/>
          <w:rtl/>
        </w:rPr>
        <w:t>فشل</w:t>
      </w:r>
      <w:r w:rsidRPr="008D03E7">
        <w:rPr>
          <w:rFonts w:ascii="Segoe UI Emoji" w:hAnsi="Segoe UI Emoji" w:cs="Times New Roman"/>
          <w:rtl/>
        </w:rPr>
        <w:t xml:space="preserve"> </w:t>
      </w:r>
      <w:r w:rsidRPr="008D03E7">
        <w:rPr>
          <w:rFonts w:ascii="Segoe UI Emoji" w:hAnsi="Segoe UI Emoji" w:cs="Times New Roman" w:hint="cs"/>
          <w:rtl/>
        </w:rPr>
        <w:t>حل</w:t>
      </w:r>
      <w:r w:rsidRPr="008D03E7">
        <w:rPr>
          <w:rFonts w:ascii="Segoe UI Emoji" w:hAnsi="Segoe UI Emoji" w:cs="Times New Roman"/>
          <w:rtl/>
        </w:rPr>
        <w:t xml:space="preserve"> </w:t>
      </w:r>
      <w:r w:rsidRPr="008D03E7">
        <w:rPr>
          <w:rFonts w:ascii="Segoe UI Emoji" w:hAnsi="Segoe UI Emoji" w:cs="Times New Roman" w:hint="cs"/>
          <w:rtl/>
        </w:rPr>
        <w:t>اسم</w:t>
      </w:r>
      <w:r w:rsidRPr="008D03E7">
        <w:rPr>
          <w:rFonts w:ascii="Segoe UI Emoji" w:hAnsi="Segoe UI Emoji" w:cs="Times New Roman"/>
          <w:rtl/>
        </w:rPr>
        <w:t xml:space="preserve"> </w:t>
      </w:r>
      <w:r w:rsidRPr="008D03E7">
        <w:rPr>
          <w:rFonts w:ascii="Segoe UI Emoji" w:hAnsi="Segoe UI Emoji" w:cs="Times New Roman" w:hint="cs"/>
          <w:rtl/>
        </w:rPr>
        <w:t>الـ</w:t>
      </w:r>
      <w:r w:rsidRPr="008D03E7">
        <w:rPr>
          <w:rFonts w:ascii="Segoe UI Emoji" w:hAnsi="Segoe UI Emoji" w:cs="Segoe UI Emoji"/>
        </w:rPr>
        <w:t xml:space="preserve"> DNS</w:t>
      </w:r>
      <w:r w:rsidRPr="008D03E7">
        <w:rPr>
          <w:rFonts w:ascii="Segoe UI Emoji" w:hAnsi="Segoe UI Emoji" w:cs="Times New Roman"/>
          <w:rtl/>
        </w:rPr>
        <w:t xml:space="preserve">، </w:t>
      </w:r>
      <w:r w:rsidRPr="008D03E7">
        <w:rPr>
          <w:rFonts w:ascii="Segoe UI Emoji" w:hAnsi="Segoe UI Emoji" w:cs="Times New Roman" w:hint="cs"/>
          <w:rtl/>
        </w:rPr>
        <w:t>مما</w:t>
      </w:r>
      <w:r w:rsidRPr="008D03E7">
        <w:rPr>
          <w:rFonts w:ascii="Segoe UI Emoji" w:hAnsi="Segoe UI Emoji" w:cs="Times New Roman"/>
          <w:rtl/>
        </w:rPr>
        <w:t xml:space="preserve"> </w:t>
      </w:r>
      <w:r w:rsidRPr="008D03E7">
        <w:rPr>
          <w:rFonts w:ascii="Segoe UI Emoji" w:hAnsi="Segoe UI Emoji" w:cs="Times New Roman" w:hint="cs"/>
          <w:rtl/>
        </w:rPr>
        <w:t>أوقع</w:t>
      </w:r>
      <w:r w:rsidRPr="008D03E7">
        <w:rPr>
          <w:rFonts w:ascii="Segoe UI Emoji" w:hAnsi="Segoe UI Emoji" w:cs="Times New Roman"/>
          <w:rtl/>
        </w:rPr>
        <w:t xml:space="preserve"> </w:t>
      </w:r>
      <w:r w:rsidRPr="008D03E7">
        <w:rPr>
          <w:rFonts w:ascii="Segoe UI Emoji" w:hAnsi="Segoe UI Emoji" w:cs="Times New Roman" w:hint="cs"/>
          <w:rtl/>
        </w:rPr>
        <w:t>أداة</w:t>
      </w:r>
      <w:r w:rsidRPr="008D03E7">
        <w:rPr>
          <w:rFonts w:ascii="Segoe UI Emoji" w:hAnsi="Segoe UI Emoji" w:cs="Segoe UI Emoji"/>
        </w:rPr>
        <w:t xml:space="preserve"> Responder </w:t>
      </w:r>
      <w:r w:rsidRPr="008D03E7">
        <w:rPr>
          <w:rFonts w:ascii="Segoe UI Emoji" w:hAnsi="Segoe UI Emoji" w:cs="Times New Roman" w:hint="cs"/>
          <w:rtl/>
        </w:rPr>
        <w:t>في</w:t>
      </w:r>
      <w:r w:rsidRPr="008D03E7">
        <w:rPr>
          <w:rFonts w:ascii="Segoe UI Emoji" w:hAnsi="Segoe UI Emoji" w:cs="Times New Roman"/>
          <w:rtl/>
        </w:rPr>
        <w:t xml:space="preserve"> </w:t>
      </w:r>
      <w:r w:rsidRPr="008D03E7">
        <w:rPr>
          <w:rFonts w:ascii="Segoe UI Emoji" w:hAnsi="Segoe UI Emoji" w:cs="Times New Roman" w:hint="cs"/>
          <w:rtl/>
        </w:rPr>
        <w:t>سكتة</w:t>
      </w:r>
      <w:r w:rsidRPr="008D03E7">
        <w:rPr>
          <w:rFonts w:ascii="Segoe UI Emoji" w:hAnsi="Segoe UI Emoji" w:cs="Times New Roman"/>
          <w:rtl/>
        </w:rPr>
        <w:t xml:space="preserve"> </w:t>
      </w:r>
      <w:r w:rsidRPr="008D03E7">
        <w:rPr>
          <w:rFonts w:ascii="Segoe UI Emoji" w:hAnsi="Segoe UI Emoji" w:cs="Times New Roman" w:hint="cs"/>
          <w:rtl/>
        </w:rPr>
        <w:t>تامة</w:t>
      </w:r>
      <w:r w:rsidRPr="008D03E7">
        <w:rPr>
          <w:rFonts w:ascii="Segoe UI Emoji" w:hAnsi="Segoe UI Emoji" w:cs="Segoe UI Emoji"/>
        </w:rPr>
        <w:t xml:space="preserve"> (Silence) </w:t>
      </w:r>
      <w:r w:rsidRPr="008D03E7">
        <w:rPr>
          <w:rFonts w:ascii="Segoe UI Emoji" w:hAnsi="Segoe UI Emoji" w:cs="Times New Roman" w:hint="cs"/>
          <w:rtl/>
        </w:rPr>
        <w:t>وحمى</w:t>
      </w:r>
      <w:r w:rsidRPr="008D03E7">
        <w:rPr>
          <w:rFonts w:ascii="Segoe UI Emoji" w:hAnsi="Segoe UI Emoji" w:cs="Times New Roman"/>
          <w:rtl/>
        </w:rPr>
        <w:t xml:space="preserve"> </w:t>
      </w:r>
      <w:proofErr w:type="spellStart"/>
      <w:r w:rsidRPr="008D03E7">
        <w:rPr>
          <w:rFonts w:ascii="Segoe UI Emoji" w:hAnsi="Segoe UI Emoji" w:cs="Times New Roman" w:hint="cs"/>
          <w:rtl/>
        </w:rPr>
        <w:t>تجزئات</w:t>
      </w:r>
      <w:proofErr w:type="spellEnd"/>
      <w:r w:rsidRPr="008D03E7">
        <w:rPr>
          <w:rFonts w:ascii="Segoe UI Emoji" w:hAnsi="Segoe UI Emoji" w:cs="Times New Roman"/>
          <w:rtl/>
        </w:rPr>
        <w:t xml:space="preserve"> </w:t>
      </w:r>
      <w:r w:rsidRPr="008D03E7">
        <w:rPr>
          <w:rFonts w:ascii="Segoe UI Emoji" w:hAnsi="Segoe UI Emoji" w:cs="Times New Roman" w:hint="cs"/>
          <w:rtl/>
        </w:rPr>
        <w:t>كلمات</w:t>
      </w:r>
      <w:r w:rsidRPr="008D03E7">
        <w:rPr>
          <w:rFonts w:ascii="Segoe UI Emoji" w:hAnsi="Segoe UI Emoji" w:cs="Times New Roman"/>
          <w:rtl/>
        </w:rPr>
        <w:t xml:space="preserve"> </w:t>
      </w:r>
      <w:r w:rsidRPr="008D03E7">
        <w:rPr>
          <w:rFonts w:ascii="Segoe UI Emoji" w:hAnsi="Segoe UI Emoji" w:cs="Times New Roman" w:hint="cs"/>
          <w:rtl/>
        </w:rPr>
        <w:t>المرور</w:t>
      </w:r>
      <w:r w:rsidRPr="008D03E7">
        <w:rPr>
          <w:rFonts w:ascii="Segoe UI Emoji" w:hAnsi="Segoe UI Emoji" w:cs="Segoe UI Emoji"/>
        </w:rPr>
        <w:t xml:space="preserve"> (NTLMv2) </w:t>
      </w:r>
      <w:r w:rsidRPr="008D03E7">
        <w:rPr>
          <w:rFonts w:ascii="Segoe UI Emoji" w:hAnsi="Segoe UI Emoji" w:cs="Times New Roman" w:hint="cs"/>
          <w:rtl/>
        </w:rPr>
        <w:t>من</w:t>
      </w:r>
      <w:r w:rsidRPr="008D03E7">
        <w:rPr>
          <w:rFonts w:ascii="Segoe UI Emoji" w:hAnsi="Segoe UI Emoji" w:cs="Times New Roman"/>
          <w:rtl/>
        </w:rPr>
        <w:t xml:space="preserve"> </w:t>
      </w:r>
      <w:r w:rsidRPr="008D03E7">
        <w:rPr>
          <w:rFonts w:ascii="Segoe UI Emoji" w:hAnsi="Segoe UI Emoji" w:cs="Times New Roman" w:hint="cs"/>
          <w:rtl/>
        </w:rPr>
        <w:t>الاعتراض</w:t>
      </w:r>
      <w:r w:rsidRPr="008D03E7">
        <w:rPr>
          <w:rFonts w:ascii="Segoe UI Emoji" w:hAnsi="Segoe UI Emoji" w:cs="Times New Roman"/>
          <w:rtl/>
        </w:rPr>
        <w:t xml:space="preserve"> </w:t>
      </w:r>
      <w:r w:rsidRPr="008D03E7">
        <w:rPr>
          <w:rFonts w:ascii="Segoe UI Emoji" w:hAnsi="Segoe UI Emoji" w:cs="Times New Roman" w:hint="cs"/>
          <w:rtl/>
        </w:rPr>
        <w:t>نهائياً</w:t>
      </w:r>
      <w:r w:rsidRPr="008D03E7">
        <w:rPr>
          <w:rFonts w:ascii="Segoe UI Emoji" w:hAnsi="Segoe UI Emoji" w:cs="Segoe UI Emoji"/>
        </w:rPr>
        <w:t>."</w:t>
      </w:r>
    </w:p>
    <w:p w:rsidR="008D03E7" w:rsidRDefault="008D03E7" w:rsidP="008D03E7">
      <w:pPr>
        <w:tabs>
          <w:tab w:val="left" w:pos="7020"/>
        </w:tabs>
        <w:rPr>
          <w:rFonts w:ascii="Segoe UI Emoji" w:hAnsi="Segoe UI Emoji" w:cs="Segoe UI Emoji"/>
        </w:rPr>
      </w:pPr>
      <w:r w:rsidRPr="008D03E7">
        <w:rPr>
          <w:rFonts w:ascii="Segoe UI Emoji" w:hAnsi="Segoe UI Emoji" w:cs="Segoe UI Emoji"/>
        </w:rPr>
        <w:t xml:space="preserve">Technical Description (English): "To radically remediate the credential interception vulnerability (Responder/LLMNR Poisoning), a centralized Group Policy Object (GPO) was deployed from the Windows Server 2025 instance to mandatorily disable fallback broadcast protocols across all organizational endpoints. A policy named Disable LLMNR Policy was created, enabling the Turn off multicast name resolution setting under Computer Configuration -&gt; Administrative Templates -&gt; Network -&gt; DNS Client. The final operational test from the Kali Linux machine </w:t>
      </w:r>
      <w:r w:rsidRPr="008D03E7">
        <w:rPr>
          <w:rFonts w:ascii="Segoe UI Emoji" w:hAnsi="Segoe UI Emoji" w:cs="Segoe UI Emoji"/>
        </w:rPr>
        <w:lastRenderedPageBreak/>
        <w:t>confirmed a 100% successful remediation. Windows endpoints completely ceased transmitting broadcast queries (LLMNR/NBT-NS/</w:t>
      </w:r>
      <w:proofErr w:type="spellStart"/>
      <w:r w:rsidRPr="008D03E7">
        <w:rPr>
          <w:rFonts w:ascii="Segoe UI Emoji" w:hAnsi="Segoe UI Emoji" w:cs="Segoe UI Emoji"/>
        </w:rPr>
        <w:t>mDNS</w:t>
      </w:r>
      <w:proofErr w:type="spellEnd"/>
      <w:r w:rsidRPr="008D03E7">
        <w:rPr>
          <w:rFonts w:ascii="Segoe UI Emoji" w:hAnsi="Segoe UI Emoji" w:cs="Segoe UI Emoji"/>
        </w:rPr>
        <w:t>) upon DNS resolution failure, rendering the Responder tool completely silent and permanently protecting NTLMv2 password hashes from interception."</w:t>
      </w:r>
    </w:p>
    <w:p w:rsidR="008D03E7" w:rsidRDefault="00457234" w:rsidP="008D03E7">
      <w:pPr>
        <w:tabs>
          <w:tab w:val="left" w:pos="7020"/>
        </w:tabs>
        <w:rPr>
          <w:rFonts w:ascii="Segoe UI Emoji" w:hAnsi="Segoe UI Emoji" w:cs="Times New Roman"/>
          <w:rtl/>
        </w:rPr>
      </w:pPr>
      <w:r>
        <w:rPr>
          <w:rFonts w:ascii="Segoe UI Emoji" w:hAnsi="Segoe UI Emoji" w:cs="Times New Roman" w:hint="cs"/>
          <w:noProof/>
          <w:rtl/>
          <w:lang w:val="ar-SA"/>
        </w:rPr>
        <w:drawing>
          <wp:inline distT="0" distB="0" distL="0" distR="0">
            <wp:extent cx="5943600" cy="258762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المعالجة المعمارية وإغلاق بروتوكولات البث نهائياً عبر GPO (Broadcast Protocols Remediation via GPO).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2587625"/>
                    </a:xfrm>
                    <a:prstGeom prst="rect">
                      <a:avLst/>
                    </a:prstGeom>
                  </pic:spPr>
                </pic:pic>
              </a:graphicData>
            </a:graphic>
          </wp:inline>
        </w:drawing>
      </w:r>
    </w:p>
    <w:p w:rsidR="00457234" w:rsidRPr="008D03E7" w:rsidRDefault="00457234" w:rsidP="008D03E7">
      <w:pPr>
        <w:tabs>
          <w:tab w:val="left" w:pos="7020"/>
        </w:tabs>
        <w:rPr>
          <w:rFonts w:ascii="Segoe UI Emoji" w:hAnsi="Segoe UI Emoji" w:cs="Times New Roman"/>
          <w:rtl/>
        </w:rPr>
      </w:pPr>
      <w:r>
        <w:rPr>
          <w:rFonts w:ascii="Segoe UI Emoji" w:hAnsi="Segoe UI Emoji" w:cs="Times New Roman" w:hint="cs"/>
          <w:noProof/>
          <w:rtl/>
          <w:lang w:val="ar-SA"/>
        </w:rPr>
        <w:drawing>
          <wp:inline distT="0" distB="0" distL="0" distR="0">
            <wp:extent cx="5943600" cy="140398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المعالجة المعمارية وإغلاق بروتوكولات البث نهائياً عبر GPO (Broadcast Protocols Remediation via GPO)2.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3600" cy="1403985"/>
                    </a:xfrm>
                    <a:prstGeom prst="rect">
                      <a:avLst/>
                    </a:prstGeom>
                  </pic:spPr>
                </pic:pic>
              </a:graphicData>
            </a:graphic>
          </wp:inline>
        </w:drawing>
      </w:r>
    </w:p>
    <w:p w:rsidR="008A5E63" w:rsidRDefault="008A5E63" w:rsidP="004A3180">
      <w:pPr>
        <w:pBdr>
          <w:bottom w:val="single" w:sz="6" w:space="1" w:color="auto"/>
        </w:pBdr>
        <w:tabs>
          <w:tab w:val="left" w:pos="7020"/>
        </w:tabs>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Default="00576B52" w:rsidP="004A3180">
      <w:pPr>
        <w:tabs>
          <w:tab w:val="left" w:pos="7020"/>
        </w:tabs>
        <w:rPr>
          <w:rFonts w:cs="Times New Roman"/>
          <w:rtl/>
        </w:rPr>
      </w:pPr>
    </w:p>
    <w:p w:rsidR="00576B52" w:rsidRPr="00576B52" w:rsidRDefault="00576B52" w:rsidP="00576B52">
      <w:pPr>
        <w:tabs>
          <w:tab w:val="left" w:pos="7020"/>
        </w:tabs>
        <w:rPr>
          <w:rFonts w:cs="Times New Roman"/>
        </w:rPr>
      </w:pPr>
      <w:r w:rsidRPr="00576B52">
        <w:rPr>
          <w:rFonts w:ascii="Segoe UI Emoji" w:hAnsi="Segoe UI Emoji" w:cs="Segoe UI Emoji"/>
        </w:rPr>
        <w:t>📌</w:t>
      </w:r>
      <w:r w:rsidRPr="00576B52">
        <w:rPr>
          <w:rFonts w:cs="Times New Roman"/>
        </w:rPr>
        <w:t xml:space="preserve"> </w:t>
      </w:r>
      <w:r w:rsidRPr="00576B52">
        <w:rPr>
          <w:rFonts w:cs="Times New Roman" w:hint="cs"/>
          <w:rtl/>
        </w:rPr>
        <w:t>الخطوة</w:t>
      </w:r>
      <w:r w:rsidRPr="00576B52">
        <w:rPr>
          <w:rFonts w:cs="Times New Roman"/>
          <w:rtl/>
        </w:rPr>
        <w:t xml:space="preserve"> </w:t>
      </w:r>
      <w:r w:rsidRPr="00576B52">
        <w:rPr>
          <w:rFonts w:cs="Times New Roman" w:hint="cs"/>
          <w:rtl/>
        </w:rPr>
        <w:t>رقم</w:t>
      </w:r>
      <w:r w:rsidRPr="00576B52">
        <w:rPr>
          <w:rFonts w:cs="Times New Roman"/>
          <w:rtl/>
        </w:rPr>
        <w:t xml:space="preserve"> (44): </w:t>
      </w:r>
      <w:r w:rsidRPr="00576B52">
        <w:rPr>
          <w:rFonts w:cs="Times New Roman" w:hint="cs"/>
          <w:rtl/>
        </w:rPr>
        <w:t>إعادة</w:t>
      </w:r>
      <w:r w:rsidRPr="00576B52">
        <w:rPr>
          <w:rFonts w:cs="Times New Roman"/>
          <w:rtl/>
        </w:rPr>
        <w:t xml:space="preserve"> </w:t>
      </w:r>
      <w:r w:rsidRPr="00576B52">
        <w:rPr>
          <w:rFonts w:cs="Times New Roman" w:hint="cs"/>
          <w:rtl/>
        </w:rPr>
        <w:t>اختبار</w:t>
      </w:r>
      <w:r w:rsidRPr="00576B52">
        <w:rPr>
          <w:rFonts w:cs="Times New Roman"/>
          <w:rtl/>
        </w:rPr>
        <w:t xml:space="preserve"> </w:t>
      </w:r>
      <w:r w:rsidRPr="00576B52">
        <w:rPr>
          <w:rFonts w:cs="Times New Roman" w:hint="cs"/>
          <w:rtl/>
        </w:rPr>
        <w:t>التحصين</w:t>
      </w:r>
      <w:r w:rsidRPr="00576B52">
        <w:rPr>
          <w:rFonts w:cs="Times New Roman"/>
          <w:rtl/>
        </w:rPr>
        <w:t xml:space="preserve"> </w:t>
      </w:r>
      <w:r w:rsidRPr="00576B52">
        <w:rPr>
          <w:rFonts w:cs="Times New Roman" w:hint="cs"/>
          <w:rtl/>
        </w:rPr>
        <w:t>والتحقق</w:t>
      </w:r>
      <w:r w:rsidRPr="00576B52">
        <w:rPr>
          <w:rFonts w:cs="Times New Roman"/>
          <w:rtl/>
        </w:rPr>
        <w:t xml:space="preserve"> </w:t>
      </w:r>
      <w:r w:rsidRPr="00576B52">
        <w:rPr>
          <w:rFonts w:cs="Times New Roman" w:hint="cs"/>
          <w:rtl/>
        </w:rPr>
        <w:t>النهائي</w:t>
      </w:r>
      <w:r w:rsidRPr="00576B52">
        <w:rPr>
          <w:rFonts w:cs="Times New Roman"/>
        </w:rPr>
        <w:t xml:space="preserve"> (Re-Testing &amp; Final Verification)</w:t>
      </w:r>
    </w:p>
    <w:p w:rsidR="00576B52" w:rsidRPr="00576B52" w:rsidRDefault="00576B52" w:rsidP="00576B52">
      <w:pPr>
        <w:tabs>
          <w:tab w:val="left" w:pos="7020"/>
        </w:tabs>
        <w:rPr>
          <w:rFonts w:cs="Times New Roman"/>
        </w:rPr>
      </w:pPr>
      <w:r w:rsidRPr="00576B52">
        <w:rPr>
          <w:rFonts w:cs="Times New Roman" w:hint="cs"/>
          <w:rtl/>
        </w:rPr>
        <w:t>الوصف</w:t>
      </w:r>
      <w:r w:rsidRPr="00576B52">
        <w:rPr>
          <w:rFonts w:cs="Times New Roman"/>
          <w:rtl/>
        </w:rPr>
        <w:t xml:space="preserve"> </w:t>
      </w:r>
      <w:r w:rsidRPr="00576B52">
        <w:rPr>
          <w:rFonts w:cs="Times New Roman" w:hint="cs"/>
          <w:rtl/>
        </w:rPr>
        <w:t>الفني</w:t>
      </w:r>
      <w:r w:rsidRPr="00576B52">
        <w:rPr>
          <w:rFonts w:cs="Times New Roman"/>
          <w:rtl/>
        </w:rPr>
        <w:t xml:space="preserve"> (</w:t>
      </w:r>
      <w:r w:rsidRPr="00576B52">
        <w:rPr>
          <w:rFonts w:cs="Times New Roman" w:hint="cs"/>
          <w:rtl/>
        </w:rPr>
        <w:t>بالعربية</w:t>
      </w:r>
      <w:r w:rsidRPr="00576B52">
        <w:rPr>
          <w:rFonts w:cs="Times New Roman"/>
          <w:rtl/>
        </w:rPr>
        <w:t>): "</w:t>
      </w:r>
      <w:r w:rsidRPr="00576B52">
        <w:rPr>
          <w:rFonts w:cs="Times New Roman" w:hint="cs"/>
          <w:rtl/>
        </w:rPr>
        <w:t>كمرحلة</w:t>
      </w:r>
      <w:r w:rsidRPr="00576B52">
        <w:rPr>
          <w:rFonts w:cs="Times New Roman"/>
          <w:rtl/>
        </w:rPr>
        <w:t xml:space="preserve"> </w:t>
      </w:r>
      <w:r w:rsidRPr="00576B52">
        <w:rPr>
          <w:rFonts w:cs="Times New Roman" w:hint="cs"/>
          <w:rtl/>
        </w:rPr>
        <w:t>ختامية</w:t>
      </w:r>
      <w:r w:rsidRPr="00576B52">
        <w:rPr>
          <w:rFonts w:cs="Times New Roman"/>
          <w:rtl/>
        </w:rPr>
        <w:t xml:space="preserve"> </w:t>
      </w:r>
      <w:r w:rsidRPr="00576B52">
        <w:rPr>
          <w:rFonts w:cs="Times New Roman" w:hint="cs"/>
          <w:rtl/>
        </w:rPr>
        <w:t>من</w:t>
      </w:r>
      <w:r w:rsidRPr="00576B52">
        <w:rPr>
          <w:rFonts w:cs="Times New Roman"/>
          <w:rtl/>
        </w:rPr>
        <w:t xml:space="preserve"> </w:t>
      </w:r>
      <w:r w:rsidRPr="00576B52">
        <w:rPr>
          <w:rFonts w:cs="Times New Roman" w:hint="cs"/>
          <w:rtl/>
        </w:rPr>
        <w:t>تقييم</w:t>
      </w:r>
      <w:r w:rsidRPr="00576B52">
        <w:rPr>
          <w:rFonts w:cs="Times New Roman"/>
          <w:rtl/>
        </w:rPr>
        <w:t xml:space="preserve"> </w:t>
      </w:r>
      <w:r w:rsidRPr="00576B52">
        <w:rPr>
          <w:rFonts w:cs="Times New Roman" w:hint="cs"/>
          <w:rtl/>
        </w:rPr>
        <w:t>الأمن</w:t>
      </w:r>
      <w:r w:rsidRPr="00576B52">
        <w:rPr>
          <w:rFonts w:cs="Times New Roman"/>
          <w:rtl/>
        </w:rPr>
        <w:t xml:space="preserve"> </w:t>
      </w:r>
      <w:proofErr w:type="spellStart"/>
      <w:r w:rsidRPr="00576B52">
        <w:rPr>
          <w:rFonts w:cs="Times New Roman" w:hint="cs"/>
          <w:rtl/>
        </w:rPr>
        <w:t>السيبراني</w:t>
      </w:r>
      <w:proofErr w:type="spellEnd"/>
      <w:r w:rsidRPr="00576B52">
        <w:rPr>
          <w:rFonts w:cs="Times New Roman"/>
          <w:rtl/>
        </w:rPr>
        <w:t xml:space="preserve">، </w:t>
      </w:r>
      <w:r w:rsidRPr="00576B52">
        <w:rPr>
          <w:rFonts w:cs="Times New Roman" w:hint="cs"/>
          <w:rtl/>
        </w:rPr>
        <w:t>تم</w:t>
      </w:r>
      <w:r w:rsidRPr="00576B52">
        <w:rPr>
          <w:rFonts w:cs="Times New Roman"/>
          <w:rtl/>
        </w:rPr>
        <w:t xml:space="preserve"> </w:t>
      </w:r>
      <w:r w:rsidRPr="00576B52">
        <w:rPr>
          <w:rFonts w:cs="Times New Roman" w:hint="cs"/>
          <w:rtl/>
        </w:rPr>
        <w:t>إعادة</w:t>
      </w:r>
      <w:r w:rsidRPr="00576B52">
        <w:rPr>
          <w:rFonts w:cs="Times New Roman"/>
          <w:rtl/>
        </w:rPr>
        <w:t xml:space="preserve"> </w:t>
      </w:r>
      <w:r w:rsidRPr="00576B52">
        <w:rPr>
          <w:rFonts w:cs="Times New Roman" w:hint="cs"/>
          <w:rtl/>
        </w:rPr>
        <w:t>تنفيذ</w:t>
      </w:r>
      <w:r w:rsidRPr="00576B52">
        <w:rPr>
          <w:rFonts w:cs="Times New Roman"/>
          <w:rtl/>
        </w:rPr>
        <w:t xml:space="preserve"> </w:t>
      </w:r>
      <w:r w:rsidRPr="00576B52">
        <w:rPr>
          <w:rFonts w:cs="Times New Roman" w:hint="cs"/>
          <w:rtl/>
        </w:rPr>
        <w:t>نفس</w:t>
      </w:r>
      <w:r w:rsidRPr="00576B52">
        <w:rPr>
          <w:rFonts w:cs="Times New Roman"/>
          <w:rtl/>
        </w:rPr>
        <w:t xml:space="preserve"> </w:t>
      </w:r>
      <w:r w:rsidRPr="00576B52">
        <w:rPr>
          <w:rFonts w:cs="Times New Roman" w:hint="cs"/>
          <w:rtl/>
        </w:rPr>
        <w:t>هجمات</w:t>
      </w:r>
      <w:r w:rsidRPr="00576B52">
        <w:rPr>
          <w:rFonts w:cs="Times New Roman"/>
          <w:rtl/>
        </w:rPr>
        <w:t xml:space="preserve"> </w:t>
      </w:r>
      <w:r w:rsidRPr="00576B52">
        <w:rPr>
          <w:rFonts w:cs="Times New Roman" w:hint="cs"/>
          <w:rtl/>
        </w:rPr>
        <w:t>الاستطلاع</w:t>
      </w:r>
      <w:r w:rsidRPr="00576B52">
        <w:rPr>
          <w:rFonts w:cs="Times New Roman"/>
          <w:rtl/>
        </w:rPr>
        <w:t xml:space="preserve"> </w:t>
      </w:r>
      <w:r w:rsidRPr="00576B52">
        <w:rPr>
          <w:rFonts w:cs="Times New Roman" w:hint="cs"/>
          <w:rtl/>
        </w:rPr>
        <w:t>والاختراق</w:t>
      </w:r>
      <w:r w:rsidRPr="00576B52">
        <w:rPr>
          <w:rFonts w:cs="Times New Roman"/>
          <w:rtl/>
        </w:rPr>
        <w:t xml:space="preserve"> </w:t>
      </w:r>
      <w:r w:rsidRPr="00576B52">
        <w:rPr>
          <w:rFonts w:cs="Times New Roman" w:hint="cs"/>
          <w:rtl/>
        </w:rPr>
        <w:t>التي</w:t>
      </w:r>
      <w:r w:rsidRPr="00576B52">
        <w:rPr>
          <w:rFonts w:cs="Times New Roman"/>
          <w:rtl/>
        </w:rPr>
        <w:t xml:space="preserve"> </w:t>
      </w:r>
      <w:r w:rsidRPr="00576B52">
        <w:rPr>
          <w:rFonts w:cs="Times New Roman" w:hint="cs"/>
          <w:rtl/>
        </w:rPr>
        <w:t>تم</w:t>
      </w:r>
      <w:r w:rsidRPr="00576B52">
        <w:rPr>
          <w:rFonts w:cs="Times New Roman"/>
          <w:rtl/>
        </w:rPr>
        <w:t xml:space="preserve"> </w:t>
      </w:r>
      <w:r w:rsidRPr="00576B52">
        <w:rPr>
          <w:rFonts w:cs="Times New Roman" w:hint="cs"/>
          <w:rtl/>
        </w:rPr>
        <w:t>اكتشافها</w:t>
      </w:r>
      <w:r w:rsidRPr="00576B52">
        <w:rPr>
          <w:rFonts w:cs="Times New Roman"/>
          <w:rtl/>
        </w:rPr>
        <w:t xml:space="preserve"> </w:t>
      </w:r>
      <w:r w:rsidRPr="00576B52">
        <w:rPr>
          <w:rFonts w:cs="Times New Roman" w:hint="cs"/>
          <w:rtl/>
        </w:rPr>
        <w:t>سابقاً</w:t>
      </w:r>
      <w:r w:rsidRPr="00576B52">
        <w:rPr>
          <w:rFonts w:cs="Times New Roman"/>
          <w:rtl/>
        </w:rPr>
        <w:t xml:space="preserve"> </w:t>
      </w:r>
      <w:r w:rsidRPr="00576B52">
        <w:rPr>
          <w:rFonts w:cs="Times New Roman" w:hint="cs"/>
          <w:rtl/>
        </w:rPr>
        <w:t>للتحقق</w:t>
      </w:r>
      <w:r w:rsidRPr="00576B52">
        <w:rPr>
          <w:rFonts w:cs="Times New Roman"/>
          <w:rtl/>
        </w:rPr>
        <w:t xml:space="preserve"> </w:t>
      </w:r>
      <w:r w:rsidRPr="00576B52">
        <w:rPr>
          <w:rFonts w:cs="Times New Roman" w:hint="cs"/>
          <w:rtl/>
        </w:rPr>
        <w:t>من</w:t>
      </w:r>
      <w:r w:rsidRPr="00576B52">
        <w:rPr>
          <w:rFonts w:cs="Times New Roman"/>
          <w:rtl/>
        </w:rPr>
        <w:t xml:space="preserve"> </w:t>
      </w:r>
      <w:r w:rsidRPr="00576B52">
        <w:rPr>
          <w:rFonts w:cs="Times New Roman" w:hint="cs"/>
          <w:rtl/>
        </w:rPr>
        <w:t>فعالية</w:t>
      </w:r>
      <w:r w:rsidRPr="00576B52">
        <w:rPr>
          <w:rFonts w:cs="Times New Roman"/>
          <w:rtl/>
        </w:rPr>
        <w:t xml:space="preserve"> </w:t>
      </w:r>
      <w:r w:rsidRPr="00576B52">
        <w:rPr>
          <w:rFonts w:cs="Times New Roman" w:hint="cs"/>
          <w:rtl/>
        </w:rPr>
        <w:t>الإجراءات</w:t>
      </w:r>
      <w:r w:rsidRPr="00576B52">
        <w:rPr>
          <w:rFonts w:cs="Times New Roman"/>
          <w:rtl/>
        </w:rPr>
        <w:t xml:space="preserve"> </w:t>
      </w:r>
      <w:r w:rsidRPr="00576B52">
        <w:rPr>
          <w:rFonts w:cs="Times New Roman" w:hint="cs"/>
          <w:rtl/>
        </w:rPr>
        <w:t>الأمنية</w:t>
      </w:r>
      <w:r w:rsidRPr="00576B52">
        <w:rPr>
          <w:rFonts w:cs="Times New Roman"/>
          <w:rtl/>
        </w:rPr>
        <w:t xml:space="preserve"> </w:t>
      </w:r>
      <w:r w:rsidRPr="00576B52">
        <w:rPr>
          <w:rFonts w:cs="Times New Roman" w:hint="cs"/>
          <w:rtl/>
        </w:rPr>
        <w:t>المطبقة</w:t>
      </w:r>
      <w:r w:rsidRPr="00576B52">
        <w:rPr>
          <w:rFonts w:cs="Times New Roman"/>
          <w:rtl/>
        </w:rPr>
        <w:t xml:space="preserve">. </w:t>
      </w:r>
      <w:r w:rsidRPr="00576B52">
        <w:rPr>
          <w:rFonts w:cs="Times New Roman" w:hint="cs"/>
          <w:rtl/>
        </w:rPr>
        <w:t>عند</w:t>
      </w:r>
      <w:r w:rsidRPr="00576B52">
        <w:rPr>
          <w:rFonts w:cs="Times New Roman"/>
          <w:rtl/>
        </w:rPr>
        <w:t xml:space="preserve"> </w:t>
      </w:r>
      <w:r w:rsidRPr="00576B52">
        <w:rPr>
          <w:rFonts w:cs="Times New Roman" w:hint="cs"/>
          <w:rtl/>
        </w:rPr>
        <w:t>إعادة</w:t>
      </w:r>
      <w:r w:rsidRPr="00576B52">
        <w:rPr>
          <w:rFonts w:cs="Times New Roman"/>
          <w:rtl/>
        </w:rPr>
        <w:t xml:space="preserve"> </w:t>
      </w:r>
      <w:r w:rsidRPr="00576B52">
        <w:rPr>
          <w:rFonts w:cs="Times New Roman" w:hint="cs"/>
          <w:rtl/>
        </w:rPr>
        <w:t>محاولة</w:t>
      </w:r>
      <w:r w:rsidRPr="00576B52">
        <w:rPr>
          <w:rFonts w:cs="Times New Roman"/>
          <w:rtl/>
        </w:rPr>
        <w:t xml:space="preserve"> </w:t>
      </w:r>
      <w:r w:rsidRPr="00576B52">
        <w:rPr>
          <w:rFonts w:cs="Times New Roman" w:hint="cs"/>
          <w:rtl/>
        </w:rPr>
        <w:t>الدخول</w:t>
      </w:r>
      <w:r w:rsidRPr="00576B52">
        <w:rPr>
          <w:rFonts w:cs="Times New Roman"/>
          <w:rtl/>
        </w:rPr>
        <w:t xml:space="preserve"> </w:t>
      </w:r>
      <w:r w:rsidRPr="00576B52">
        <w:rPr>
          <w:rFonts w:cs="Times New Roman" w:hint="cs"/>
          <w:rtl/>
        </w:rPr>
        <w:t>المجهول</w:t>
      </w:r>
      <w:r w:rsidRPr="00576B52">
        <w:rPr>
          <w:rFonts w:cs="Times New Roman"/>
          <w:rtl/>
        </w:rPr>
        <w:t xml:space="preserve"> </w:t>
      </w:r>
      <w:r w:rsidRPr="00576B52">
        <w:rPr>
          <w:rFonts w:cs="Times New Roman" w:hint="cs"/>
          <w:rtl/>
        </w:rPr>
        <w:t>لبروتوكول</w:t>
      </w:r>
      <w:r w:rsidRPr="00576B52">
        <w:rPr>
          <w:rFonts w:cs="Times New Roman"/>
        </w:rPr>
        <w:t xml:space="preserve"> SMB </w:t>
      </w:r>
      <w:r w:rsidRPr="00576B52">
        <w:rPr>
          <w:rFonts w:cs="Times New Roman" w:hint="cs"/>
          <w:rtl/>
        </w:rPr>
        <w:t>باستخدام</w:t>
      </w:r>
      <w:r w:rsidRPr="00576B52">
        <w:rPr>
          <w:rFonts w:cs="Times New Roman"/>
          <w:rtl/>
        </w:rPr>
        <w:t xml:space="preserve"> </w:t>
      </w:r>
      <w:r w:rsidRPr="00576B52">
        <w:rPr>
          <w:rFonts w:cs="Times New Roman" w:hint="cs"/>
          <w:rtl/>
        </w:rPr>
        <w:t>أداة</w:t>
      </w:r>
      <w:r w:rsidRPr="00576B52">
        <w:rPr>
          <w:rFonts w:cs="Times New Roman"/>
        </w:rPr>
        <w:t xml:space="preserve"> </w:t>
      </w:r>
      <w:proofErr w:type="spellStart"/>
      <w:r w:rsidRPr="00576B52">
        <w:rPr>
          <w:rFonts w:cs="Times New Roman"/>
        </w:rPr>
        <w:t>smbclient</w:t>
      </w:r>
      <w:proofErr w:type="spellEnd"/>
      <w:r w:rsidRPr="00576B52">
        <w:rPr>
          <w:rFonts w:cs="Times New Roman"/>
          <w:rtl/>
        </w:rPr>
        <w:t xml:space="preserve">، </w:t>
      </w:r>
      <w:r w:rsidRPr="00576B52">
        <w:rPr>
          <w:rFonts w:cs="Times New Roman" w:hint="cs"/>
          <w:rtl/>
        </w:rPr>
        <w:t>وعلى</w:t>
      </w:r>
      <w:r w:rsidRPr="00576B52">
        <w:rPr>
          <w:rFonts w:cs="Times New Roman"/>
          <w:rtl/>
        </w:rPr>
        <w:t xml:space="preserve"> </w:t>
      </w:r>
      <w:r w:rsidRPr="00576B52">
        <w:rPr>
          <w:rFonts w:cs="Times New Roman" w:hint="cs"/>
          <w:rtl/>
        </w:rPr>
        <w:t>الرغم</w:t>
      </w:r>
      <w:r w:rsidRPr="00576B52">
        <w:rPr>
          <w:rFonts w:cs="Times New Roman"/>
          <w:rtl/>
        </w:rPr>
        <w:t xml:space="preserve"> </w:t>
      </w:r>
      <w:r w:rsidRPr="00576B52">
        <w:rPr>
          <w:rFonts w:cs="Times New Roman" w:hint="cs"/>
          <w:rtl/>
        </w:rPr>
        <w:t>من</w:t>
      </w:r>
      <w:r w:rsidRPr="00576B52">
        <w:rPr>
          <w:rFonts w:cs="Times New Roman"/>
          <w:rtl/>
        </w:rPr>
        <w:t xml:space="preserve"> </w:t>
      </w:r>
      <w:r w:rsidRPr="00576B52">
        <w:rPr>
          <w:rFonts w:cs="Times New Roman" w:hint="cs"/>
          <w:rtl/>
        </w:rPr>
        <w:t>قبول</w:t>
      </w:r>
      <w:r w:rsidRPr="00576B52">
        <w:rPr>
          <w:rFonts w:cs="Times New Roman"/>
          <w:rtl/>
        </w:rPr>
        <w:t xml:space="preserve"> </w:t>
      </w:r>
      <w:r w:rsidRPr="00576B52">
        <w:rPr>
          <w:rFonts w:cs="Times New Roman" w:hint="cs"/>
          <w:rtl/>
        </w:rPr>
        <w:t>الاتصال</w:t>
      </w:r>
      <w:r w:rsidRPr="00576B52">
        <w:rPr>
          <w:rFonts w:cs="Times New Roman"/>
          <w:rtl/>
        </w:rPr>
        <w:t xml:space="preserve"> </w:t>
      </w:r>
      <w:r w:rsidRPr="00576B52">
        <w:rPr>
          <w:rFonts w:cs="Times New Roman" w:hint="cs"/>
          <w:rtl/>
        </w:rPr>
        <w:t>المبدئي</w:t>
      </w:r>
      <w:r w:rsidRPr="00576B52">
        <w:rPr>
          <w:rFonts w:cs="Times New Roman"/>
          <w:rtl/>
        </w:rPr>
        <w:t xml:space="preserve"> (</w:t>
      </w:r>
      <w:r w:rsidRPr="00576B52">
        <w:rPr>
          <w:rFonts w:cs="Times New Roman" w:hint="cs"/>
          <w:rtl/>
        </w:rPr>
        <w:t>لأغراض</w:t>
      </w:r>
      <w:r w:rsidRPr="00576B52">
        <w:rPr>
          <w:rFonts w:cs="Times New Roman"/>
          <w:rtl/>
        </w:rPr>
        <w:t xml:space="preserve"> </w:t>
      </w:r>
      <w:r w:rsidRPr="00576B52">
        <w:rPr>
          <w:rFonts w:cs="Times New Roman" w:hint="cs"/>
          <w:rtl/>
        </w:rPr>
        <w:t>التوافق</w:t>
      </w:r>
      <w:r w:rsidRPr="00576B52">
        <w:rPr>
          <w:rFonts w:cs="Times New Roman"/>
          <w:rtl/>
        </w:rPr>
        <w:t xml:space="preserve">)، </w:t>
      </w:r>
      <w:r w:rsidRPr="00576B52">
        <w:rPr>
          <w:rFonts w:cs="Times New Roman" w:hint="cs"/>
          <w:rtl/>
        </w:rPr>
        <w:t>إلا</w:t>
      </w:r>
      <w:r w:rsidRPr="00576B52">
        <w:rPr>
          <w:rFonts w:cs="Times New Roman"/>
          <w:rtl/>
        </w:rPr>
        <w:t xml:space="preserve"> </w:t>
      </w:r>
      <w:r w:rsidRPr="00576B52">
        <w:rPr>
          <w:rFonts w:cs="Times New Roman" w:hint="cs"/>
          <w:rtl/>
        </w:rPr>
        <w:t>أن</w:t>
      </w:r>
      <w:r w:rsidRPr="00576B52">
        <w:rPr>
          <w:rFonts w:cs="Times New Roman"/>
          <w:rtl/>
        </w:rPr>
        <w:t xml:space="preserve"> </w:t>
      </w:r>
      <w:r w:rsidRPr="00576B52">
        <w:rPr>
          <w:rFonts w:cs="Times New Roman" w:hint="cs"/>
          <w:rtl/>
        </w:rPr>
        <w:t>السيرفر</w:t>
      </w:r>
      <w:r w:rsidRPr="00576B52">
        <w:rPr>
          <w:rFonts w:cs="Times New Roman"/>
          <w:rtl/>
        </w:rPr>
        <w:t xml:space="preserve"> </w:t>
      </w:r>
      <w:r w:rsidRPr="00576B52">
        <w:rPr>
          <w:rFonts w:cs="Times New Roman" w:hint="cs"/>
          <w:rtl/>
        </w:rPr>
        <w:t>رفض</w:t>
      </w:r>
      <w:r w:rsidRPr="00576B52">
        <w:rPr>
          <w:rFonts w:cs="Times New Roman"/>
          <w:rtl/>
        </w:rPr>
        <w:t xml:space="preserve"> </w:t>
      </w:r>
      <w:r w:rsidRPr="00576B52">
        <w:rPr>
          <w:rFonts w:cs="Times New Roman" w:hint="cs"/>
          <w:rtl/>
        </w:rPr>
        <w:t>تسريب</w:t>
      </w:r>
      <w:r w:rsidRPr="00576B52">
        <w:rPr>
          <w:rFonts w:cs="Times New Roman"/>
          <w:rtl/>
        </w:rPr>
        <w:t xml:space="preserve"> </w:t>
      </w:r>
      <w:r w:rsidRPr="00576B52">
        <w:rPr>
          <w:rFonts w:cs="Times New Roman" w:hint="cs"/>
          <w:rtl/>
        </w:rPr>
        <w:t>قائمة</w:t>
      </w:r>
      <w:r w:rsidRPr="00576B52">
        <w:rPr>
          <w:rFonts w:cs="Times New Roman"/>
          <w:rtl/>
        </w:rPr>
        <w:t xml:space="preserve"> </w:t>
      </w:r>
      <w:r w:rsidRPr="00576B52">
        <w:rPr>
          <w:rFonts w:cs="Times New Roman" w:hint="cs"/>
          <w:rtl/>
        </w:rPr>
        <w:t>المجلدات</w:t>
      </w:r>
      <w:r w:rsidRPr="00576B52">
        <w:rPr>
          <w:rFonts w:cs="Times New Roman"/>
          <w:rtl/>
        </w:rPr>
        <w:t xml:space="preserve"> </w:t>
      </w:r>
      <w:r w:rsidRPr="00576B52">
        <w:rPr>
          <w:rFonts w:cs="Times New Roman" w:hint="cs"/>
          <w:rtl/>
        </w:rPr>
        <w:t>المشتركة</w:t>
      </w:r>
      <w:r w:rsidRPr="00576B52">
        <w:rPr>
          <w:rFonts w:cs="Times New Roman"/>
        </w:rPr>
        <w:t xml:space="preserve"> (Empty Share List) </w:t>
      </w:r>
      <w:r w:rsidRPr="00576B52">
        <w:rPr>
          <w:rFonts w:cs="Times New Roman" w:hint="cs"/>
          <w:rtl/>
        </w:rPr>
        <w:t>ولم</w:t>
      </w:r>
      <w:r w:rsidRPr="00576B52">
        <w:rPr>
          <w:rFonts w:cs="Times New Roman"/>
          <w:rtl/>
        </w:rPr>
        <w:t xml:space="preserve"> </w:t>
      </w:r>
      <w:r w:rsidRPr="00576B52">
        <w:rPr>
          <w:rFonts w:cs="Times New Roman" w:hint="cs"/>
          <w:rtl/>
        </w:rPr>
        <w:t>يعرض</w:t>
      </w:r>
      <w:r w:rsidRPr="00576B52">
        <w:rPr>
          <w:rFonts w:cs="Times New Roman"/>
          <w:rtl/>
        </w:rPr>
        <w:t xml:space="preserve"> </w:t>
      </w:r>
      <w:r w:rsidRPr="00576B52">
        <w:rPr>
          <w:rFonts w:cs="Times New Roman" w:hint="cs"/>
          <w:rtl/>
        </w:rPr>
        <w:t>أي</w:t>
      </w:r>
      <w:r w:rsidRPr="00576B52">
        <w:rPr>
          <w:rFonts w:cs="Times New Roman"/>
          <w:rtl/>
        </w:rPr>
        <w:t xml:space="preserve"> </w:t>
      </w:r>
      <w:r w:rsidRPr="00576B52">
        <w:rPr>
          <w:rFonts w:cs="Times New Roman" w:hint="cs"/>
          <w:rtl/>
        </w:rPr>
        <w:t>من</w:t>
      </w:r>
      <w:r w:rsidRPr="00576B52">
        <w:rPr>
          <w:rFonts w:cs="Times New Roman"/>
        </w:rPr>
        <w:t xml:space="preserve"> SYSVOL </w:t>
      </w:r>
      <w:r w:rsidRPr="00576B52">
        <w:rPr>
          <w:rFonts w:cs="Times New Roman" w:hint="cs"/>
          <w:rtl/>
        </w:rPr>
        <w:t>أو</w:t>
      </w:r>
      <w:r w:rsidRPr="00576B52">
        <w:rPr>
          <w:rFonts w:cs="Times New Roman"/>
        </w:rPr>
        <w:t xml:space="preserve"> C$ </w:t>
      </w:r>
      <w:r w:rsidRPr="00576B52">
        <w:rPr>
          <w:rFonts w:cs="Times New Roman" w:hint="cs"/>
          <w:rtl/>
        </w:rPr>
        <w:t>كما</w:t>
      </w:r>
      <w:r w:rsidRPr="00576B52">
        <w:rPr>
          <w:rFonts w:cs="Times New Roman"/>
          <w:rtl/>
        </w:rPr>
        <w:t xml:space="preserve"> </w:t>
      </w:r>
      <w:r w:rsidRPr="00576B52">
        <w:rPr>
          <w:rFonts w:cs="Times New Roman" w:hint="cs"/>
          <w:rtl/>
        </w:rPr>
        <w:t>كان</w:t>
      </w:r>
      <w:r w:rsidRPr="00576B52">
        <w:rPr>
          <w:rFonts w:cs="Times New Roman"/>
          <w:rtl/>
        </w:rPr>
        <w:t xml:space="preserve"> </w:t>
      </w:r>
      <w:r w:rsidRPr="00576B52">
        <w:rPr>
          <w:rFonts w:cs="Times New Roman" w:hint="cs"/>
          <w:rtl/>
        </w:rPr>
        <w:t>في</w:t>
      </w:r>
      <w:r w:rsidRPr="00576B52">
        <w:rPr>
          <w:rFonts w:cs="Times New Roman"/>
          <w:rtl/>
        </w:rPr>
        <w:t xml:space="preserve"> </w:t>
      </w:r>
      <w:r w:rsidRPr="00576B52">
        <w:rPr>
          <w:rFonts w:cs="Times New Roman" w:hint="cs"/>
          <w:rtl/>
        </w:rPr>
        <w:t>الخطوة</w:t>
      </w:r>
      <w:r w:rsidRPr="00576B52">
        <w:rPr>
          <w:rFonts w:cs="Times New Roman"/>
          <w:rtl/>
        </w:rPr>
        <w:t xml:space="preserve"> (20). </w:t>
      </w:r>
      <w:r w:rsidRPr="00576B52">
        <w:rPr>
          <w:rFonts w:cs="Times New Roman" w:hint="cs"/>
          <w:rtl/>
        </w:rPr>
        <w:t>كما</w:t>
      </w:r>
      <w:r w:rsidRPr="00576B52">
        <w:rPr>
          <w:rFonts w:cs="Times New Roman"/>
          <w:rtl/>
        </w:rPr>
        <w:t xml:space="preserve"> </w:t>
      </w:r>
      <w:r w:rsidRPr="00576B52">
        <w:rPr>
          <w:rFonts w:cs="Times New Roman" w:hint="cs"/>
          <w:rtl/>
        </w:rPr>
        <w:t>تم</w:t>
      </w:r>
      <w:r w:rsidRPr="00576B52">
        <w:rPr>
          <w:rFonts w:cs="Times New Roman"/>
          <w:rtl/>
        </w:rPr>
        <w:t xml:space="preserve"> </w:t>
      </w:r>
      <w:r w:rsidRPr="00576B52">
        <w:rPr>
          <w:rFonts w:cs="Times New Roman" w:hint="cs"/>
          <w:rtl/>
        </w:rPr>
        <w:t>التأكد</w:t>
      </w:r>
      <w:r w:rsidRPr="00576B52">
        <w:rPr>
          <w:rFonts w:cs="Times New Roman"/>
          <w:rtl/>
        </w:rPr>
        <w:t xml:space="preserve"> </w:t>
      </w:r>
      <w:r w:rsidRPr="00576B52">
        <w:rPr>
          <w:rFonts w:cs="Times New Roman" w:hint="cs"/>
          <w:rtl/>
        </w:rPr>
        <w:t>من</w:t>
      </w:r>
      <w:r w:rsidRPr="00576B52">
        <w:rPr>
          <w:rFonts w:cs="Times New Roman"/>
          <w:rtl/>
        </w:rPr>
        <w:t xml:space="preserve"> </w:t>
      </w:r>
      <w:r w:rsidRPr="00576B52">
        <w:rPr>
          <w:rFonts w:cs="Times New Roman" w:hint="cs"/>
          <w:rtl/>
        </w:rPr>
        <w:t>استمرار</w:t>
      </w:r>
      <w:r w:rsidRPr="00576B52">
        <w:rPr>
          <w:rFonts w:cs="Times New Roman"/>
          <w:rtl/>
        </w:rPr>
        <w:t xml:space="preserve"> </w:t>
      </w:r>
      <w:r w:rsidRPr="00576B52">
        <w:rPr>
          <w:rFonts w:cs="Times New Roman" w:hint="cs"/>
          <w:rtl/>
        </w:rPr>
        <w:t>حظر</w:t>
      </w:r>
      <w:r w:rsidRPr="00576B52">
        <w:rPr>
          <w:rFonts w:cs="Times New Roman"/>
          <w:rtl/>
        </w:rPr>
        <w:t xml:space="preserve"> </w:t>
      </w:r>
      <w:r w:rsidRPr="00576B52">
        <w:rPr>
          <w:rFonts w:cs="Times New Roman" w:hint="cs"/>
          <w:rtl/>
        </w:rPr>
        <w:t>التعداد</w:t>
      </w:r>
      <w:r w:rsidRPr="00576B52">
        <w:rPr>
          <w:rFonts w:cs="Times New Roman"/>
          <w:rtl/>
        </w:rPr>
        <w:t xml:space="preserve"> </w:t>
      </w:r>
      <w:r w:rsidRPr="00576B52">
        <w:rPr>
          <w:rFonts w:cs="Times New Roman" w:hint="cs"/>
          <w:rtl/>
        </w:rPr>
        <w:t>المجهول</w:t>
      </w:r>
      <w:r w:rsidRPr="00576B52">
        <w:rPr>
          <w:rFonts w:cs="Times New Roman"/>
          <w:rtl/>
        </w:rPr>
        <w:t xml:space="preserve"> </w:t>
      </w:r>
      <w:r w:rsidRPr="00576B52">
        <w:rPr>
          <w:rFonts w:cs="Times New Roman" w:hint="cs"/>
          <w:rtl/>
        </w:rPr>
        <w:t>للمستخدمين</w:t>
      </w:r>
      <w:r w:rsidRPr="00576B52">
        <w:rPr>
          <w:rFonts w:cs="Times New Roman"/>
          <w:rtl/>
        </w:rPr>
        <w:t xml:space="preserve"> </w:t>
      </w:r>
      <w:r w:rsidRPr="00576B52">
        <w:rPr>
          <w:rFonts w:cs="Times New Roman" w:hint="cs"/>
          <w:rtl/>
        </w:rPr>
        <w:t>عبر</w:t>
      </w:r>
      <w:r w:rsidRPr="00576B52">
        <w:rPr>
          <w:rFonts w:cs="Times New Roman"/>
          <w:rtl/>
        </w:rPr>
        <w:t xml:space="preserve"> </w:t>
      </w:r>
      <w:r w:rsidRPr="00576B52">
        <w:rPr>
          <w:rFonts w:cs="Times New Roman" w:hint="cs"/>
          <w:rtl/>
        </w:rPr>
        <w:t>منفذ</w:t>
      </w:r>
      <w:r w:rsidRPr="00576B52">
        <w:rPr>
          <w:rFonts w:cs="Times New Roman"/>
          <w:rtl/>
        </w:rPr>
        <w:t xml:space="preserve"> 445. </w:t>
      </w:r>
      <w:r w:rsidRPr="00576B52">
        <w:rPr>
          <w:rFonts w:cs="Times New Roman" w:hint="cs"/>
          <w:rtl/>
        </w:rPr>
        <w:t>وفيما</w:t>
      </w:r>
      <w:r w:rsidRPr="00576B52">
        <w:rPr>
          <w:rFonts w:cs="Times New Roman"/>
          <w:rtl/>
        </w:rPr>
        <w:t xml:space="preserve"> </w:t>
      </w:r>
      <w:r w:rsidRPr="00576B52">
        <w:rPr>
          <w:rFonts w:cs="Times New Roman" w:hint="cs"/>
          <w:rtl/>
        </w:rPr>
        <w:t>يخص</w:t>
      </w:r>
      <w:r w:rsidRPr="00576B52">
        <w:rPr>
          <w:rFonts w:cs="Times New Roman"/>
          <w:rtl/>
        </w:rPr>
        <w:t xml:space="preserve"> </w:t>
      </w:r>
      <w:r w:rsidRPr="00576B52">
        <w:rPr>
          <w:rFonts w:cs="Times New Roman" w:hint="cs"/>
          <w:rtl/>
        </w:rPr>
        <w:t>بروتوكول</w:t>
      </w:r>
      <w:r w:rsidRPr="00576B52">
        <w:rPr>
          <w:rFonts w:cs="Times New Roman"/>
        </w:rPr>
        <w:t xml:space="preserve"> LLMNR</w:t>
      </w:r>
      <w:r w:rsidRPr="00576B52">
        <w:rPr>
          <w:rFonts w:cs="Times New Roman"/>
          <w:rtl/>
        </w:rPr>
        <w:t xml:space="preserve">، </w:t>
      </w:r>
      <w:r w:rsidRPr="00576B52">
        <w:rPr>
          <w:rFonts w:cs="Times New Roman" w:hint="cs"/>
          <w:rtl/>
        </w:rPr>
        <w:t>تم</w:t>
      </w:r>
      <w:r w:rsidRPr="00576B52">
        <w:rPr>
          <w:rFonts w:cs="Times New Roman"/>
          <w:rtl/>
        </w:rPr>
        <w:t xml:space="preserve"> </w:t>
      </w:r>
      <w:r w:rsidRPr="00576B52">
        <w:rPr>
          <w:rFonts w:cs="Times New Roman" w:hint="cs"/>
          <w:rtl/>
        </w:rPr>
        <w:t>التأكد</w:t>
      </w:r>
      <w:r w:rsidRPr="00576B52">
        <w:rPr>
          <w:rFonts w:cs="Times New Roman"/>
          <w:rtl/>
        </w:rPr>
        <w:t xml:space="preserve"> </w:t>
      </w:r>
      <w:r w:rsidRPr="00576B52">
        <w:rPr>
          <w:rFonts w:cs="Times New Roman" w:hint="cs"/>
          <w:rtl/>
        </w:rPr>
        <w:t>من</w:t>
      </w:r>
      <w:r w:rsidRPr="00576B52">
        <w:rPr>
          <w:rFonts w:cs="Times New Roman"/>
          <w:rtl/>
        </w:rPr>
        <w:t xml:space="preserve"> </w:t>
      </w:r>
      <w:r w:rsidRPr="00576B52">
        <w:rPr>
          <w:rFonts w:cs="Times New Roman" w:hint="cs"/>
          <w:rtl/>
        </w:rPr>
        <w:t>سقوط</w:t>
      </w:r>
      <w:r w:rsidRPr="00576B52">
        <w:rPr>
          <w:rFonts w:cs="Times New Roman"/>
          <w:rtl/>
        </w:rPr>
        <w:t xml:space="preserve"> </w:t>
      </w:r>
      <w:r w:rsidRPr="00576B52">
        <w:rPr>
          <w:rFonts w:cs="Times New Roman" w:hint="cs"/>
          <w:rtl/>
        </w:rPr>
        <w:t>أداة</w:t>
      </w:r>
      <w:r w:rsidRPr="00576B52">
        <w:rPr>
          <w:rFonts w:cs="Times New Roman"/>
        </w:rPr>
        <w:t xml:space="preserve"> Responder </w:t>
      </w:r>
      <w:r w:rsidRPr="00576B52">
        <w:rPr>
          <w:rFonts w:cs="Times New Roman" w:hint="cs"/>
          <w:rtl/>
        </w:rPr>
        <w:t>في</w:t>
      </w:r>
      <w:r w:rsidRPr="00576B52">
        <w:rPr>
          <w:rFonts w:cs="Times New Roman"/>
          <w:rtl/>
        </w:rPr>
        <w:t xml:space="preserve"> </w:t>
      </w:r>
      <w:r w:rsidRPr="00576B52">
        <w:rPr>
          <w:rFonts w:cs="Times New Roman" w:hint="cs"/>
          <w:rtl/>
        </w:rPr>
        <w:t>صمت</w:t>
      </w:r>
      <w:r w:rsidRPr="00576B52">
        <w:rPr>
          <w:rFonts w:cs="Times New Roman"/>
          <w:rtl/>
        </w:rPr>
        <w:t xml:space="preserve"> </w:t>
      </w:r>
      <w:r w:rsidRPr="00576B52">
        <w:rPr>
          <w:rFonts w:cs="Times New Roman" w:hint="cs"/>
          <w:rtl/>
        </w:rPr>
        <w:t>تام</w:t>
      </w:r>
      <w:r w:rsidRPr="00576B52">
        <w:rPr>
          <w:rFonts w:cs="Times New Roman"/>
        </w:rPr>
        <w:t xml:space="preserve"> (Silence) </w:t>
      </w:r>
      <w:r w:rsidRPr="00576B52">
        <w:rPr>
          <w:rFonts w:cs="Times New Roman" w:hint="cs"/>
          <w:rtl/>
        </w:rPr>
        <w:t>وعدم</w:t>
      </w:r>
      <w:r w:rsidRPr="00576B52">
        <w:rPr>
          <w:rFonts w:cs="Times New Roman"/>
          <w:rtl/>
        </w:rPr>
        <w:t xml:space="preserve"> </w:t>
      </w:r>
      <w:r w:rsidRPr="00576B52">
        <w:rPr>
          <w:rFonts w:cs="Times New Roman" w:hint="cs"/>
          <w:rtl/>
        </w:rPr>
        <w:t>قدرتها</w:t>
      </w:r>
      <w:r w:rsidRPr="00576B52">
        <w:rPr>
          <w:rFonts w:cs="Times New Roman"/>
          <w:rtl/>
        </w:rPr>
        <w:t xml:space="preserve"> </w:t>
      </w:r>
      <w:r w:rsidRPr="00576B52">
        <w:rPr>
          <w:rFonts w:cs="Times New Roman" w:hint="cs"/>
          <w:rtl/>
        </w:rPr>
        <w:t>على</w:t>
      </w:r>
      <w:r w:rsidRPr="00576B52">
        <w:rPr>
          <w:rFonts w:cs="Times New Roman"/>
          <w:rtl/>
        </w:rPr>
        <w:t xml:space="preserve"> </w:t>
      </w:r>
      <w:r w:rsidRPr="00576B52">
        <w:rPr>
          <w:rFonts w:cs="Times New Roman" w:hint="cs"/>
          <w:rtl/>
        </w:rPr>
        <w:t>اعتراض</w:t>
      </w:r>
      <w:r w:rsidRPr="00576B52">
        <w:rPr>
          <w:rFonts w:cs="Times New Roman"/>
          <w:rtl/>
        </w:rPr>
        <w:t xml:space="preserve"> </w:t>
      </w:r>
      <w:r w:rsidRPr="00576B52">
        <w:rPr>
          <w:rFonts w:cs="Times New Roman" w:hint="cs"/>
          <w:rtl/>
        </w:rPr>
        <w:t>أي</w:t>
      </w:r>
      <w:r w:rsidRPr="00576B52">
        <w:rPr>
          <w:rFonts w:cs="Times New Roman"/>
          <w:rtl/>
        </w:rPr>
        <w:t xml:space="preserve"> </w:t>
      </w:r>
      <w:r w:rsidRPr="00576B52">
        <w:rPr>
          <w:rFonts w:cs="Times New Roman" w:hint="cs"/>
          <w:rtl/>
        </w:rPr>
        <w:t>بيانات</w:t>
      </w:r>
      <w:r w:rsidRPr="00576B52">
        <w:rPr>
          <w:rFonts w:cs="Times New Roman"/>
          <w:rtl/>
        </w:rPr>
        <w:t xml:space="preserve"> </w:t>
      </w:r>
      <w:r w:rsidRPr="00576B52">
        <w:rPr>
          <w:rFonts w:cs="Times New Roman" w:hint="cs"/>
          <w:rtl/>
        </w:rPr>
        <w:t>اعتماد</w:t>
      </w:r>
      <w:r w:rsidRPr="00576B52">
        <w:rPr>
          <w:rFonts w:cs="Times New Roman"/>
          <w:rtl/>
        </w:rPr>
        <w:t xml:space="preserve"> </w:t>
      </w:r>
      <w:r w:rsidRPr="00576B52">
        <w:rPr>
          <w:rFonts w:cs="Times New Roman" w:hint="cs"/>
          <w:rtl/>
        </w:rPr>
        <w:t>بعد</w:t>
      </w:r>
      <w:r w:rsidRPr="00576B52">
        <w:rPr>
          <w:rFonts w:cs="Times New Roman"/>
          <w:rtl/>
        </w:rPr>
        <w:t xml:space="preserve"> </w:t>
      </w:r>
      <w:r w:rsidRPr="00576B52">
        <w:rPr>
          <w:rFonts w:cs="Times New Roman" w:hint="cs"/>
          <w:rtl/>
        </w:rPr>
        <w:t>تطبيق</w:t>
      </w:r>
      <w:r w:rsidRPr="00576B52">
        <w:rPr>
          <w:rFonts w:cs="Times New Roman"/>
          <w:rtl/>
        </w:rPr>
        <w:t xml:space="preserve"> </w:t>
      </w:r>
      <w:r w:rsidRPr="00576B52">
        <w:rPr>
          <w:rFonts w:cs="Times New Roman" w:hint="cs"/>
          <w:rtl/>
        </w:rPr>
        <w:t>السياسة</w:t>
      </w:r>
      <w:r w:rsidRPr="00576B52">
        <w:rPr>
          <w:rFonts w:cs="Times New Roman"/>
          <w:rtl/>
        </w:rPr>
        <w:t xml:space="preserve"> </w:t>
      </w:r>
      <w:r w:rsidRPr="00576B52">
        <w:rPr>
          <w:rFonts w:cs="Times New Roman" w:hint="cs"/>
          <w:rtl/>
        </w:rPr>
        <w:t>المركزية</w:t>
      </w:r>
      <w:r w:rsidRPr="00576B52">
        <w:rPr>
          <w:rFonts w:cs="Times New Roman"/>
        </w:rPr>
        <w:t xml:space="preserve"> (GPO). </w:t>
      </w:r>
      <w:r w:rsidRPr="00576B52">
        <w:rPr>
          <w:rFonts w:cs="Times New Roman" w:hint="cs"/>
          <w:rtl/>
        </w:rPr>
        <w:t>هذه</w:t>
      </w:r>
      <w:r w:rsidRPr="00576B52">
        <w:rPr>
          <w:rFonts w:cs="Times New Roman"/>
          <w:rtl/>
        </w:rPr>
        <w:t xml:space="preserve"> </w:t>
      </w:r>
      <w:r w:rsidRPr="00576B52">
        <w:rPr>
          <w:rFonts w:cs="Times New Roman" w:hint="cs"/>
          <w:rtl/>
        </w:rPr>
        <w:t>النتائج</w:t>
      </w:r>
      <w:r w:rsidRPr="00576B52">
        <w:rPr>
          <w:rFonts w:cs="Times New Roman"/>
          <w:rtl/>
        </w:rPr>
        <w:t xml:space="preserve"> </w:t>
      </w:r>
      <w:r w:rsidRPr="00576B52">
        <w:rPr>
          <w:rFonts w:cs="Times New Roman" w:hint="cs"/>
          <w:rtl/>
        </w:rPr>
        <w:t>تثبت</w:t>
      </w:r>
      <w:r w:rsidRPr="00576B52">
        <w:rPr>
          <w:rFonts w:cs="Times New Roman"/>
          <w:rtl/>
        </w:rPr>
        <w:t xml:space="preserve"> </w:t>
      </w:r>
      <w:r w:rsidRPr="00576B52">
        <w:rPr>
          <w:rFonts w:cs="Times New Roman" w:hint="cs"/>
          <w:rtl/>
        </w:rPr>
        <w:t>نجاح</w:t>
      </w:r>
      <w:r w:rsidRPr="00576B52">
        <w:rPr>
          <w:rFonts w:cs="Times New Roman"/>
          <w:rtl/>
        </w:rPr>
        <w:t xml:space="preserve"> </w:t>
      </w:r>
      <w:r w:rsidRPr="00576B52">
        <w:rPr>
          <w:rFonts w:cs="Times New Roman" w:hint="cs"/>
          <w:rtl/>
        </w:rPr>
        <w:t>خطة</w:t>
      </w:r>
      <w:r w:rsidRPr="00576B52">
        <w:rPr>
          <w:rFonts w:cs="Times New Roman"/>
          <w:rtl/>
        </w:rPr>
        <w:t xml:space="preserve"> </w:t>
      </w:r>
      <w:r w:rsidRPr="00576B52">
        <w:rPr>
          <w:rFonts w:cs="Times New Roman" w:hint="cs"/>
          <w:rtl/>
        </w:rPr>
        <w:t>المعالجة</w:t>
      </w:r>
      <w:r w:rsidRPr="00576B52">
        <w:rPr>
          <w:rFonts w:cs="Times New Roman"/>
        </w:rPr>
        <w:t xml:space="preserve"> (Remediation Plan) </w:t>
      </w:r>
      <w:r w:rsidRPr="00576B52">
        <w:rPr>
          <w:rFonts w:cs="Times New Roman" w:hint="cs"/>
          <w:rtl/>
        </w:rPr>
        <w:t>في</w:t>
      </w:r>
      <w:r w:rsidRPr="00576B52">
        <w:rPr>
          <w:rFonts w:cs="Times New Roman"/>
          <w:rtl/>
        </w:rPr>
        <w:t xml:space="preserve"> </w:t>
      </w:r>
      <w:r w:rsidRPr="00576B52">
        <w:rPr>
          <w:rFonts w:cs="Times New Roman" w:hint="cs"/>
          <w:rtl/>
        </w:rPr>
        <w:t>إغلاق</w:t>
      </w:r>
      <w:r w:rsidRPr="00576B52">
        <w:rPr>
          <w:rFonts w:cs="Times New Roman"/>
          <w:rtl/>
        </w:rPr>
        <w:t xml:space="preserve"> </w:t>
      </w:r>
      <w:r w:rsidRPr="00576B52">
        <w:rPr>
          <w:rFonts w:cs="Times New Roman" w:hint="cs"/>
          <w:rtl/>
        </w:rPr>
        <w:t>مسارات</w:t>
      </w:r>
      <w:r w:rsidRPr="00576B52">
        <w:rPr>
          <w:rFonts w:cs="Times New Roman"/>
          <w:rtl/>
        </w:rPr>
        <w:t xml:space="preserve"> </w:t>
      </w:r>
      <w:r w:rsidRPr="00576B52">
        <w:rPr>
          <w:rFonts w:cs="Times New Roman" w:hint="cs"/>
          <w:rtl/>
        </w:rPr>
        <w:t>الاختراق</w:t>
      </w:r>
      <w:r w:rsidRPr="00576B52">
        <w:rPr>
          <w:rFonts w:cs="Times New Roman"/>
          <w:rtl/>
        </w:rPr>
        <w:t xml:space="preserve"> </w:t>
      </w:r>
      <w:r w:rsidRPr="00576B52">
        <w:rPr>
          <w:rFonts w:cs="Times New Roman" w:hint="cs"/>
          <w:rtl/>
        </w:rPr>
        <w:t>المستهدفة</w:t>
      </w:r>
      <w:r w:rsidRPr="00576B52">
        <w:rPr>
          <w:rFonts w:cs="Times New Roman"/>
          <w:rtl/>
        </w:rPr>
        <w:t xml:space="preserve"> </w:t>
      </w:r>
      <w:r w:rsidRPr="00576B52">
        <w:rPr>
          <w:rFonts w:cs="Times New Roman" w:hint="cs"/>
          <w:rtl/>
        </w:rPr>
        <w:t>بنسبة</w:t>
      </w:r>
      <w:r w:rsidRPr="00576B52">
        <w:rPr>
          <w:rFonts w:cs="Times New Roman"/>
          <w:rtl/>
        </w:rPr>
        <w:t xml:space="preserve"> 100</w:t>
      </w:r>
      <w:r w:rsidRPr="00576B52">
        <w:rPr>
          <w:rFonts w:cs="Times New Roman"/>
        </w:rPr>
        <w:t>%."</w:t>
      </w:r>
    </w:p>
    <w:p w:rsidR="00576B52" w:rsidRPr="00576B52" w:rsidRDefault="00576B52" w:rsidP="00576B52">
      <w:pPr>
        <w:tabs>
          <w:tab w:val="left" w:pos="7020"/>
        </w:tabs>
        <w:rPr>
          <w:rFonts w:cs="Times New Roman"/>
        </w:rPr>
      </w:pPr>
      <w:r w:rsidRPr="00576B52">
        <w:rPr>
          <w:rFonts w:cs="Times New Roman"/>
        </w:rPr>
        <w:t xml:space="preserve">Technical Description (English): "As a concluding phase of the cybersecurity assessment, the previously identified reconnaissance and exploitation attacks were re-executed to verify the effectiveness of the applied security measures. Upon re-attempting anonymous access to the SMB protocol using </w:t>
      </w:r>
      <w:proofErr w:type="spellStart"/>
      <w:r w:rsidRPr="00576B52">
        <w:rPr>
          <w:rFonts w:cs="Times New Roman"/>
        </w:rPr>
        <w:t>smbclient</w:t>
      </w:r>
      <w:proofErr w:type="spellEnd"/>
      <w:r w:rsidRPr="00576B52">
        <w:rPr>
          <w:rFonts w:cs="Times New Roman"/>
        </w:rPr>
        <w:t>, although the initial connection was accepted for compatibility purposes, the server refused to leak the list of shared folders (Empty Share List), failing to expose SYSVOL or C$ as seen in Step (20). The anonymous enumeration of users via port 445 was also confirmed to remain blocked. Regarding the LLMNR protocol, the Responder tool was confirmed to be completely silent, failing to intercept any credentials following the implementation of the centralized Group Policy (GPO). These results prove the Remediation Plan successfully closed the targeted attack vectors by 100%."</w:t>
      </w:r>
    </w:p>
    <w:p w:rsidR="00576B52" w:rsidRPr="00A42FB4" w:rsidRDefault="005270F6" w:rsidP="004A3180">
      <w:pPr>
        <w:tabs>
          <w:tab w:val="left" w:pos="7020"/>
        </w:tabs>
        <w:rPr>
          <w:rFonts w:cs="Times New Roman"/>
          <w:rtl/>
        </w:rPr>
      </w:pPr>
      <w:r>
        <w:rPr>
          <w:rFonts w:cs="Times New Roman" w:hint="cs"/>
          <w:noProof/>
          <w:rtl/>
          <w:lang w:val="ar-SA"/>
        </w:rPr>
        <w:lastRenderedPageBreak/>
        <w:drawing>
          <wp:inline distT="0" distB="0" distL="0" distR="0">
            <wp:extent cx="5943600" cy="228092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إعادة اختبار التحصين والتحقق النهائي (Re-Testing &amp; Final Verification).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2280920"/>
                    </a:xfrm>
                    <a:prstGeom prst="rect">
                      <a:avLst/>
                    </a:prstGeom>
                  </pic:spPr>
                </pic:pic>
              </a:graphicData>
            </a:graphic>
          </wp:inline>
        </w:drawing>
      </w:r>
    </w:p>
    <w:p w:rsidR="00C8302D" w:rsidRDefault="00C8302D" w:rsidP="003D5AD5">
      <w:pPr>
        <w:tabs>
          <w:tab w:val="left" w:pos="7020"/>
        </w:tabs>
      </w:pPr>
    </w:p>
    <w:p w:rsidR="009E61F9" w:rsidRDefault="009E61F9" w:rsidP="003D5AD5">
      <w:pPr>
        <w:tabs>
          <w:tab w:val="left" w:pos="7020"/>
        </w:tabs>
      </w:pPr>
    </w:p>
    <w:p w:rsidR="00B62634" w:rsidRDefault="00B62634" w:rsidP="003D5AD5">
      <w:pPr>
        <w:tabs>
          <w:tab w:val="left" w:pos="7020"/>
        </w:tabs>
      </w:pPr>
    </w:p>
    <w:p w:rsidR="00B62634" w:rsidRDefault="00B62634" w:rsidP="003D5AD5">
      <w:pPr>
        <w:tabs>
          <w:tab w:val="left" w:pos="7020"/>
        </w:tabs>
      </w:pPr>
    </w:p>
    <w:p w:rsidR="00B62634" w:rsidRDefault="00B62634" w:rsidP="003D5AD5">
      <w:pPr>
        <w:tabs>
          <w:tab w:val="left" w:pos="7020"/>
        </w:tabs>
      </w:pPr>
    </w:p>
    <w:p w:rsidR="00B62634" w:rsidRDefault="00B62634" w:rsidP="003D5AD5">
      <w:pPr>
        <w:tabs>
          <w:tab w:val="left" w:pos="7020"/>
        </w:tabs>
      </w:pPr>
    </w:p>
    <w:p w:rsidR="00F96B49" w:rsidRDefault="00F96B49" w:rsidP="00F96B49">
      <w:pPr>
        <w:tabs>
          <w:tab w:val="left" w:pos="7020"/>
        </w:tabs>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(45): </w:t>
      </w:r>
      <w:r>
        <w:rPr>
          <w:rFonts w:cs="Times New Roman" w:hint="cs"/>
          <w:rtl/>
        </w:rPr>
        <w:t>كسر</w:t>
      </w:r>
      <w:r>
        <w:rPr>
          <w:rFonts w:cs="Times New Roman"/>
          <w:rtl/>
        </w:rPr>
        <w:t xml:space="preserve"> </w:t>
      </w:r>
      <w:r>
        <w:rPr>
          <w:rFonts w:cs="Times New Roman" w:hint="cs"/>
          <w:rtl/>
        </w:rPr>
        <w:t>تجزئة</w:t>
      </w:r>
      <w:r>
        <w:rPr>
          <w:rFonts w:cs="Times New Roman"/>
          <w:rtl/>
        </w:rPr>
        <w:t xml:space="preserve"> </w:t>
      </w:r>
      <w:r>
        <w:rPr>
          <w:rFonts w:cs="Times New Roman" w:hint="cs"/>
          <w:rtl/>
        </w:rPr>
        <w:t>كلمة</w:t>
      </w:r>
      <w:r>
        <w:rPr>
          <w:rFonts w:cs="Times New Roman"/>
          <w:rtl/>
        </w:rPr>
        <w:t xml:space="preserve"> </w:t>
      </w:r>
      <w:r>
        <w:rPr>
          <w:rFonts w:cs="Times New Roman" w:hint="cs"/>
          <w:rtl/>
        </w:rPr>
        <w:t>المرور</w:t>
      </w:r>
      <w:r>
        <w:rPr>
          <w:rFonts w:cs="Times New Roman"/>
          <w:rtl/>
        </w:rPr>
        <w:t xml:space="preserve"> </w:t>
      </w:r>
      <w:r>
        <w:rPr>
          <w:rFonts w:cs="Times New Roman" w:hint="cs"/>
          <w:rtl/>
        </w:rPr>
        <w:t>في</w:t>
      </w:r>
      <w:r>
        <w:rPr>
          <w:rFonts w:cs="Times New Roman"/>
          <w:rtl/>
        </w:rPr>
        <w:t xml:space="preserve"> </w:t>
      </w:r>
      <w:r>
        <w:rPr>
          <w:rFonts w:cs="Times New Roman" w:hint="cs"/>
          <w:rtl/>
        </w:rPr>
        <w:t>وضع</w:t>
      </w:r>
      <w:r>
        <w:rPr>
          <w:rFonts w:cs="Times New Roman"/>
          <w:rtl/>
        </w:rPr>
        <w:t xml:space="preserve"> </w:t>
      </w:r>
      <w:r>
        <w:rPr>
          <w:rFonts w:cs="Times New Roman" w:hint="cs"/>
          <w:rtl/>
        </w:rPr>
        <w:t>عدم</w:t>
      </w:r>
      <w:r>
        <w:rPr>
          <w:rFonts w:cs="Times New Roman"/>
          <w:rtl/>
        </w:rPr>
        <w:t xml:space="preserve"> </w:t>
      </w:r>
      <w:r>
        <w:rPr>
          <w:rFonts w:cs="Times New Roman" w:hint="cs"/>
          <w:rtl/>
        </w:rPr>
        <w:t>الاتصال</w:t>
      </w:r>
      <w:r>
        <w:t xml:space="preserve"> (Offline NTLMv2 Hash Cracking)</w:t>
      </w:r>
    </w:p>
    <w:p w:rsidR="00F96B49" w:rsidRDefault="00F96B49" w:rsidP="00F96B49">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توثيق</w:t>
      </w:r>
      <w:r>
        <w:rPr>
          <w:rFonts w:cs="Times New Roman"/>
          <w:rtl/>
        </w:rPr>
        <w:t xml:space="preserve"> </w:t>
      </w:r>
      <w:r>
        <w:rPr>
          <w:rFonts w:cs="Times New Roman" w:hint="cs"/>
          <w:rtl/>
        </w:rPr>
        <w:t>عملية</w:t>
      </w:r>
      <w:r>
        <w:rPr>
          <w:rFonts w:cs="Times New Roman"/>
          <w:rtl/>
        </w:rPr>
        <w:t xml:space="preserve"> </w:t>
      </w:r>
      <w:r>
        <w:rPr>
          <w:rFonts w:cs="Times New Roman" w:hint="cs"/>
          <w:rtl/>
        </w:rPr>
        <w:t>استغلال</w:t>
      </w:r>
      <w:r>
        <w:rPr>
          <w:rFonts w:cs="Times New Roman"/>
          <w:rtl/>
        </w:rPr>
        <w:t xml:space="preserve"> </w:t>
      </w:r>
      <w:r>
        <w:rPr>
          <w:rFonts w:cs="Times New Roman" w:hint="cs"/>
          <w:rtl/>
        </w:rPr>
        <w:t>تجزئة</w:t>
      </w:r>
      <w:r>
        <w:rPr>
          <w:rFonts w:cs="Times New Roman"/>
          <w:rtl/>
        </w:rPr>
        <w:t xml:space="preserve"> </w:t>
      </w:r>
      <w:r>
        <w:rPr>
          <w:rFonts w:cs="Times New Roman" w:hint="cs"/>
          <w:rtl/>
        </w:rPr>
        <w:t>كلمة</w:t>
      </w:r>
      <w:r>
        <w:rPr>
          <w:rFonts w:cs="Times New Roman"/>
          <w:rtl/>
        </w:rPr>
        <w:t xml:space="preserve"> </w:t>
      </w:r>
      <w:r>
        <w:rPr>
          <w:rFonts w:cs="Times New Roman" w:hint="cs"/>
          <w:rtl/>
        </w:rPr>
        <w:t>المرور</w:t>
      </w:r>
      <w:r>
        <w:t xml:space="preserve"> (NTLMv2 Hash) </w:t>
      </w:r>
      <w:r>
        <w:rPr>
          <w:rFonts w:cs="Times New Roman" w:hint="cs"/>
          <w:rtl/>
        </w:rPr>
        <w:t>التي</w:t>
      </w:r>
      <w:r>
        <w:rPr>
          <w:rFonts w:cs="Times New Roman"/>
          <w:rtl/>
        </w:rPr>
        <w:t xml:space="preserve"> </w:t>
      </w:r>
      <w:r>
        <w:rPr>
          <w:rFonts w:cs="Times New Roman" w:hint="cs"/>
          <w:rtl/>
        </w:rPr>
        <w:t>تم</w:t>
      </w:r>
      <w:r>
        <w:rPr>
          <w:rFonts w:cs="Times New Roman"/>
          <w:rtl/>
        </w:rPr>
        <w:t xml:space="preserve"> </w:t>
      </w:r>
      <w:r>
        <w:rPr>
          <w:rFonts w:cs="Times New Roman" w:hint="cs"/>
          <w:rtl/>
        </w:rPr>
        <w:t>اعتراضها</w:t>
      </w:r>
      <w:r>
        <w:rPr>
          <w:rFonts w:cs="Times New Roman"/>
          <w:rtl/>
        </w:rPr>
        <w:t xml:space="preserve"> </w:t>
      </w:r>
      <w:r>
        <w:rPr>
          <w:rFonts w:cs="Times New Roman" w:hint="cs"/>
          <w:rtl/>
        </w:rPr>
        <w:t>مسبقاً</w:t>
      </w:r>
      <w:r>
        <w:rPr>
          <w:rFonts w:cs="Times New Roman"/>
          <w:rtl/>
        </w:rPr>
        <w:t xml:space="preserve"> </w:t>
      </w:r>
      <w:r>
        <w:rPr>
          <w:rFonts w:cs="Times New Roman" w:hint="cs"/>
          <w:rtl/>
        </w:rPr>
        <w:t>في</w:t>
      </w:r>
      <w:r>
        <w:rPr>
          <w:rFonts w:cs="Times New Roman"/>
          <w:rtl/>
        </w:rPr>
        <w:t xml:space="preserve"> </w:t>
      </w:r>
      <w:r>
        <w:rPr>
          <w:rFonts w:cs="Times New Roman" w:hint="cs"/>
          <w:rtl/>
        </w:rPr>
        <w:t>الخطوة</w:t>
      </w:r>
      <w:r>
        <w:rPr>
          <w:rFonts w:cs="Times New Roman"/>
          <w:rtl/>
        </w:rPr>
        <w:t xml:space="preserve"> (42). </w:t>
      </w:r>
      <w:r>
        <w:rPr>
          <w:rFonts w:cs="Times New Roman" w:hint="cs"/>
          <w:rtl/>
        </w:rPr>
        <w:t>تم</w:t>
      </w:r>
      <w:r>
        <w:rPr>
          <w:rFonts w:cs="Times New Roman"/>
          <w:rtl/>
        </w:rPr>
        <w:t xml:space="preserve"> </w:t>
      </w:r>
      <w:r>
        <w:rPr>
          <w:rFonts w:cs="Times New Roman" w:hint="cs"/>
          <w:rtl/>
        </w:rPr>
        <w:t>استخراج</w:t>
      </w:r>
      <w:r>
        <w:rPr>
          <w:rFonts w:cs="Times New Roman"/>
          <w:rtl/>
        </w:rPr>
        <w:t xml:space="preserve"> </w:t>
      </w:r>
      <w:r>
        <w:rPr>
          <w:rFonts w:cs="Times New Roman" w:hint="cs"/>
          <w:rtl/>
        </w:rPr>
        <w:t>الهاش</w:t>
      </w:r>
      <w:r>
        <w:rPr>
          <w:rFonts w:cs="Times New Roman"/>
          <w:rtl/>
        </w:rPr>
        <w:t xml:space="preserve"> </w:t>
      </w:r>
      <w:r>
        <w:rPr>
          <w:rFonts w:cs="Times New Roman" w:hint="cs"/>
          <w:rtl/>
        </w:rPr>
        <w:t>وحفظه</w:t>
      </w:r>
      <w:r>
        <w:rPr>
          <w:rFonts w:cs="Times New Roman"/>
          <w:rtl/>
        </w:rPr>
        <w:t xml:space="preserve"> </w:t>
      </w:r>
      <w:r>
        <w:rPr>
          <w:rFonts w:cs="Times New Roman" w:hint="cs"/>
          <w:rtl/>
        </w:rPr>
        <w:t>في</w:t>
      </w:r>
      <w:r>
        <w:rPr>
          <w:rFonts w:cs="Times New Roman"/>
          <w:rtl/>
        </w:rPr>
        <w:t xml:space="preserve"> </w:t>
      </w:r>
      <w:r>
        <w:rPr>
          <w:rFonts w:cs="Times New Roman" w:hint="cs"/>
          <w:rtl/>
        </w:rPr>
        <w:t>ملف</w:t>
      </w:r>
      <w:r>
        <w:rPr>
          <w:rFonts w:cs="Times New Roman"/>
          <w:rtl/>
        </w:rPr>
        <w:t xml:space="preserve"> </w:t>
      </w:r>
      <w:r>
        <w:rPr>
          <w:rFonts w:cs="Times New Roman" w:hint="cs"/>
          <w:rtl/>
        </w:rPr>
        <w:t>نصي</w:t>
      </w:r>
      <w:r>
        <w:rPr>
          <w:rFonts w:cs="Times New Roman"/>
          <w:rtl/>
        </w:rPr>
        <w:t xml:space="preserve">، </w:t>
      </w:r>
      <w:r>
        <w:rPr>
          <w:rFonts w:cs="Times New Roman" w:hint="cs"/>
          <w:rtl/>
        </w:rPr>
        <w:t>ثم</w:t>
      </w:r>
      <w:r>
        <w:rPr>
          <w:rFonts w:cs="Times New Roman"/>
          <w:rtl/>
        </w:rPr>
        <w:t xml:space="preserve"> </w:t>
      </w:r>
      <w:r>
        <w:rPr>
          <w:rFonts w:cs="Times New Roman" w:hint="cs"/>
          <w:rtl/>
        </w:rPr>
        <w:t>استخدام</w:t>
      </w:r>
      <w:r>
        <w:rPr>
          <w:rFonts w:cs="Times New Roman"/>
          <w:rtl/>
        </w:rPr>
        <w:t xml:space="preserve"> </w:t>
      </w:r>
      <w:r>
        <w:rPr>
          <w:rFonts w:cs="Times New Roman" w:hint="cs"/>
          <w:rtl/>
        </w:rPr>
        <w:t>أداة</w:t>
      </w:r>
      <w:r>
        <w:t xml:space="preserve"> </w:t>
      </w:r>
      <w:proofErr w:type="spellStart"/>
      <w:r>
        <w:t>Hashcat</w:t>
      </w:r>
      <w:proofErr w:type="spellEnd"/>
      <w:r>
        <w:t xml:space="preserve"> </w:t>
      </w:r>
      <w:r>
        <w:rPr>
          <w:rFonts w:cs="Times New Roman" w:hint="cs"/>
          <w:rtl/>
        </w:rPr>
        <w:t>لكسره</w:t>
      </w:r>
      <w:r>
        <w:t xml:space="preserve"> (Cracking) </w:t>
      </w:r>
      <w:r>
        <w:rPr>
          <w:rFonts w:cs="Times New Roman" w:hint="cs"/>
          <w:rtl/>
        </w:rPr>
        <w:t>في</w:t>
      </w:r>
      <w:r>
        <w:rPr>
          <w:rFonts w:cs="Times New Roman"/>
          <w:rtl/>
        </w:rPr>
        <w:t xml:space="preserve"> </w:t>
      </w:r>
      <w:r>
        <w:rPr>
          <w:rFonts w:cs="Times New Roman" w:hint="cs"/>
          <w:rtl/>
        </w:rPr>
        <w:t>وضع</w:t>
      </w:r>
      <w:r>
        <w:rPr>
          <w:rFonts w:cs="Times New Roman"/>
          <w:rtl/>
        </w:rPr>
        <w:t xml:space="preserve"> </w:t>
      </w:r>
      <w:r>
        <w:rPr>
          <w:rFonts w:cs="Times New Roman" w:hint="cs"/>
          <w:rtl/>
        </w:rPr>
        <w:t>عدم</w:t>
      </w:r>
      <w:r>
        <w:rPr>
          <w:rFonts w:cs="Times New Roman"/>
          <w:rtl/>
        </w:rPr>
        <w:t xml:space="preserve"> </w:t>
      </w:r>
      <w:r>
        <w:rPr>
          <w:rFonts w:cs="Times New Roman" w:hint="cs"/>
          <w:rtl/>
        </w:rPr>
        <w:t>الاتصال</w:t>
      </w:r>
      <w:r>
        <w:t xml:space="preserve"> (Offline) </w:t>
      </w:r>
      <w:r>
        <w:rPr>
          <w:rFonts w:cs="Times New Roman" w:hint="cs"/>
          <w:rtl/>
        </w:rPr>
        <w:t>باستخدام</w:t>
      </w:r>
      <w:r>
        <w:rPr>
          <w:rFonts w:cs="Times New Roman"/>
          <w:rtl/>
        </w:rPr>
        <w:t xml:space="preserve"> </w:t>
      </w:r>
      <w:r>
        <w:rPr>
          <w:rFonts w:cs="Times New Roman" w:hint="cs"/>
          <w:rtl/>
        </w:rPr>
        <w:t>هجوم</w:t>
      </w:r>
      <w:r>
        <w:rPr>
          <w:rFonts w:cs="Times New Roman"/>
          <w:rtl/>
        </w:rPr>
        <w:t xml:space="preserve"> </w:t>
      </w:r>
      <w:r>
        <w:rPr>
          <w:rFonts w:cs="Times New Roman" w:hint="cs"/>
          <w:rtl/>
        </w:rPr>
        <w:t>القاموس</w:t>
      </w:r>
      <w:r>
        <w:t xml:space="preserve"> (Dictionary Attack). </w:t>
      </w:r>
      <w:r>
        <w:rPr>
          <w:rFonts w:cs="Times New Roman" w:hint="cs"/>
          <w:rtl/>
        </w:rPr>
        <w:t>أسفر</w:t>
      </w:r>
      <w:r>
        <w:rPr>
          <w:rFonts w:cs="Times New Roman"/>
          <w:rtl/>
        </w:rPr>
        <w:t xml:space="preserve"> </w:t>
      </w:r>
      <w:r>
        <w:rPr>
          <w:rFonts w:cs="Times New Roman" w:hint="cs"/>
          <w:rtl/>
        </w:rPr>
        <w:t>الهجوم</w:t>
      </w:r>
      <w:r>
        <w:rPr>
          <w:rFonts w:cs="Times New Roman"/>
          <w:rtl/>
        </w:rPr>
        <w:t xml:space="preserve"> </w:t>
      </w:r>
      <w:r>
        <w:rPr>
          <w:rFonts w:cs="Times New Roman" w:hint="cs"/>
          <w:rtl/>
        </w:rPr>
        <w:t>عن</w:t>
      </w:r>
      <w:r>
        <w:rPr>
          <w:rFonts w:cs="Times New Roman"/>
          <w:rtl/>
        </w:rPr>
        <w:t xml:space="preserve"> </w:t>
      </w:r>
      <w:r>
        <w:rPr>
          <w:rFonts w:cs="Times New Roman" w:hint="cs"/>
          <w:rtl/>
        </w:rPr>
        <w:t>كشف</w:t>
      </w:r>
      <w:r>
        <w:rPr>
          <w:rFonts w:cs="Times New Roman"/>
          <w:rtl/>
        </w:rPr>
        <w:t xml:space="preserve"> </w:t>
      </w:r>
      <w:r>
        <w:rPr>
          <w:rFonts w:cs="Times New Roman" w:hint="cs"/>
          <w:rtl/>
        </w:rPr>
        <w:t>كلمة</w:t>
      </w:r>
      <w:r>
        <w:rPr>
          <w:rFonts w:cs="Times New Roman"/>
          <w:rtl/>
        </w:rPr>
        <w:t xml:space="preserve"> </w:t>
      </w:r>
      <w:r>
        <w:rPr>
          <w:rFonts w:cs="Times New Roman" w:hint="cs"/>
          <w:rtl/>
        </w:rPr>
        <w:t>المرور</w:t>
      </w:r>
      <w:r>
        <w:rPr>
          <w:rFonts w:cs="Times New Roman"/>
          <w:rtl/>
        </w:rPr>
        <w:t xml:space="preserve"> </w:t>
      </w:r>
      <w:r>
        <w:rPr>
          <w:rFonts w:cs="Times New Roman" w:hint="cs"/>
          <w:rtl/>
        </w:rPr>
        <w:t>الأصلية</w:t>
      </w:r>
      <w:r>
        <w:rPr>
          <w:rFonts w:cs="Times New Roman"/>
          <w:rtl/>
        </w:rPr>
        <w:t xml:space="preserve"> </w:t>
      </w:r>
      <w:r>
        <w:rPr>
          <w:rFonts w:cs="Times New Roman" w:hint="cs"/>
          <w:rtl/>
        </w:rPr>
        <w:t>للمستخدم</w:t>
      </w:r>
      <w:r>
        <w:t xml:space="preserve"> </w:t>
      </w:r>
      <w:proofErr w:type="spellStart"/>
      <w:r>
        <w:t>ahmed.ali</w:t>
      </w:r>
      <w:proofErr w:type="spellEnd"/>
      <w:r>
        <w:t xml:space="preserve"> </w:t>
      </w:r>
      <w:r>
        <w:rPr>
          <w:rFonts w:cs="Times New Roman" w:hint="cs"/>
          <w:rtl/>
        </w:rPr>
        <w:t>بنجاح</w:t>
      </w:r>
      <w:r>
        <w:t xml:space="preserve"> (Ahmed@</w:t>
      </w:r>
      <w:proofErr w:type="gramStart"/>
      <w:r>
        <w:t>2025!Lab</w:t>
      </w:r>
      <w:proofErr w:type="gramEnd"/>
      <w:r>
        <w:t xml:space="preserve">) </w:t>
      </w:r>
      <w:r>
        <w:rPr>
          <w:rFonts w:cs="Times New Roman" w:hint="cs"/>
          <w:rtl/>
        </w:rPr>
        <w:t>في</w:t>
      </w:r>
      <w:r>
        <w:rPr>
          <w:rFonts w:cs="Times New Roman"/>
          <w:rtl/>
        </w:rPr>
        <w:t xml:space="preserve"> </w:t>
      </w:r>
      <w:r>
        <w:rPr>
          <w:rFonts w:cs="Times New Roman" w:hint="cs"/>
          <w:rtl/>
        </w:rPr>
        <w:t>أقل</w:t>
      </w:r>
      <w:r>
        <w:rPr>
          <w:rFonts w:cs="Times New Roman"/>
          <w:rtl/>
        </w:rPr>
        <w:t xml:space="preserve"> </w:t>
      </w:r>
      <w:r>
        <w:rPr>
          <w:rFonts w:cs="Times New Roman" w:hint="cs"/>
          <w:rtl/>
        </w:rPr>
        <w:t>من</w:t>
      </w:r>
      <w:r>
        <w:rPr>
          <w:rFonts w:cs="Times New Roman"/>
          <w:rtl/>
        </w:rPr>
        <w:t xml:space="preserve"> </w:t>
      </w:r>
      <w:r>
        <w:rPr>
          <w:rFonts w:cs="Times New Roman" w:hint="cs"/>
          <w:rtl/>
        </w:rPr>
        <w:t>ثانية</w:t>
      </w:r>
      <w:r>
        <w:rPr>
          <w:rFonts w:cs="Times New Roman"/>
          <w:rtl/>
        </w:rPr>
        <w:t xml:space="preserve">. </w:t>
      </w:r>
      <w:r>
        <w:rPr>
          <w:rFonts w:cs="Times New Roman" w:hint="cs"/>
          <w:rtl/>
        </w:rPr>
        <w:t>هذه</w:t>
      </w:r>
      <w:r>
        <w:rPr>
          <w:rFonts w:cs="Times New Roman"/>
          <w:rtl/>
        </w:rPr>
        <w:t xml:space="preserve"> </w:t>
      </w:r>
      <w:r>
        <w:rPr>
          <w:rFonts w:cs="Times New Roman" w:hint="cs"/>
          <w:rtl/>
        </w:rPr>
        <w:t>الخطوة</w:t>
      </w:r>
      <w:r>
        <w:rPr>
          <w:rFonts w:cs="Times New Roman"/>
          <w:rtl/>
        </w:rPr>
        <w:t xml:space="preserve"> </w:t>
      </w:r>
      <w:r>
        <w:rPr>
          <w:rFonts w:cs="Times New Roman" w:hint="cs"/>
          <w:rtl/>
        </w:rPr>
        <w:t>تثبت</w:t>
      </w:r>
      <w:r>
        <w:rPr>
          <w:rFonts w:cs="Times New Roman"/>
          <w:rtl/>
        </w:rPr>
        <w:t xml:space="preserve"> </w:t>
      </w:r>
      <w:r>
        <w:rPr>
          <w:rFonts w:cs="Times New Roman" w:hint="cs"/>
          <w:rtl/>
        </w:rPr>
        <w:t>الخطر</w:t>
      </w:r>
      <w:r>
        <w:rPr>
          <w:rFonts w:cs="Times New Roman"/>
          <w:rtl/>
        </w:rPr>
        <w:t xml:space="preserve"> </w:t>
      </w:r>
      <w:r>
        <w:rPr>
          <w:rFonts w:cs="Times New Roman" w:hint="cs"/>
          <w:rtl/>
        </w:rPr>
        <w:t>المترتب</w:t>
      </w:r>
      <w:r>
        <w:rPr>
          <w:rFonts w:cs="Times New Roman"/>
          <w:rtl/>
        </w:rPr>
        <w:t xml:space="preserve"> </w:t>
      </w:r>
      <w:r>
        <w:rPr>
          <w:rFonts w:cs="Times New Roman" w:hint="cs"/>
          <w:rtl/>
        </w:rPr>
        <w:t>على</w:t>
      </w:r>
      <w:r>
        <w:rPr>
          <w:rFonts w:cs="Times New Roman"/>
          <w:rtl/>
        </w:rPr>
        <w:t xml:space="preserve"> </w:t>
      </w:r>
      <w:r>
        <w:rPr>
          <w:rFonts w:cs="Times New Roman" w:hint="cs"/>
          <w:rtl/>
        </w:rPr>
        <w:t>اعتراض</w:t>
      </w:r>
      <w:r>
        <w:rPr>
          <w:rFonts w:cs="Times New Roman"/>
          <w:rtl/>
        </w:rPr>
        <w:t xml:space="preserve"> </w:t>
      </w:r>
      <w:r>
        <w:rPr>
          <w:rFonts w:cs="Times New Roman" w:hint="cs"/>
          <w:rtl/>
        </w:rPr>
        <w:t>بيانات</w:t>
      </w:r>
      <w:r>
        <w:rPr>
          <w:rFonts w:cs="Times New Roman"/>
          <w:rtl/>
        </w:rPr>
        <w:t xml:space="preserve"> </w:t>
      </w:r>
      <w:r>
        <w:rPr>
          <w:rFonts w:cs="Times New Roman" w:hint="cs"/>
          <w:rtl/>
        </w:rPr>
        <w:t>الاعتماد</w:t>
      </w:r>
      <w:r>
        <w:rPr>
          <w:rFonts w:cs="Times New Roman"/>
          <w:rtl/>
        </w:rPr>
        <w:t xml:space="preserve"> </w:t>
      </w:r>
      <w:r>
        <w:rPr>
          <w:rFonts w:cs="Times New Roman" w:hint="cs"/>
          <w:rtl/>
        </w:rPr>
        <w:t>عبر</w:t>
      </w:r>
      <w:r>
        <w:rPr>
          <w:rFonts w:cs="Times New Roman"/>
          <w:rtl/>
        </w:rPr>
        <w:t xml:space="preserve"> </w:t>
      </w:r>
      <w:r>
        <w:rPr>
          <w:rFonts w:cs="Times New Roman" w:hint="cs"/>
          <w:rtl/>
        </w:rPr>
        <w:t>بروتوكولات</w:t>
      </w:r>
      <w:r>
        <w:rPr>
          <w:rFonts w:cs="Times New Roman"/>
          <w:rtl/>
        </w:rPr>
        <w:t xml:space="preserve"> </w:t>
      </w:r>
      <w:r>
        <w:rPr>
          <w:rFonts w:cs="Times New Roman" w:hint="cs"/>
          <w:rtl/>
        </w:rPr>
        <w:t>البث</w:t>
      </w:r>
      <w:r>
        <w:rPr>
          <w:rFonts w:cs="Times New Roman"/>
          <w:rtl/>
        </w:rPr>
        <w:t xml:space="preserve">، </w:t>
      </w:r>
      <w:r>
        <w:rPr>
          <w:rFonts w:cs="Times New Roman" w:hint="cs"/>
          <w:rtl/>
        </w:rPr>
        <w:t>حيث</w:t>
      </w:r>
      <w:r>
        <w:rPr>
          <w:rFonts w:cs="Times New Roman"/>
          <w:rtl/>
        </w:rPr>
        <w:t xml:space="preserve"> </w:t>
      </w:r>
      <w:r>
        <w:rPr>
          <w:rFonts w:cs="Times New Roman" w:hint="cs"/>
          <w:rtl/>
        </w:rPr>
        <w:t>يمكن</w:t>
      </w:r>
      <w:r>
        <w:rPr>
          <w:rFonts w:cs="Times New Roman"/>
          <w:rtl/>
        </w:rPr>
        <w:t xml:space="preserve"> </w:t>
      </w:r>
      <w:r>
        <w:rPr>
          <w:rFonts w:cs="Times New Roman" w:hint="cs"/>
          <w:rtl/>
        </w:rPr>
        <w:t>للمهاجم</w:t>
      </w:r>
      <w:r>
        <w:rPr>
          <w:rFonts w:cs="Times New Roman"/>
          <w:rtl/>
        </w:rPr>
        <w:t xml:space="preserve"> </w:t>
      </w:r>
      <w:r>
        <w:rPr>
          <w:rFonts w:cs="Times New Roman" w:hint="cs"/>
          <w:rtl/>
        </w:rPr>
        <w:t>أخذ</w:t>
      </w:r>
      <w:r>
        <w:rPr>
          <w:rFonts w:cs="Times New Roman"/>
          <w:rtl/>
        </w:rPr>
        <w:t xml:space="preserve"> </w:t>
      </w:r>
      <w:r>
        <w:rPr>
          <w:rFonts w:cs="Times New Roman" w:hint="cs"/>
          <w:rtl/>
        </w:rPr>
        <w:t>الهاش</w:t>
      </w:r>
      <w:r>
        <w:rPr>
          <w:rFonts w:cs="Times New Roman"/>
          <w:rtl/>
        </w:rPr>
        <w:t xml:space="preserve"> </w:t>
      </w:r>
      <w:r>
        <w:rPr>
          <w:rFonts w:cs="Times New Roman" w:hint="cs"/>
          <w:rtl/>
        </w:rPr>
        <w:t>خارج</w:t>
      </w:r>
      <w:r>
        <w:rPr>
          <w:rFonts w:cs="Times New Roman"/>
          <w:rtl/>
        </w:rPr>
        <w:t xml:space="preserve"> </w:t>
      </w:r>
      <w:r>
        <w:rPr>
          <w:rFonts w:cs="Times New Roman" w:hint="cs"/>
          <w:rtl/>
        </w:rPr>
        <w:t>الشبكة</w:t>
      </w:r>
      <w:r>
        <w:rPr>
          <w:rFonts w:cs="Times New Roman"/>
          <w:rtl/>
        </w:rPr>
        <w:t xml:space="preserve"> </w:t>
      </w:r>
      <w:r>
        <w:rPr>
          <w:rFonts w:cs="Times New Roman" w:hint="cs"/>
          <w:rtl/>
        </w:rPr>
        <w:t>وكسره</w:t>
      </w:r>
      <w:r>
        <w:rPr>
          <w:rFonts w:cs="Times New Roman"/>
          <w:rtl/>
        </w:rPr>
        <w:t xml:space="preserve"> </w:t>
      </w:r>
      <w:r>
        <w:rPr>
          <w:rFonts w:cs="Times New Roman" w:hint="cs"/>
          <w:rtl/>
        </w:rPr>
        <w:t>براحة</w:t>
      </w:r>
      <w:r>
        <w:rPr>
          <w:rFonts w:cs="Times New Roman"/>
          <w:rtl/>
        </w:rPr>
        <w:t xml:space="preserve"> </w:t>
      </w:r>
      <w:r>
        <w:rPr>
          <w:rFonts w:cs="Times New Roman" w:hint="cs"/>
          <w:rtl/>
        </w:rPr>
        <w:t>تامة</w:t>
      </w:r>
      <w:r>
        <w:rPr>
          <w:rFonts w:cs="Times New Roman"/>
          <w:rtl/>
        </w:rPr>
        <w:t xml:space="preserve"> </w:t>
      </w:r>
      <w:r>
        <w:rPr>
          <w:rFonts w:cs="Times New Roman" w:hint="cs"/>
          <w:rtl/>
        </w:rPr>
        <w:t>دون</w:t>
      </w:r>
      <w:r>
        <w:rPr>
          <w:rFonts w:cs="Times New Roman"/>
          <w:rtl/>
        </w:rPr>
        <w:t xml:space="preserve"> </w:t>
      </w:r>
      <w:r>
        <w:rPr>
          <w:rFonts w:cs="Times New Roman" w:hint="cs"/>
          <w:rtl/>
        </w:rPr>
        <w:t>إثارة</w:t>
      </w:r>
      <w:r>
        <w:rPr>
          <w:rFonts w:cs="Times New Roman"/>
          <w:rtl/>
        </w:rPr>
        <w:t xml:space="preserve"> </w:t>
      </w:r>
      <w:r>
        <w:rPr>
          <w:rFonts w:cs="Times New Roman" w:hint="cs"/>
          <w:rtl/>
        </w:rPr>
        <w:t>أي</w:t>
      </w:r>
      <w:r>
        <w:rPr>
          <w:rFonts w:cs="Times New Roman"/>
          <w:rtl/>
        </w:rPr>
        <w:t xml:space="preserve"> </w:t>
      </w:r>
      <w:r>
        <w:rPr>
          <w:rFonts w:cs="Times New Roman" w:hint="cs"/>
          <w:rtl/>
        </w:rPr>
        <w:t>تنبيهات</w:t>
      </w:r>
      <w:r>
        <w:rPr>
          <w:rFonts w:cs="Times New Roman"/>
          <w:rtl/>
        </w:rPr>
        <w:t xml:space="preserve"> </w:t>
      </w:r>
      <w:r>
        <w:rPr>
          <w:rFonts w:cs="Times New Roman" w:hint="cs"/>
          <w:rtl/>
        </w:rPr>
        <w:t>أمنية</w:t>
      </w:r>
      <w:r>
        <w:rPr>
          <w:rFonts w:cs="Times New Roman"/>
          <w:rtl/>
        </w:rPr>
        <w:t xml:space="preserve"> </w:t>
      </w:r>
      <w:r>
        <w:rPr>
          <w:rFonts w:cs="Times New Roman" w:hint="cs"/>
          <w:rtl/>
        </w:rPr>
        <w:t>أو</w:t>
      </w:r>
      <w:r>
        <w:rPr>
          <w:rFonts w:cs="Times New Roman"/>
          <w:rtl/>
        </w:rPr>
        <w:t xml:space="preserve"> </w:t>
      </w:r>
      <w:r>
        <w:rPr>
          <w:rFonts w:cs="Times New Roman" w:hint="cs"/>
          <w:rtl/>
        </w:rPr>
        <w:t>تشغيل</w:t>
      </w:r>
      <w:r>
        <w:rPr>
          <w:rFonts w:cs="Times New Roman"/>
          <w:rtl/>
        </w:rPr>
        <w:t xml:space="preserve"> </w:t>
      </w:r>
      <w:r>
        <w:rPr>
          <w:rFonts w:cs="Times New Roman" w:hint="cs"/>
          <w:rtl/>
        </w:rPr>
        <w:t>سياسات</w:t>
      </w:r>
      <w:r>
        <w:rPr>
          <w:rFonts w:cs="Times New Roman"/>
          <w:rtl/>
        </w:rPr>
        <w:t xml:space="preserve"> </w:t>
      </w:r>
      <w:r>
        <w:rPr>
          <w:rFonts w:cs="Times New Roman" w:hint="cs"/>
          <w:rtl/>
        </w:rPr>
        <w:t>قفل</w:t>
      </w:r>
      <w:r>
        <w:rPr>
          <w:rFonts w:cs="Times New Roman"/>
          <w:rtl/>
        </w:rPr>
        <w:t xml:space="preserve"> </w:t>
      </w:r>
      <w:r>
        <w:rPr>
          <w:rFonts w:cs="Times New Roman" w:hint="cs"/>
          <w:rtl/>
        </w:rPr>
        <w:t>الحسابات</w:t>
      </w:r>
      <w:r>
        <w:t xml:space="preserve"> (Account Lockout)."</w:t>
      </w:r>
    </w:p>
    <w:p w:rsidR="00F96B49" w:rsidRDefault="00F96B49" w:rsidP="00F96B49">
      <w:pPr>
        <w:tabs>
          <w:tab w:val="left" w:pos="7020"/>
        </w:tabs>
      </w:pPr>
      <w:r>
        <w:t xml:space="preserve">Technical Description (English): "Documenting the exploitation of the NTLMv2 password hash previously intercepted in Step (42). The hash was extracted to a text file, and the </w:t>
      </w:r>
      <w:proofErr w:type="spellStart"/>
      <w:r>
        <w:t>Hashcat</w:t>
      </w:r>
      <w:proofErr w:type="spellEnd"/>
      <w:r>
        <w:t xml:space="preserve"> tool was utilized to crack it offline using a Dictionary Attack. The attack successfully revealed the original plaintext password for the user </w:t>
      </w:r>
      <w:proofErr w:type="spellStart"/>
      <w:r>
        <w:t>ahmed.ali</w:t>
      </w:r>
      <w:proofErr w:type="spellEnd"/>
      <w:r>
        <w:t xml:space="preserve"> (Ahmed@</w:t>
      </w:r>
      <w:proofErr w:type="gramStart"/>
      <w:r>
        <w:t>2025!Lab</w:t>
      </w:r>
      <w:proofErr w:type="gramEnd"/>
      <w:r>
        <w:t>) in less than a second. This step demonstrates the severe risk associated with intercepting credentials via broadcast protocols, as an attacker can take the hash offline and crack it at their leisure without triggering security alerts or account lockout policies."</w:t>
      </w:r>
    </w:p>
    <w:p w:rsidR="00B62634" w:rsidRDefault="00F96B49" w:rsidP="003D5AD5">
      <w:pPr>
        <w:tabs>
          <w:tab w:val="left" w:pos="7020"/>
        </w:tabs>
      </w:pPr>
      <w:r>
        <w:rPr>
          <w:noProof/>
        </w:rPr>
        <w:lastRenderedPageBreak/>
        <w:drawing>
          <wp:inline distT="0" distB="0" distL="0" distR="0">
            <wp:extent cx="5943600" cy="221551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كسر تجزئة كلمة المرور في وضع عدم الاتصال (Offline NTLMv2 Hash Cracking).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2215515"/>
                    </a:xfrm>
                    <a:prstGeom prst="rect">
                      <a:avLst/>
                    </a:prstGeom>
                  </pic:spPr>
                </pic:pic>
              </a:graphicData>
            </a:graphic>
          </wp:inline>
        </w:drawing>
      </w:r>
    </w:p>
    <w:p w:rsidR="00F96B49" w:rsidRDefault="00F96B49" w:rsidP="003D5AD5">
      <w:pPr>
        <w:pBdr>
          <w:bottom w:val="single" w:sz="6" w:space="1" w:color="auto"/>
        </w:pBdr>
        <w:tabs>
          <w:tab w:val="left" w:pos="7020"/>
        </w:tabs>
      </w:pPr>
      <w:r>
        <w:rPr>
          <w:noProof/>
        </w:rPr>
        <w:drawing>
          <wp:inline distT="0" distB="0" distL="0" distR="0">
            <wp:extent cx="5943600" cy="248221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كسر تجزئة كلمة المرور في وضع عدم الاتصال (Offline NTLMv2 Hash Cracking)2.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2482215"/>
                    </a:xfrm>
                    <a:prstGeom prst="rect">
                      <a:avLst/>
                    </a:prstGeom>
                  </pic:spPr>
                </pic:pic>
              </a:graphicData>
            </a:graphic>
          </wp:inline>
        </w:drawing>
      </w:r>
    </w:p>
    <w:p w:rsidR="00C32A6B" w:rsidRDefault="00C32A6B" w:rsidP="00C32A6B">
      <w:pPr>
        <w:tabs>
          <w:tab w:val="left" w:pos="7020"/>
        </w:tabs>
      </w:pPr>
      <w:r>
        <w:rPr>
          <w:rFonts w:ascii="Segoe UI Emoji" w:hAnsi="Segoe UI Emoji" w:cs="Segoe UI Emoji"/>
        </w:rPr>
        <w:t>📌</w:t>
      </w:r>
      <w:r>
        <w:t xml:space="preserve"> </w:t>
      </w:r>
      <w:r>
        <w:rPr>
          <w:rFonts w:cs="Times New Roman" w:hint="cs"/>
          <w:rtl/>
        </w:rPr>
        <w:t>الخطوة</w:t>
      </w:r>
      <w:r>
        <w:rPr>
          <w:rFonts w:cs="Times New Roman"/>
          <w:rtl/>
        </w:rPr>
        <w:t xml:space="preserve"> </w:t>
      </w:r>
      <w:r>
        <w:rPr>
          <w:rFonts w:cs="Times New Roman" w:hint="cs"/>
          <w:rtl/>
        </w:rPr>
        <w:t>رقم</w:t>
      </w:r>
      <w:r>
        <w:rPr>
          <w:rFonts w:cs="Times New Roman"/>
          <w:rtl/>
        </w:rPr>
        <w:t xml:space="preserve"> (46): </w:t>
      </w:r>
      <w:r>
        <w:rPr>
          <w:rFonts w:cs="Times New Roman" w:hint="cs"/>
          <w:rtl/>
        </w:rPr>
        <w:t>محاولة</w:t>
      </w:r>
      <w:r>
        <w:rPr>
          <w:rFonts w:cs="Times New Roman"/>
          <w:rtl/>
        </w:rPr>
        <w:t xml:space="preserve"> </w:t>
      </w:r>
      <w:r>
        <w:rPr>
          <w:rFonts w:cs="Times New Roman" w:hint="cs"/>
          <w:rtl/>
        </w:rPr>
        <w:t>رسم</w:t>
      </w:r>
      <w:r>
        <w:rPr>
          <w:rFonts w:cs="Times New Roman"/>
          <w:rtl/>
        </w:rPr>
        <w:t xml:space="preserve"> </w:t>
      </w:r>
      <w:r>
        <w:rPr>
          <w:rFonts w:cs="Times New Roman" w:hint="cs"/>
          <w:rtl/>
        </w:rPr>
        <w:t>خريطة</w:t>
      </w:r>
      <w:r>
        <w:rPr>
          <w:rFonts w:cs="Times New Roman"/>
          <w:rtl/>
        </w:rPr>
        <w:t xml:space="preserve"> </w:t>
      </w:r>
      <w:r>
        <w:rPr>
          <w:rFonts w:cs="Times New Roman" w:hint="cs"/>
          <w:rtl/>
        </w:rPr>
        <w:t>هجوم</w:t>
      </w:r>
      <w:r>
        <w:rPr>
          <w:rFonts w:cs="Times New Roman"/>
          <w:rtl/>
        </w:rPr>
        <w:t xml:space="preserve"> </w:t>
      </w:r>
      <w:r>
        <w:rPr>
          <w:rFonts w:cs="Times New Roman" w:hint="cs"/>
          <w:rtl/>
        </w:rPr>
        <w:t>الدليل</w:t>
      </w:r>
      <w:r>
        <w:rPr>
          <w:rFonts w:cs="Times New Roman"/>
          <w:rtl/>
        </w:rPr>
        <w:t xml:space="preserve"> </w:t>
      </w:r>
      <w:r>
        <w:rPr>
          <w:rFonts w:cs="Times New Roman" w:hint="cs"/>
          <w:rtl/>
        </w:rPr>
        <w:t>النشط</w:t>
      </w:r>
      <w:r>
        <w:t xml:space="preserve"> </w:t>
      </w:r>
    </w:p>
    <w:p w:rsidR="00C32A6B" w:rsidRDefault="00C32A6B" w:rsidP="00C32A6B">
      <w:pPr>
        <w:tabs>
          <w:tab w:val="left" w:pos="7020"/>
        </w:tabs>
      </w:pPr>
      <w:r>
        <w:t>(</w:t>
      </w:r>
      <w:proofErr w:type="spellStart"/>
      <w:r>
        <w:t>BloodHound</w:t>
      </w:r>
      <w:proofErr w:type="spellEnd"/>
      <w:r>
        <w:t xml:space="preserve"> Attack Path Mapping)</w:t>
      </w:r>
    </w:p>
    <w:p w:rsidR="00C32A6B" w:rsidRDefault="00C32A6B" w:rsidP="00C32A6B">
      <w:pPr>
        <w:tabs>
          <w:tab w:val="left" w:pos="7020"/>
        </w:tabs>
      </w:pPr>
      <w:r>
        <w:rPr>
          <w:rFonts w:cs="Times New Roman" w:hint="cs"/>
          <w:rtl/>
        </w:rPr>
        <w:t>الوصف</w:t>
      </w:r>
      <w:r>
        <w:rPr>
          <w:rFonts w:cs="Times New Roman"/>
          <w:rtl/>
        </w:rPr>
        <w:t xml:space="preserve"> </w:t>
      </w:r>
      <w:r>
        <w:rPr>
          <w:rFonts w:cs="Times New Roman" w:hint="cs"/>
          <w:rtl/>
        </w:rPr>
        <w:t>الفني</w:t>
      </w:r>
      <w:r>
        <w:rPr>
          <w:rFonts w:cs="Times New Roman"/>
          <w:rtl/>
        </w:rPr>
        <w:t xml:space="preserve"> (</w:t>
      </w:r>
      <w:r>
        <w:rPr>
          <w:rFonts w:cs="Times New Roman" w:hint="cs"/>
          <w:rtl/>
        </w:rPr>
        <w:t>بالعربية</w:t>
      </w:r>
      <w:r>
        <w:rPr>
          <w:rFonts w:cs="Times New Roman"/>
          <w:rtl/>
        </w:rPr>
        <w:t>): "</w:t>
      </w:r>
      <w:r>
        <w:rPr>
          <w:rFonts w:cs="Times New Roman" w:hint="cs"/>
          <w:rtl/>
        </w:rPr>
        <w:t>كمحاولة</w:t>
      </w:r>
      <w:r>
        <w:rPr>
          <w:rFonts w:cs="Times New Roman"/>
          <w:rtl/>
        </w:rPr>
        <w:t xml:space="preserve"> </w:t>
      </w:r>
      <w:r>
        <w:rPr>
          <w:rFonts w:cs="Times New Roman" w:hint="cs"/>
          <w:rtl/>
        </w:rPr>
        <w:t>متقدمة</w:t>
      </w:r>
      <w:r>
        <w:rPr>
          <w:rFonts w:cs="Times New Roman"/>
          <w:rtl/>
        </w:rPr>
        <w:t xml:space="preserve"> </w:t>
      </w:r>
      <w:r>
        <w:rPr>
          <w:rFonts w:cs="Times New Roman" w:hint="cs"/>
          <w:rtl/>
        </w:rPr>
        <w:t>لرسم</w:t>
      </w:r>
      <w:r>
        <w:rPr>
          <w:rFonts w:cs="Times New Roman"/>
          <w:rtl/>
        </w:rPr>
        <w:t xml:space="preserve"> </w:t>
      </w:r>
      <w:r>
        <w:rPr>
          <w:rFonts w:cs="Times New Roman" w:hint="cs"/>
          <w:rtl/>
        </w:rPr>
        <w:t>خريطة</w:t>
      </w:r>
      <w:r>
        <w:rPr>
          <w:rFonts w:cs="Times New Roman"/>
          <w:rtl/>
        </w:rPr>
        <w:t xml:space="preserve"> </w:t>
      </w:r>
      <w:r>
        <w:rPr>
          <w:rFonts w:cs="Times New Roman" w:hint="cs"/>
          <w:rtl/>
        </w:rPr>
        <w:t>مسارات</w:t>
      </w:r>
      <w:r>
        <w:rPr>
          <w:rFonts w:cs="Times New Roman"/>
          <w:rtl/>
        </w:rPr>
        <w:t xml:space="preserve"> </w:t>
      </w:r>
      <w:r>
        <w:rPr>
          <w:rFonts w:cs="Times New Roman" w:hint="cs"/>
          <w:rtl/>
        </w:rPr>
        <w:t>الاختراق</w:t>
      </w:r>
      <w:r>
        <w:rPr>
          <w:rFonts w:cs="Times New Roman"/>
          <w:rtl/>
        </w:rPr>
        <w:t xml:space="preserve"> </w:t>
      </w:r>
      <w:r>
        <w:rPr>
          <w:rFonts w:cs="Times New Roman" w:hint="cs"/>
          <w:rtl/>
        </w:rPr>
        <w:t>وتصعيد</w:t>
      </w:r>
      <w:r>
        <w:rPr>
          <w:rFonts w:cs="Times New Roman"/>
          <w:rtl/>
        </w:rPr>
        <w:t xml:space="preserve"> </w:t>
      </w:r>
      <w:r>
        <w:rPr>
          <w:rFonts w:cs="Times New Roman" w:hint="cs"/>
          <w:rtl/>
        </w:rPr>
        <w:t>الصلاحيات</w:t>
      </w:r>
      <w:r>
        <w:rPr>
          <w:rFonts w:cs="Times New Roman"/>
          <w:rtl/>
        </w:rPr>
        <w:t xml:space="preserve"> </w:t>
      </w:r>
      <w:r>
        <w:rPr>
          <w:rFonts w:cs="Times New Roman" w:hint="cs"/>
          <w:rtl/>
        </w:rPr>
        <w:t>في</w:t>
      </w:r>
      <w:r>
        <w:rPr>
          <w:rFonts w:cs="Times New Roman"/>
          <w:rtl/>
        </w:rPr>
        <w:t xml:space="preserve"> </w:t>
      </w:r>
      <w:r>
        <w:rPr>
          <w:rFonts w:cs="Times New Roman" w:hint="cs"/>
          <w:rtl/>
        </w:rPr>
        <w:t>الدليل</w:t>
      </w:r>
      <w:r>
        <w:rPr>
          <w:rFonts w:cs="Times New Roman"/>
          <w:rtl/>
        </w:rPr>
        <w:t xml:space="preserve"> </w:t>
      </w:r>
      <w:r>
        <w:rPr>
          <w:rFonts w:cs="Times New Roman" w:hint="cs"/>
          <w:rtl/>
        </w:rPr>
        <w:t>النشط</w:t>
      </w:r>
      <w:r>
        <w:rPr>
          <w:rFonts w:cs="Times New Roman"/>
          <w:rtl/>
        </w:rPr>
        <w:t xml:space="preserve">، </w:t>
      </w:r>
      <w:r>
        <w:rPr>
          <w:rFonts w:cs="Times New Roman" w:hint="cs"/>
          <w:rtl/>
        </w:rPr>
        <w:t>تم</w:t>
      </w:r>
      <w:r>
        <w:rPr>
          <w:rFonts w:cs="Times New Roman"/>
          <w:rtl/>
        </w:rPr>
        <w:t xml:space="preserve"> </w:t>
      </w:r>
      <w:r>
        <w:rPr>
          <w:rFonts w:cs="Times New Roman" w:hint="cs"/>
          <w:rtl/>
        </w:rPr>
        <w:t>استخدام</w:t>
      </w:r>
      <w:r>
        <w:rPr>
          <w:rFonts w:cs="Times New Roman"/>
          <w:rtl/>
        </w:rPr>
        <w:t xml:space="preserve"> </w:t>
      </w:r>
      <w:r>
        <w:rPr>
          <w:rFonts w:cs="Times New Roman" w:hint="cs"/>
          <w:rtl/>
        </w:rPr>
        <w:t>أداة</w:t>
      </w:r>
      <w:r>
        <w:t xml:space="preserve"> </w:t>
      </w:r>
      <w:proofErr w:type="spellStart"/>
      <w:r>
        <w:t>BloodHound</w:t>
      </w:r>
      <w:proofErr w:type="spellEnd"/>
      <w:r>
        <w:t xml:space="preserve"> </w:t>
      </w:r>
      <w:r>
        <w:rPr>
          <w:rFonts w:cs="Times New Roman" w:hint="cs"/>
          <w:rtl/>
        </w:rPr>
        <w:t>لسحب</w:t>
      </w:r>
      <w:r>
        <w:rPr>
          <w:rFonts w:cs="Times New Roman"/>
          <w:rtl/>
        </w:rPr>
        <w:t xml:space="preserve"> </w:t>
      </w:r>
      <w:r>
        <w:rPr>
          <w:rFonts w:cs="Times New Roman" w:hint="cs"/>
          <w:rtl/>
        </w:rPr>
        <w:t>العلاقات</w:t>
      </w:r>
      <w:r>
        <w:rPr>
          <w:rFonts w:cs="Times New Roman"/>
          <w:rtl/>
        </w:rPr>
        <w:t xml:space="preserve"> </w:t>
      </w:r>
      <w:r>
        <w:rPr>
          <w:rFonts w:cs="Times New Roman" w:hint="cs"/>
          <w:rtl/>
        </w:rPr>
        <w:t>بين</w:t>
      </w:r>
      <w:r>
        <w:rPr>
          <w:rFonts w:cs="Times New Roman"/>
          <w:rtl/>
        </w:rPr>
        <w:t xml:space="preserve"> </w:t>
      </w:r>
      <w:r>
        <w:rPr>
          <w:rFonts w:cs="Times New Roman" w:hint="cs"/>
          <w:rtl/>
        </w:rPr>
        <w:t>الكائنات</w:t>
      </w:r>
      <w:r>
        <w:rPr>
          <w:rFonts w:cs="Times New Roman"/>
          <w:rtl/>
        </w:rPr>
        <w:t xml:space="preserve"> </w:t>
      </w:r>
      <w:r>
        <w:rPr>
          <w:rFonts w:cs="Times New Roman" w:hint="cs"/>
          <w:rtl/>
        </w:rPr>
        <w:t>باستخدام</w:t>
      </w:r>
      <w:r>
        <w:rPr>
          <w:rFonts w:cs="Times New Roman"/>
          <w:rtl/>
        </w:rPr>
        <w:t xml:space="preserve"> </w:t>
      </w:r>
      <w:r>
        <w:rPr>
          <w:rFonts w:cs="Times New Roman" w:hint="cs"/>
          <w:rtl/>
        </w:rPr>
        <w:t>بيانات</w:t>
      </w:r>
      <w:r>
        <w:rPr>
          <w:rFonts w:cs="Times New Roman"/>
          <w:rtl/>
        </w:rPr>
        <w:t xml:space="preserve"> </w:t>
      </w:r>
      <w:r>
        <w:rPr>
          <w:rFonts w:cs="Times New Roman" w:hint="cs"/>
          <w:rtl/>
        </w:rPr>
        <w:t>اعتماد</w:t>
      </w:r>
      <w:r>
        <w:rPr>
          <w:rFonts w:cs="Times New Roman"/>
          <w:rtl/>
        </w:rPr>
        <w:t xml:space="preserve"> </w:t>
      </w:r>
      <w:r>
        <w:rPr>
          <w:rFonts w:cs="Times New Roman" w:hint="cs"/>
          <w:rtl/>
        </w:rPr>
        <w:t>المستخدم</w:t>
      </w:r>
      <w:r>
        <w:t xml:space="preserve"> </w:t>
      </w:r>
      <w:proofErr w:type="spellStart"/>
      <w:r>
        <w:t>ahmed.ali</w:t>
      </w:r>
      <w:proofErr w:type="spellEnd"/>
      <w:r>
        <w:t xml:space="preserve">. </w:t>
      </w:r>
      <w:r>
        <w:rPr>
          <w:rFonts w:cs="Times New Roman" w:hint="cs"/>
          <w:rtl/>
        </w:rPr>
        <w:t>فشلت</w:t>
      </w:r>
      <w:r>
        <w:rPr>
          <w:rFonts w:cs="Times New Roman"/>
          <w:rtl/>
        </w:rPr>
        <w:t xml:space="preserve"> </w:t>
      </w:r>
      <w:r>
        <w:rPr>
          <w:rFonts w:cs="Times New Roman" w:hint="cs"/>
          <w:rtl/>
        </w:rPr>
        <w:t>الأداة</w:t>
      </w:r>
      <w:r>
        <w:rPr>
          <w:rFonts w:cs="Times New Roman"/>
          <w:rtl/>
        </w:rPr>
        <w:t xml:space="preserve"> </w:t>
      </w:r>
      <w:r>
        <w:rPr>
          <w:rFonts w:cs="Times New Roman" w:hint="cs"/>
          <w:rtl/>
        </w:rPr>
        <w:t>في</w:t>
      </w:r>
      <w:r>
        <w:rPr>
          <w:rFonts w:cs="Times New Roman"/>
          <w:rtl/>
        </w:rPr>
        <w:t xml:space="preserve"> </w:t>
      </w:r>
      <w:r>
        <w:rPr>
          <w:rFonts w:cs="Times New Roman" w:hint="cs"/>
          <w:rtl/>
        </w:rPr>
        <w:t>الاتصال</w:t>
      </w:r>
      <w:r>
        <w:rPr>
          <w:rFonts w:cs="Times New Roman"/>
          <w:rtl/>
        </w:rPr>
        <w:t xml:space="preserve"> </w:t>
      </w:r>
      <w:r>
        <w:rPr>
          <w:rFonts w:cs="Times New Roman" w:hint="cs"/>
          <w:rtl/>
        </w:rPr>
        <w:t>وسحب</w:t>
      </w:r>
      <w:r>
        <w:rPr>
          <w:rFonts w:cs="Times New Roman"/>
          <w:rtl/>
        </w:rPr>
        <w:t xml:space="preserve"> </w:t>
      </w:r>
      <w:r>
        <w:rPr>
          <w:rFonts w:cs="Times New Roman" w:hint="cs"/>
          <w:rtl/>
        </w:rPr>
        <w:t>البيانات</w:t>
      </w:r>
      <w:r>
        <w:rPr>
          <w:rFonts w:cs="Times New Roman"/>
          <w:rtl/>
        </w:rPr>
        <w:t xml:space="preserve"> </w:t>
      </w:r>
      <w:r>
        <w:rPr>
          <w:rFonts w:cs="Times New Roman" w:hint="cs"/>
          <w:rtl/>
        </w:rPr>
        <w:t>بسبب</w:t>
      </w:r>
      <w:r>
        <w:rPr>
          <w:rFonts w:cs="Times New Roman"/>
          <w:rtl/>
        </w:rPr>
        <w:t xml:space="preserve"> </w:t>
      </w:r>
      <w:r>
        <w:rPr>
          <w:rFonts w:cs="Times New Roman" w:hint="cs"/>
          <w:rtl/>
        </w:rPr>
        <w:t>سياسات</w:t>
      </w:r>
      <w:r>
        <w:rPr>
          <w:rFonts w:cs="Times New Roman"/>
          <w:rtl/>
        </w:rPr>
        <w:t xml:space="preserve"> </w:t>
      </w:r>
      <w:r>
        <w:rPr>
          <w:rFonts w:cs="Times New Roman" w:hint="cs"/>
          <w:rtl/>
        </w:rPr>
        <w:t>التحصين</w:t>
      </w:r>
      <w:r>
        <w:rPr>
          <w:rFonts w:cs="Times New Roman"/>
          <w:rtl/>
        </w:rPr>
        <w:t xml:space="preserve"> </w:t>
      </w:r>
      <w:r>
        <w:rPr>
          <w:rFonts w:cs="Times New Roman" w:hint="cs"/>
          <w:rtl/>
        </w:rPr>
        <w:t>المطبقة</w:t>
      </w:r>
      <w:r>
        <w:rPr>
          <w:rFonts w:cs="Times New Roman"/>
          <w:rtl/>
        </w:rPr>
        <w:t xml:space="preserve"> </w:t>
      </w:r>
      <w:r>
        <w:rPr>
          <w:rFonts w:cs="Times New Roman" w:hint="cs"/>
          <w:rtl/>
        </w:rPr>
        <w:t>على</w:t>
      </w:r>
      <w:r>
        <w:rPr>
          <w:rFonts w:cs="Times New Roman"/>
          <w:rtl/>
        </w:rPr>
        <w:t xml:space="preserve"> </w:t>
      </w:r>
      <w:r>
        <w:rPr>
          <w:rFonts w:cs="Times New Roman" w:hint="cs"/>
          <w:rtl/>
        </w:rPr>
        <w:t>السيرفر</w:t>
      </w:r>
      <w:r>
        <w:rPr>
          <w:rFonts w:cs="Times New Roman"/>
          <w:rtl/>
        </w:rPr>
        <w:t xml:space="preserve">. </w:t>
      </w:r>
      <w:r>
        <w:rPr>
          <w:rFonts w:cs="Times New Roman" w:hint="cs"/>
          <w:rtl/>
        </w:rPr>
        <w:t>رسالة</w:t>
      </w:r>
      <w:r>
        <w:rPr>
          <w:rFonts w:cs="Times New Roman"/>
          <w:rtl/>
        </w:rPr>
        <w:t xml:space="preserve"> </w:t>
      </w:r>
      <w:r>
        <w:rPr>
          <w:rFonts w:cs="Times New Roman" w:hint="cs"/>
          <w:rtl/>
        </w:rPr>
        <w:t>الخطأ</w:t>
      </w:r>
      <w:r>
        <w:rPr>
          <w:rFonts w:cs="Times New Roman"/>
          <w:rtl/>
        </w:rPr>
        <w:t xml:space="preserve"> </w:t>
      </w:r>
      <w:r>
        <w:rPr>
          <w:rFonts w:cs="Times New Roman" w:hint="cs"/>
          <w:rtl/>
        </w:rPr>
        <w:t>أكدت</w:t>
      </w:r>
      <w:r>
        <w:rPr>
          <w:rFonts w:cs="Times New Roman"/>
          <w:rtl/>
        </w:rPr>
        <w:t xml:space="preserve"> </w:t>
      </w:r>
      <w:r>
        <w:rPr>
          <w:rFonts w:cs="Times New Roman" w:hint="cs"/>
          <w:rtl/>
        </w:rPr>
        <w:t>أن</w:t>
      </w:r>
      <w:r>
        <w:rPr>
          <w:rFonts w:cs="Times New Roman"/>
          <w:rtl/>
        </w:rPr>
        <w:t xml:space="preserve"> </w:t>
      </w:r>
      <w:r>
        <w:rPr>
          <w:rFonts w:cs="Times New Roman" w:hint="cs"/>
          <w:rtl/>
        </w:rPr>
        <w:t>السيرفر</w:t>
      </w:r>
      <w:r>
        <w:rPr>
          <w:rFonts w:cs="Times New Roman"/>
          <w:rtl/>
        </w:rPr>
        <w:t xml:space="preserve"> </w:t>
      </w:r>
      <w:r>
        <w:rPr>
          <w:rFonts w:cs="Times New Roman" w:hint="cs"/>
          <w:rtl/>
        </w:rPr>
        <w:t>يرفض</w:t>
      </w:r>
      <w:r>
        <w:rPr>
          <w:rFonts w:cs="Times New Roman"/>
          <w:rtl/>
        </w:rPr>
        <w:t xml:space="preserve"> </w:t>
      </w:r>
      <w:r>
        <w:rPr>
          <w:rFonts w:cs="Times New Roman" w:hint="cs"/>
          <w:rtl/>
        </w:rPr>
        <w:t>الاتصالات</w:t>
      </w:r>
      <w:r>
        <w:rPr>
          <w:rFonts w:cs="Times New Roman"/>
          <w:rtl/>
        </w:rPr>
        <w:t xml:space="preserve"> </w:t>
      </w:r>
      <w:r>
        <w:rPr>
          <w:rFonts w:cs="Times New Roman" w:hint="cs"/>
          <w:rtl/>
        </w:rPr>
        <w:t>غير</w:t>
      </w:r>
      <w:r>
        <w:rPr>
          <w:rFonts w:cs="Times New Roman"/>
          <w:rtl/>
        </w:rPr>
        <w:t xml:space="preserve"> </w:t>
      </w:r>
      <w:r>
        <w:rPr>
          <w:rFonts w:cs="Times New Roman" w:hint="cs"/>
          <w:rtl/>
        </w:rPr>
        <w:t>الموقعة</w:t>
      </w:r>
      <w:r>
        <w:t xml:space="preserve"> (LDAP Authentication is refused because LDAP signing is enabled). </w:t>
      </w:r>
      <w:r>
        <w:rPr>
          <w:rFonts w:cs="Times New Roman" w:hint="cs"/>
          <w:rtl/>
        </w:rPr>
        <w:t>يثبت</w:t>
      </w:r>
      <w:r>
        <w:rPr>
          <w:rFonts w:cs="Times New Roman"/>
          <w:rtl/>
        </w:rPr>
        <w:t xml:space="preserve"> </w:t>
      </w:r>
      <w:r>
        <w:rPr>
          <w:rFonts w:cs="Times New Roman" w:hint="cs"/>
          <w:rtl/>
        </w:rPr>
        <w:t>هذا</w:t>
      </w:r>
      <w:r>
        <w:rPr>
          <w:rFonts w:cs="Times New Roman"/>
          <w:rtl/>
        </w:rPr>
        <w:t xml:space="preserve"> </w:t>
      </w:r>
      <w:r>
        <w:rPr>
          <w:rFonts w:cs="Times New Roman" w:hint="cs"/>
          <w:rtl/>
        </w:rPr>
        <w:t>الفشل</w:t>
      </w:r>
      <w:r>
        <w:rPr>
          <w:rFonts w:cs="Times New Roman"/>
          <w:rtl/>
        </w:rPr>
        <w:t xml:space="preserve"> </w:t>
      </w:r>
      <w:r>
        <w:rPr>
          <w:rFonts w:cs="Times New Roman" w:hint="cs"/>
          <w:rtl/>
        </w:rPr>
        <w:t>نجاح</w:t>
      </w:r>
      <w:r>
        <w:rPr>
          <w:rFonts w:cs="Times New Roman"/>
          <w:rtl/>
        </w:rPr>
        <w:t xml:space="preserve"> </w:t>
      </w:r>
      <w:r>
        <w:rPr>
          <w:rFonts w:cs="Times New Roman" w:hint="cs"/>
          <w:rtl/>
        </w:rPr>
        <w:t>الإجراءات</w:t>
      </w:r>
      <w:r>
        <w:rPr>
          <w:rFonts w:cs="Times New Roman"/>
          <w:rtl/>
        </w:rPr>
        <w:t xml:space="preserve"> </w:t>
      </w:r>
      <w:r>
        <w:rPr>
          <w:rFonts w:cs="Times New Roman" w:hint="cs"/>
          <w:rtl/>
        </w:rPr>
        <w:t>الأمنية</w:t>
      </w:r>
      <w:r>
        <w:rPr>
          <w:rFonts w:cs="Times New Roman"/>
          <w:rtl/>
        </w:rPr>
        <w:t xml:space="preserve"> </w:t>
      </w:r>
      <w:r>
        <w:rPr>
          <w:rFonts w:cs="Times New Roman" w:hint="cs"/>
          <w:rtl/>
        </w:rPr>
        <w:t>المطبقة</w:t>
      </w:r>
      <w:r>
        <w:rPr>
          <w:rFonts w:cs="Times New Roman"/>
          <w:rtl/>
        </w:rPr>
        <w:t xml:space="preserve"> </w:t>
      </w:r>
      <w:r>
        <w:rPr>
          <w:rFonts w:cs="Times New Roman" w:hint="cs"/>
          <w:rtl/>
        </w:rPr>
        <w:t>في</w:t>
      </w:r>
      <w:r>
        <w:rPr>
          <w:rFonts w:cs="Times New Roman"/>
          <w:rtl/>
        </w:rPr>
        <w:t xml:space="preserve"> </w:t>
      </w:r>
      <w:r>
        <w:rPr>
          <w:rFonts w:cs="Times New Roman" w:hint="cs"/>
          <w:rtl/>
        </w:rPr>
        <w:t>الخطوة</w:t>
      </w:r>
      <w:r>
        <w:rPr>
          <w:rFonts w:cs="Times New Roman"/>
          <w:rtl/>
        </w:rPr>
        <w:t xml:space="preserve"> (39) </w:t>
      </w:r>
      <w:r>
        <w:rPr>
          <w:rFonts w:cs="Times New Roman" w:hint="cs"/>
          <w:rtl/>
        </w:rPr>
        <w:t>في</w:t>
      </w:r>
      <w:r>
        <w:rPr>
          <w:rFonts w:cs="Times New Roman"/>
          <w:rtl/>
        </w:rPr>
        <w:t xml:space="preserve"> </w:t>
      </w:r>
      <w:r>
        <w:rPr>
          <w:rFonts w:cs="Times New Roman" w:hint="cs"/>
          <w:rtl/>
        </w:rPr>
        <w:t>إحباط</w:t>
      </w:r>
      <w:r>
        <w:rPr>
          <w:rFonts w:cs="Times New Roman"/>
          <w:rtl/>
        </w:rPr>
        <w:t xml:space="preserve"> </w:t>
      </w:r>
      <w:r>
        <w:rPr>
          <w:rFonts w:cs="Times New Roman" w:hint="cs"/>
          <w:rtl/>
        </w:rPr>
        <w:t>محاولات</w:t>
      </w:r>
      <w:r>
        <w:rPr>
          <w:rFonts w:cs="Times New Roman"/>
          <w:rtl/>
        </w:rPr>
        <w:t xml:space="preserve"> </w:t>
      </w:r>
      <w:r>
        <w:rPr>
          <w:rFonts w:cs="Times New Roman" w:hint="cs"/>
          <w:rtl/>
        </w:rPr>
        <w:t>الاستطلاع</w:t>
      </w:r>
      <w:r>
        <w:rPr>
          <w:rFonts w:cs="Times New Roman"/>
          <w:rtl/>
        </w:rPr>
        <w:t xml:space="preserve"> </w:t>
      </w:r>
      <w:r>
        <w:rPr>
          <w:rFonts w:cs="Times New Roman" w:hint="cs"/>
          <w:rtl/>
        </w:rPr>
        <w:t>الآلية</w:t>
      </w:r>
      <w:r>
        <w:rPr>
          <w:rFonts w:cs="Times New Roman"/>
          <w:rtl/>
        </w:rPr>
        <w:t xml:space="preserve"> </w:t>
      </w:r>
      <w:r>
        <w:rPr>
          <w:rFonts w:cs="Times New Roman" w:hint="cs"/>
          <w:rtl/>
        </w:rPr>
        <w:t>المتقدمة</w:t>
      </w:r>
      <w:r>
        <w:t xml:space="preserve"> (Automated AD Reconnaissance) </w:t>
      </w:r>
      <w:r>
        <w:rPr>
          <w:rFonts w:cs="Times New Roman" w:hint="cs"/>
          <w:rtl/>
        </w:rPr>
        <w:t>التي</w:t>
      </w:r>
      <w:r>
        <w:rPr>
          <w:rFonts w:cs="Times New Roman"/>
          <w:rtl/>
        </w:rPr>
        <w:t xml:space="preserve"> </w:t>
      </w:r>
      <w:r>
        <w:rPr>
          <w:rFonts w:cs="Times New Roman" w:hint="cs"/>
          <w:rtl/>
        </w:rPr>
        <w:t>يعتمد</w:t>
      </w:r>
      <w:r>
        <w:rPr>
          <w:rFonts w:cs="Times New Roman"/>
          <w:rtl/>
        </w:rPr>
        <w:t xml:space="preserve"> </w:t>
      </w:r>
      <w:r>
        <w:rPr>
          <w:rFonts w:cs="Times New Roman" w:hint="cs"/>
          <w:rtl/>
        </w:rPr>
        <w:t>عليها</w:t>
      </w:r>
      <w:r>
        <w:rPr>
          <w:rFonts w:cs="Times New Roman"/>
          <w:rtl/>
        </w:rPr>
        <w:t xml:space="preserve"> </w:t>
      </w:r>
      <w:r>
        <w:rPr>
          <w:rFonts w:cs="Times New Roman" w:hint="cs"/>
          <w:rtl/>
        </w:rPr>
        <w:t>مختبرو</w:t>
      </w:r>
      <w:r>
        <w:rPr>
          <w:rFonts w:cs="Times New Roman"/>
          <w:rtl/>
        </w:rPr>
        <w:t xml:space="preserve"> </w:t>
      </w:r>
      <w:r>
        <w:rPr>
          <w:rFonts w:cs="Times New Roman" w:hint="cs"/>
          <w:rtl/>
        </w:rPr>
        <w:t>الاختراق</w:t>
      </w:r>
      <w:r>
        <w:t>."</w:t>
      </w:r>
    </w:p>
    <w:p w:rsidR="00F96B49" w:rsidRDefault="00C32A6B" w:rsidP="00C32A6B">
      <w:pPr>
        <w:tabs>
          <w:tab w:val="left" w:pos="7020"/>
        </w:tabs>
      </w:pPr>
      <w:r>
        <w:t xml:space="preserve">Technical Description (English): "In an advanced attempt to map attack paths and privilege escalation routes within Active Directory, the </w:t>
      </w:r>
      <w:proofErr w:type="spellStart"/>
      <w:r>
        <w:t>BloodHound</w:t>
      </w:r>
      <w:proofErr w:type="spellEnd"/>
      <w:r>
        <w:t xml:space="preserve"> tool was utilized to extract object relationships using </w:t>
      </w:r>
      <w:proofErr w:type="spellStart"/>
      <w:r>
        <w:t>ahmed.ali</w:t>
      </w:r>
      <w:proofErr w:type="spellEnd"/>
      <w:r>
        <w:t xml:space="preserve"> credentials. The tool failed to connect and extract data due to the hardening policies enforced on the server. The error message confirmed that the server refuses unsigned connections (LDAP Authentication is refused because LDAP signing is enabled). This failure validates the effectiveness of the security measures applied in Step (39) in thwarting advanced Automated AD Reconnaissance attempts heavily relied upon by penetration testers."</w:t>
      </w:r>
    </w:p>
    <w:p w:rsidR="00C32A6B" w:rsidRDefault="001D0268" w:rsidP="00C32A6B">
      <w:pPr>
        <w:tabs>
          <w:tab w:val="left" w:pos="7020"/>
        </w:tabs>
      </w:pPr>
      <w:r>
        <w:rPr>
          <w:noProof/>
        </w:rPr>
        <w:lastRenderedPageBreak/>
        <w:drawing>
          <wp:inline distT="0" distB="0" distL="0" distR="0">
            <wp:extent cx="5943600" cy="312674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محاولة رسم خريطة هجوم الدليل النشط (BloodHound Attack Path Mapping).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3126740"/>
                    </a:xfrm>
                    <a:prstGeom prst="rect">
                      <a:avLst/>
                    </a:prstGeom>
                  </pic:spPr>
                </pic:pic>
              </a:graphicData>
            </a:graphic>
          </wp:inline>
        </w:drawing>
      </w:r>
    </w:p>
    <w:p w:rsidR="001D0268" w:rsidRDefault="001D0268" w:rsidP="00C32A6B">
      <w:pPr>
        <w:tabs>
          <w:tab w:val="left" w:pos="7020"/>
        </w:tabs>
      </w:pPr>
      <w:r>
        <w:rPr>
          <w:noProof/>
        </w:rPr>
        <w:drawing>
          <wp:inline distT="0" distB="0" distL="0" distR="0">
            <wp:extent cx="5943600" cy="312356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محاولة رسم خريطة هجوم الدليل النشط (BloodHound Attack Path Mapping)2.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3123565"/>
                    </a:xfrm>
                    <a:prstGeom prst="rect">
                      <a:avLst/>
                    </a:prstGeom>
                  </pic:spPr>
                </pic:pic>
              </a:graphicData>
            </a:graphic>
          </wp:inline>
        </w:drawing>
      </w:r>
    </w:p>
    <w:p w:rsidR="001D0268" w:rsidRDefault="001D0268" w:rsidP="00C32A6B">
      <w:pPr>
        <w:pBdr>
          <w:bottom w:val="single" w:sz="6" w:space="1" w:color="auto"/>
        </w:pBdr>
        <w:tabs>
          <w:tab w:val="left" w:pos="7020"/>
        </w:tabs>
      </w:pPr>
      <w:r>
        <w:rPr>
          <w:noProof/>
        </w:rPr>
        <w:lastRenderedPageBreak/>
        <w:drawing>
          <wp:inline distT="0" distB="0" distL="0" distR="0">
            <wp:extent cx="5943600" cy="313626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محاولة رسم خريطة هجوم الدليل النشط (BloodHound Attack Path Mapping)3.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3136265"/>
                    </a:xfrm>
                    <a:prstGeom prst="rect">
                      <a:avLst/>
                    </a:prstGeom>
                  </pic:spPr>
                </pic:pic>
              </a:graphicData>
            </a:graphic>
          </wp:inline>
        </w:drawing>
      </w:r>
    </w:p>
    <w:p w:rsidR="001D0268" w:rsidRDefault="001D0268" w:rsidP="00C32A6B">
      <w:pPr>
        <w:pBdr>
          <w:bottom w:val="single" w:sz="6" w:space="1" w:color="auto"/>
        </w:pBdr>
        <w:tabs>
          <w:tab w:val="left" w:pos="7020"/>
        </w:tabs>
      </w:pPr>
    </w:p>
    <w:p w:rsidR="001D0268" w:rsidRDefault="001D0268" w:rsidP="00C32A6B">
      <w:pPr>
        <w:tabs>
          <w:tab w:val="left" w:pos="7020"/>
        </w:tabs>
        <w:rPr>
          <w:rFonts w:cs="Times New Roman"/>
          <w:rtl/>
        </w:rPr>
      </w:pPr>
    </w:p>
    <w:p w:rsidR="00C30074" w:rsidRDefault="00C30074" w:rsidP="00C32A6B">
      <w:pPr>
        <w:tabs>
          <w:tab w:val="left" w:pos="7020"/>
        </w:tabs>
        <w:rPr>
          <w:rFonts w:cs="Times New Roman"/>
          <w:rtl/>
        </w:rPr>
      </w:pPr>
    </w:p>
    <w:p w:rsidR="00C30074" w:rsidRDefault="00C30074" w:rsidP="00C32A6B">
      <w:pPr>
        <w:tabs>
          <w:tab w:val="left" w:pos="7020"/>
        </w:tabs>
        <w:rPr>
          <w:rFonts w:cs="Times New Roman"/>
          <w:rtl/>
        </w:rPr>
      </w:pPr>
    </w:p>
    <w:p w:rsidR="00C30074" w:rsidRDefault="00C30074" w:rsidP="00C32A6B">
      <w:pPr>
        <w:tabs>
          <w:tab w:val="left" w:pos="7020"/>
        </w:tabs>
        <w:rPr>
          <w:rFonts w:cs="Times New Roman"/>
          <w:rtl/>
        </w:rPr>
      </w:pPr>
    </w:p>
    <w:p w:rsidR="00C30074" w:rsidRDefault="00C30074" w:rsidP="00C30074">
      <w:pPr>
        <w:tabs>
          <w:tab w:val="left" w:pos="7020"/>
        </w:tabs>
        <w:rPr>
          <w:rFonts w:cs="Times New Roman"/>
          <w:rtl/>
        </w:rPr>
      </w:pPr>
      <w:r w:rsidRPr="00C30074">
        <w:rPr>
          <w:rFonts w:ascii="Segoe UI Emoji" w:hAnsi="Segoe UI Emoji" w:cs="Segoe UI Emoji"/>
        </w:rPr>
        <w:t>📌</w:t>
      </w:r>
      <w:r w:rsidRPr="00C30074">
        <w:rPr>
          <w:rFonts w:cs="Times New Roman"/>
        </w:rPr>
        <w:t xml:space="preserve"> </w:t>
      </w:r>
      <w:r w:rsidRPr="00C30074">
        <w:rPr>
          <w:rFonts w:cs="Times New Roman" w:hint="cs"/>
          <w:rtl/>
        </w:rPr>
        <w:t>الخطوة</w:t>
      </w:r>
      <w:r w:rsidRPr="00C30074">
        <w:rPr>
          <w:rFonts w:cs="Times New Roman"/>
          <w:rtl/>
        </w:rPr>
        <w:t xml:space="preserve"> </w:t>
      </w:r>
      <w:r w:rsidRPr="00C30074">
        <w:rPr>
          <w:rFonts w:cs="Times New Roman" w:hint="cs"/>
          <w:rtl/>
        </w:rPr>
        <w:t>رقم</w:t>
      </w:r>
      <w:r w:rsidRPr="00C30074">
        <w:rPr>
          <w:rFonts w:cs="Times New Roman"/>
          <w:rtl/>
        </w:rPr>
        <w:t xml:space="preserve"> (47): </w:t>
      </w:r>
      <w:r w:rsidRPr="00C30074">
        <w:rPr>
          <w:rFonts w:cs="Times New Roman" w:hint="cs"/>
          <w:rtl/>
        </w:rPr>
        <w:t>تقييم</w:t>
      </w:r>
      <w:r w:rsidRPr="00C30074">
        <w:rPr>
          <w:rFonts w:cs="Times New Roman"/>
          <w:rtl/>
        </w:rPr>
        <w:t xml:space="preserve"> </w:t>
      </w:r>
      <w:r w:rsidRPr="00C30074">
        <w:rPr>
          <w:rFonts w:cs="Times New Roman" w:hint="cs"/>
          <w:rtl/>
        </w:rPr>
        <w:t>أمان</w:t>
      </w:r>
      <w:r w:rsidRPr="00C30074">
        <w:rPr>
          <w:rFonts w:cs="Times New Roman"/>
          <w:rtl/>
        </w:rPr>
        <w:t xml:space="preserve"> </w:t>
      </w:r>
      <w:r w:rsidRPr="00C30074">
        <w:rPr>
          <w:rFonts w:cs="Times New Roman" w:hint="cs"/>
          <w:rtl/>
        </w:rPr>
        <w:t>كلمات</w:t>
      </w:r>
      <w:r w:rsidRPr="00C30074">
        <w:rPr>
          <w:rFonts w:cs="Times New Roman"/>
          <w:rtl/>
        </w:rPr>
        <w:t xml:space="preserve"> </w:t>
      </w:r>
      <w:r w:rsidRPr="00C30074">
        <w:rPr>
          <w:rFonts w:cs="Times New Roman" w:hint="cs"/>
          <w:rtl/>
        </w:rPr>
        <w:t>مرور</w:t>
      </w:r>
      <w:r w:rsidRPr="00C30074">
        <w:rPr>
          <w:rFonts w:cs="Times New Roman"/>
          <w:rtl/>
        </w:rPr>
        <w:t xml:space="preserve"> </w:t>
      </w:r>
      <w:r w:rsidRPr="00C30074">
        <w:rPr>
          <w:rFonts w:cs="Times New Roman" w:hint="cs"/>
          <w:rtl/>
        </w:rPr>
        <w:t>المسؤولين</w:t>
      </w:r>
      <w:r w:rsidRPr="00C30074">
        <w:rPr>
          <w:rFonts w:cs="Times New Roman"/>
          <w:rtl/>
        </w:rPr>
        <w:t xml:space="preserve"> </w:t>
      </w:r>
      <w:r w:rsidRPr="00C30074">
        <w:rPr>
          <w:rFonts w:cs="Times New Roman" w:hint="cs"/>
          <w:rtl/>
        </w:rPr>
        <w:t>المحليين</w:t>
      </w:r>
      <w:r w:rsidRPr="00C30074">
        <w:rPr>
          <w:rFonts w:cs="Times New Roman"/>
        </w:rPr>
        <w:t xml:space="preserve"> </w:t>
      </w:r>
    </w:p>
    <w:p w:rsidR="00C30074" w:rsidRPr="00C30074" w:rsidRDefault="00C30074" w:rsidP="00C30074">
      <w:pPr>
        <w:tabs>
          <w:tab w:val="left" w:pos="7020"/>
        </w:tabs>
        <w:rPr>
          <w:rFonts w:cs="Times New Roman"/>
        </w:rPr>
      </w:pPr>
      <w:r w:rsidRPr="00C30074">
        <w:rPr>
          <w:rFonts w:cs="Times New Roman"/>
        </w:rPr>
        <w:t>(LAPS Security Assessment &amp; LDAP Enforcement)</w:t>
      </w:r>
    </w:p>
    <w:p w:rsidR="00C30074" w:rsidRPr="00C30074" w:rsidRDefault="00C30074" w:rsidP="00C30074">
      <w:pPr>
        <w:tabs>
          <w:tab w:val="left" w:pos="7020"/>
        </w:tabs>
        <w:rPr>
          <w:rFonts w:cs="Times New Roman"/>
        </w:rPr>
      </w:pPr>
      <w:r w:rsidRPr="00C30074">
        <w:rPr>
          <w:rFonts w:cs="Times New Roman" w:hint="cs"/>
          <w:rtl/>
        </w:rPr>
        <w:t>الوصف</w:t>
      </w:r>
      <w:r w:rsidRPr="00C30074">
        <w:rPr>
          <w:rFonts w:cs="Times New Roman"/>
          <w:rtl/>
        </w:rPr>
        <w:t xml:space="preserve"> </w:t>
      </w:r>
      <w:r w:rsidRPr="00C30074">
        <w:rPr>
          <w:rFonts w:cs="Times New Roman" w:hint="cs"/>
          <w:rtl/>
        </w:rPr>
        <w:t>الفني</w:t>
      </w:r>
      <w:r w:rsidRPr="00C30074">
        <w:rPr>
          <w:rFonts w:cs="Times New Roman"/>
          <w:rtl/>
        </w:rPr>
        <w:t xml:space="preserve"> (</w:t>
      </w:r>
      <w:r w:rsidRPr="00C30074">
        <w:rPr>
          <w:rFonts w:cs="Times New Roman" w:hint="cs"/>
          <w:rtl/>
        </w:rPr>
        <w:t>بالعربية</w:t>
      </w:r>
      <w:r w:rsidRPr="00C30074">
        <w:rPr>
          <w:rFonts w:cs="Times New Roman"/>
          <w:rtl/>
        </w:rPr>
        <w:t>): "</w:t>
      </w:r>
      <w:r w:rsidRPr="00C30074">
        <w:rPr>
          <w:rFonts w:cs="Times New Roman" w:hint="cs"/>
          <w:rtl/>
        </w:rPr>
        <w:t>كجزء</w:t>
      </w:r>
      <w:r w:rsidRPr="00C30074">
        <w:rPr>
          <w:rFonts w:cs="Times New Roman"/>
          <w:rtl/>
        </w:rPr>
        <w:t xml:space="preserve"> </w:t>
      </w:r>
      <w:r w:rsidRPr="00C30074">
        <w:rPr>
          <w:rFonts w:cs="Times New Roman" w:hint="cs"/>
          <w:rtl/>
        </w:rPr>
        <w:t>من</w:t>
      </w:r>
      <w:r w:rsidRPr="00C30074">
        <w:rPr>
          <w:rFonts w:cs="Times New Roman"/>
          <w:rtl/>
        </w:rPr>
        <w:t xml:space="preserve"> </w:t>
      </w:r>
      <w:r w:rsidRPr="00C30074">
        <w:rPr>
          <w:rFonts w:cs="Times New Roman" w:hint="cs"/>
          <w:rtl/>
        </w:rPr>
        <w:t>تقييم</w:t>
      </w:r>
      <w:r w:rsidRPr="00C30074">
        <w:rPr>
          <w:rFonts w:cs="Times New Roman"/>
          <w:rtl/>
        </w:rPr>
        <w:t xml:space="preserve"> </w:t>
      </w:r>
      <w:r w:rsidRPr="00C30074">
        <w:rPr>
          <w:rFonts w:cs="Times New Roman" w:hint="cs"/>
          <w:rtl/>
        </w:rPr>
        <w:t>أمان</w:t>
      </w:r>
      <w:r w:rsidRPr="00C30074">
        <w:rPr>
          <w:rFonts w:cs="Times New Roman"/>
          <w:rtl/>
        </w:rPr>
        <w:t xml:space="preserve"> </w:t>
      </w:r>
      <w:r w:rsidRPr="00C30074">
        <w:rPr>
          <w:rFonts w:cs="Times New Roman" w:hint="cs"/>
          <w:rtl/>
        </w:rPr>
        <w:t>نقاط</w:t>
      </w:r>
      <w:r w:rsidRPr="00C30074">
        <w:rPr>
          <w:rFonts w:cs="Times New Roman"/>
          <w:rtl/>
        </w:rPr>
        <w:t xml:space="preserve"> </w:t>
      </w:r>
      <w:r w:rsidRPr="00C30074">
        <w:rPr>
          <w:rFonts w:cs="Times New Roman" w:hint="cs"/>
          <w:rtl/>
        </w:rPr>
        <w:t>النهاية</w:t>
      </w:r>
      <w:r w:rsidRPr="00C30074">
        <w:rPr>
          <w:rFonts w:cs="Times New Roman"/>
          <w:rtl/>
        </w:rPr>
        <w:t xml:space="preserve">، </w:t>
      </w:r>
      <w:r w:rsidRPr="00C30074">
        <w:rPr>
          <w:rFonts w:cs="Times New Roman" w:hint="cs"/>
          <w:rtl/>
        </w:rPr>
        <w:t>تم</w:t>
      </w:r>
      <w:r w:rsidRPr="00C30074">
        <w:rPr>
          <w:rFonts w:cs="Times New Roman"/>
          <w:rtl/>
        </w:rPr>
        <w:t xml:space="preserve"> </w:t>
      </w:r>
      <w:r w:rsidRPr="00C30074">
        <w:rPr>
          <w:rFonts w:cs="Times New Roman" w:hint="cs"/>
          <w:rtl/>
        </w:rPr>
        <w:t>استخدام</w:t>
      </w:r>
      <w:r w:rsidRPr="00C30074">
        <w:rPr>
          <w:rFonts w:cs="Times New Roman"/>
          <w:rtl/>
        </w:rPr>
        <w:t xml:space="preserve"> </w:t>
      </w:r>
      <w:r w:rsidRPr="00C30074">
        <w:rPr>
          <w:rFonts w:cs="Times New Roman" w:hint="cs"/>
          <w:rtl/>
        </w:rPr>
        <w:t>أداة</w:t>
      </w:r>
      <w:r w:rsidRPr="00C30074">
        <w:rPr>
          <w:rFonts w:cs="Times New Roman"/>
        </w:rPr>
        <w:t xml:space="preserve"> </w:t>
      </w:r>
      <w:proofErr w:type="spellStart"/>
      <w:r w:rsidRPr="00C30074">
        <w:rPr>
          <w:rFonts w:cs="Times New Roman"/>
        </w:rPr>
        <w:t>ldapsearch</w:t>
      </w:r>
      <w:proofErr w:type="spellEnd"/>
      <w:r w:rsidRPr="00C30074">
        <w:rPr>
          <w:rFonts w:cs="Times New Roman"/>
        </w:rPr>
        <w:t xml:space="preserve"> </w:t>
      </w:r>
      <w:r w:rsidRPr="00C30074">
        <w:rPr>
          <w:rFonts w:cs="Times New Roman" w:hint="cs"/>
          <w:rtl/>
        </w:rPr>
        <w:t>للتحقق</w:t>
      </w:r>
      <w:r w:rsidRPr="00C30074">
        <w:rPr>
          <w:rFonts w:cs="Times New Roman"/>
          <w:rtl/>
        </w:rPr>
        <w:t xml:space="preserve"> </w:t>
      </w:r>
      <w:r w:rsidRPr="00C30074">
        <w:rPr>
          <w:rFonts w:cs="Times New Roman" w:hint="cs"/>
          <w:rtl/>
        </w:rPr>
        <w:t>من</w:t>
      </w:r>
      <w:r w:rsidRPr="00C30074">
        <w:rPr>
          <w:rFonts w:cs="Times New Roman"/>
          <w:rtl/>
        </w:rPr>
        <w:t xml:space="preserve"> </w:t>
      </w:r>
      <w:r w:rsidRPr="00C30074">
        <w:rPr>
          <w:rFonts w:cs="Times New Roman" w:hint="cs"/>
          <w:rtl/>
        </w:rPr>
        <w:t>إمكانية</w:t>
      </w:r>
      <w:r w:rsidRPr="00C30074">
        <w:rPr>
          <w:rFonts w:cs="Times New Roman"/>
          <w:rtl/>
        </w:rPr>
        <w:t xml:space="preserve"> </w:t>
      </w:r>
      <w:r w:rsidRPr="00C30074">
        <w:rPr>
          <w:rFonts w:cs="Times New Roman" w:hint="cs"/>
          <w:rtl/>
        </w:rPr>
        <w:t>استخراج</w:t>
      </w:r>
      <w:r w:rsidRPr="00C30074">
        <w:rPr>
          <w:rFonts w:cs="Times New Roman"/>
          <w:rtl/>
        </w:rPr>
        <w:t xml:space="preserve"> </w:t>
      </w:r>
      <w:r w:rsidRPr="00C30074">
        <w:rPr>
          <w:rFonts w:cs="Times New Roman" w:hint="cs"/>
          <w:rtl/>
        </w:rPr>
        <w:t>كلمات</w:t>
      </w:r>
      <w:r w:rsidRPr="00C30074">
        <w:rPr>
          <w:rFonts w:cs="Times New Roman"/>
          <w:rtl/>
        </w:rPr>
        <w:t xml:space="preserve"> </w:t>
      </w:r>
      <w:r w:rsidRPr="00C30074">
        <w:rPr>
          <w:rFonts w:cs="Times New Roman" w:hint="cs"/>
          <w:rtl/>
        </w:rPr>
        <w:t>مرور</w:t>
      </w:r>
      <w:r w:rsidRPr="00C30074">
        <w:rPr>
          <w:rFonts w:cs="Times New Roman"/>
          <w:rtl/>
        </w:rPr>
        <w:t xml:space="preserve"> </w:t>
      </w:r>
      <w:r w:rsidRPr="00C30074">
        <w:rPr>
          <w:rFonts w:cs="Times New Roman" w:hint="cs"/>
          <w:rtl/>
        </w:rPr>
        <w:t>المسؤولين</w:t>
      </w:r>
      <w:r w:rsidRPr="00C30074">
        <w:rPr>
          <w:rFonts w:cs="Times New Roman"/>
          <w:rtl/>
        </w:rPr>
        <w:t xml:space="preserve"> </w:t>
      </w:r>
      <w:r w:rsidRPr="00C30074">
        <w:rPr>
          <w:rFonts w:cs="Times New Roman" w:hint="cs"/>
          <w:rtl/>
        </w:rPr>
        <w:t>المحليين</w:t>
      </w:r>
      <w:r w:rsidRPr="00C30074">
        <w:rPr>
          <w:rFonts w:cs="Times New Roman"/>
        </w:rPr>
        <w:t xml:space="preserve"> (LAPS) </w:t>
      </w:r>
      <w:r w:rsidRPr="00C30074">
        <w:rPr>
          <w:rFonts w:cs="Times New Roman" w:hint="cs"/>
          <w:rtl/>
        </w:rPr>
        <w:t>المخزنة</w:t>
      </w:r>
      <w:r w:rsidRPr="00C30074">
        <w:rPr>
          <w:rFonts w:cs="Times New Roman"/>
          <w:rtl/>
        </w:rPr>
        <w:t xml:space="preserve"> </w:t>
      </w:r>
      <w:r w:rsidRPr="00C30074">
        <w:rPr>
          <w:rFonts w:cs="Times New Roman" w:hint="cs"/>
          <w:rtl/>
        </w:rPr>
        <w:t>في</w:t>
      </w:r>
      <w:r w:rsidRPr="00C30074">
        <w:rPr>
          <w:rFonts w:cs="Times New Roman"/>
          <w:rtl/>
        </w:rPr>
        <w:t xml:space="preserve"> </w:t>
      </w:r>
      <w:r w:rsidRPr="00C30074">
        <w:rPr>
          <w:rFonts w:cs="Times New Roman" w:hint="cs"/>
          <w:rtl/>
        </w:rPr>
        <w:t>الـ</w:t>
      </w:r>
      <w:r w:rsidRPr="00C30074">
        <w:rPr>
          <w:rFonts w:cs="Times New Roman"/>
        </w:rPr>
        <w:t xml:space="preserve"> Active Directory </w:t>
      </w:r>
      <w:r w:rsidRPr="00C30074">
        <w:rPr>
          <w:rFonts w:cs="Times New Roman" w:hint="cs"/>
          <w:rtl/>
        </w:rPr>
        <w:t>عبر</w:t>
      </w:r>
      <w:r w:rsidRPr="00C30074">
        <w:rPr>
          <w:rFonts w:cs="Times New Roman"/>
          <w:rtl/>
        </w:rPr>
        <w:t xml:space="preserve"> </w:t>
      </w:r>
      <w:r w:rsidRPr="00C30074">
        <w:rPr>
          <w:rFonts w:cs="Times New Roman" w:hint="cs"/>
          <w:rtl/>
        </w:rPr>
        <w:t>استعلام</w:t>
      </w:r>
      <w:r w:rsidRPr="00C30074">
        <w:rPr>
          <w:rFonts w:cs="Times New Roman"/>
          <w:rtl/>
        </w:rPr>
        <w:t xml:space="preserve"> </w:t>
      </w:r>
      <w:r w:rsidRPr="00C30074">
        <w:rPr>
          <w:rFonts w:cs="Times New Roman" w:hint="cs"/>
          <w:rtl/>
        </w:rPr>
        <w:t>حقل</w:t>
      </w:r>
      <w:r w:rsidRPr="00C30074">
        <w:rPr>
          <w:rFonts w:cs="Times New Roman"/>
        </w:rPr>
        <w:t xml:space="preserve"> </w:t>
      </w:r>
      <w:proofErr w:type="spellStart"/>
      <w:r w:rsidRPr="00C30074">
        <w:rPr>
          <w:rFonts w:cs="Times New Roman"/>
        </w:rPr>
        <w:t>ms-Mcs-AdmPwd</w:t>
      </w:r>
      <w:proofErr w:type="spellEnd"/>
      <w:r w:rsidRPr="00C30074">
        <w:rPr>
          <w:rFonts w:cs="Times New Roman"/>
        </w:rPr>
        <w:t xml:space="preserve">. </w:t>
      </w:r>
      <w:r w:rsidRPr="00C30074">
        <w:rPr>
          <w:rFonts w:cs="Times New Roman" w:hint="cs"/>
          <w:rtl/>
        </w:rPr>
        <w:t>فشل</w:t>
      </w:r>
      <w:r w:rsidRPr="00C30074">
        <w:rPr>
          <w:rFonts w:cs="Times New Roman"/>
          <w:rtl/>
        </w:rPr>
        <w:t xml:space="preserve"> </w:t>
      </w:r>
      <w:r w:rsidRPr="00C30074">
        <w:rPr>
          <w:rFonts w:cs="Times New Roman" w:hint="cs"/>
          <w:rtl/>
        </w:rPr>
        <w:t>المهاجم</w:t>
      </w:r>
      <w:r w:rsidRPr="00C30074">
        <w:rPr>
          <w:rFonts w:cs="Times New Roman"/>
          <w:rtl/>
        </w:rPr>
        <w:t xml:space="preserve"> </w:t>
      </w:r>
      <w:r w:rsidRPr="00C30074">
        <w:rPr>
          <w:rFonts w:cs="Times New Roman" w:hint="cs"/>
          <w:rtl/>
        </w:rPr>
        <w:t>في</w:t>
      </w:r>
      <w:r w:rsidRPr="00C30074">
        <w:rPr>
          <w:rFonts w:cs="Times New Roman"/>
          <w:rtl/>
        </w:rPr>
        <w:t xml:space="preserve"> </w:t>
      </w:r>
      <w:r w:rsidRPr="00C30074">
        <w:rPr>
          <w:rFonts w:cs="Times New Roman" w:hint="cs"/>
          <w:rtl/>
        </w:rPr>
        <w:t>إجراء</w:t>
      </w:r>
      <w:r w:rsidRPr="00C30074">
        <w:rPr>
          <w:rFonts w:cs="Times New Roman"/>
          <w:rtl/>
        </w:rPr>
        <w:t xml:space="preserve"> </w:t>
      </w:r>
      <w:r w:rsidRPr="00C30074">
        <w:rPr>
          <w:rFonts w:cs="Times New Roman" w:hint="cs"/>
          <w:rtl/>
        </w:rPr>
        <w:t>الاستعلام</w:t>
      </w:r>
      <w:r w:rsidRPr="00C30074">
        <w:rPr>
          <w:rFonts w:cs="Times New Roman"/>
          <w:rtl/>
        </w:rPr>
        <w:t xml:space="preserve">، </w:t>
      </w:r>
      <w:r w:rsidRPr="00C30074">
        <w:rPr>
          <w:rFonts w:cs="Times New Roman" w:hint="cs"/>
          <w:rtl/>
        </w:rPr>
        <w:t>حيث</w:t>
      </w:r>
      <w:r w:rsidRPr="00C30074">
        <w:rPr>
          <w:rFonts w:cs="Times New Roman"/>
          <w:rtl/>
        </w:rPr>
        <w:t xml:space="preserve"> </w:t>
      </w:r>
      <w:r w:rsidRPr="00C30074">
        <w:rPr>
          <w:rFonts w:cs="Times New Roman" w:hint="cs"/>
          <w:rtl/>
        </w:rPr>
        <w:t>رفض</w:t>
      </w:r>
      <w:r w:rsidRPr="00C30074">
        <w:rPr>
          <w:rFonts w:cs="Times New Roman"/>
          <w:rtl/>
        </w:rPr>
        <w:t xml:space="preserve"> </w:t>
      </w:r>
      <w:r w:rsidRPr="00C30074">
        <w:rPr>
          <w:rFonts w:cs="Times New Roman" w:hint="cs"/>
          <w:rtl/>
        </w:rPr>
        <w:t>السيرفر</w:t>
      </w:r>
      <w:r w:rsidRPr="00C30074">
        <w:rPr>
          <w:rFonts w:cs="Times New Roman"/>
          <w:rtl/>
        </w:rPr>
        <w:t xml:space="preserve"> </w:t>
      </w:r>
      <w:r w:rsidRPr="00C30074">
        <w:rPr>
          <w:rFonts w:cs="Times New Roman" w:hint="cs"/>
          <w:rtl/>
        </w:rPr>
        <w:t>الاتصال</w:t>
      </w:r>
      <w:r w:rsidRPr="00C30074">
        <w:rPr>
          <w:rFonts w:cs="Times New Roman"/>
          <w:rtl/>
        </w:rPr>
        <w:t xml:space="preserve"> </w:t>
      </w:r>
      <w:r w:rsidRPr="00C30074">
        <w:rPr>
          <w:rFonts w:cs="Times New Roman" w:hint="cs"/>
          <w:rtl/>
        </w:rPr>
        <w:t>وأرجع</w:t>
      </w:r>
      <w:r w:rsidRPr="00C30074">
        <w:rPr>
          <w:rFonts w:cs="Times New Roman"/>
          <w:rtl/>
        </w:rPr>
        <w:t xml:space="preserve"> </w:t>
      </w:r>
      <w:r w:rsidRPr="00C30074">
        <w:rPr>
          <w:rFonts w:cs="Times New Roman" w:hint="cs"/>
          <w:rtl/>
        </w:rPr>
        <w:t>رسالة</w:t>
      </w:r>
      <w:r w:rsidRPr="00C30074">
        <w:rPr>
          <w:rFonts w:cs="Times New Roman"/>
        </w:rPr>
        <w:t xml:space="preserve"> Strong(</w:t>
      </w:r>
      <w:proofErr w:type="spellStart"/>
      <w:r w:rsidRPr="00C30074">
        <w:rPr>
          <w:rFonts w:cs="Times New Roman"/>
        </w:rPr>
        <w:t>er</w:t>
      </w:r>
      <w:proofErr w:type="spellEnd"/>
      <w:r w:rsidRPr="00C30074">
        <w:rPr>
          <w:rFonts w:cs="Times New Roman"/>
        </w:rPr>
        <w:t xml:space="preserve">) authentication required. </w:t>
      </w:r>
      <w:r w:rsidRPr="00C30074">
        <w:rPr>
          <w:rFonts w:cs="Times New Roman" w:hint="cs"/>
          <w:rtl/>
        </w:rPr>
        <w:t>يثبت</w:t>
      </w:r>
      <w:r w:rsidRPr="00C30074">
        <w:rPr>
          <w:rFonts w:cs="Times New Roman"/>
          <w:rtl/>
        </w:rPr>
        <w:t xml:space="preserve"> </w:t>
      </w:r>
      <w:r w:rsidRPr="00C30074">
        <w:rPr>
          <w:rFonts w:cs="Times New Roman" w:hint="cs"/>
          <w:rtl/>
        </w:rPr>
        <w:t>هذا</w:t>
      </w:r>
      <w:r w:rsidRPr="00C30074">
        <w:rPr>
          <w:rFonts w:cs="Times New Roman"/>
          <w:rtl/>
        </w:rPr>
        <w:t xml:space="preserve"> </w:t>
      </w:r>
      <w:r w:rsidRPr="00C30074">
        <w:rPr>
          <w:rFonts w:cs="Times New Roman" w:hint="cs"/>
          <w:rtl/>
        </w:rPr>
        <w:t>الفشل</w:t>
      </w:r>
      <w:r w:rsidRPr="00C30074">
        <w:rPr>
          <w:rFonts w:cs="Times New Roman"/>
          <w:rtl/>
        </w:rPr>
        <w:t xml:space="preserve"> </w:t>
      </w:r>
      <w:r w:rsidRPr="00C30074">
        <w:rPr>
          <w:rFonts w:cs="Times New Roman" w:hint="cs"/>
          <w:rtl/>
        </w:rPr>
        <w:t>نجاح</w:t>
      </w:r>
      <w:r w:rsidRPr="00C30074">
        <w:rPr>
          <w:rFonts w:cs="Times New Roman"/>
          <w:rtl/>
        </w:rPr>
        <w:t xml:space="preserve"> </w:t>
      </w:r>
      <w:r w:rsidRPr="00C30074">
        <w:rPr>
          <w:rFonts w:cs="Times New Roman" w:hint="cs"/>
          <w:rtl/>
        </w:rPr>
        <w:t>إجراءات</w:t>
      </w:r>
      <w:r w:rsidRPr="00C30074">
        <w:rPr>
          <w:rFonts w:cs="Times New Roman"/>
          <w:rtl/>
        </w:rPr>
        <w:t xml:space="preserve"> </w:t>
      </w:r>
      <w:r w:rsidRPr="00C30074">
        <w:rPr>
          <w:rFonts w:cs="Times New Roman" w:hint="cs"/>
          <w:rtl/>
        </w:rPr>
        <w:t>التحصين</w:t>
      </w:r>
      <w:r w:rsidRPr="00C30074">
        <w:rPr>
          <w:rFonts w:cs="Times New Roman"/>
          <w:rtl/>
        </w:rPr>
        <w:t xml:space="preserve"> </w:t>
      </w:r>
      <w:r w:rsidRPr="00C30074">
        <w:rPr>
          <w:rFonts w:cs="Times New Roman" w:hint="cs"/>
          <w:rtl/>
        </w:rPr>
        <w:t>المطبقة</w:t>
      </w:r>
      <w:r w:rsidRPr="00C30074">
        <w:rPr>
          <w:rFonts w:cs="Times New Roman"/>
          <w:rtl/>
        </w:rPr>
        <w:t xml:space="preserve"> </w:t>
      </w:r>
      <w:r w:rsidRPr="00C30074">
        <w:rPr>
          <w:rFonts w:cs="Times New Roman" w:hint="cs"/>
          <w:rtl/>
        </w:rPr>
        <w:t>في</w:t>
      </w:r>
      <w:r w:rsidRPr="00C30074">
        <w:rPr>
          <w:rFonts w:cs="Times New Roman"/>
          <w:rtl/>
        </w:rPr>
        <w:t xml:space="preserve"> </w:t>
      </w:r>
      <w:r w:rsidRPr="00C30074">
        <w:rPr>
          <w:rFonts w:cs="Times New Roman" w:hint="cs"/>
          <w:rtl/>
        </w:rPr>
        <w:t>الخطوة</w:t>
      </w:r>
      <w:r w:rsidRPr="00C30074">
        <w:rPr>
          <w:rFonts w:cs="Times New Roman"/>
          <w:rtl/>
        </w:rPr>
        <w:t xml:space="preserve"> (39) </w:t>
      </w:r>
      <w:r w:rsidRPr="00C30074">
        <w:rPr>
          <w:rFonts w:cs="Times New Roman" w:hint="cs"/>
          <w:rtl/>
        </w:rPr>
        <w:t>والتي</w:t>
      </w:r>
      <w:r w:rsidRPr="00C30074">
        <w:rPr>
          <w:rFonts w:cs="Times New Roman"/>
          <w:rtl/>
        </w:rPr>
        <w:t xml:space="preserve"> </w:t>
      </w:r>
      <w:r w:rsidRPr="00C30074">
        <w:rPr>
          <w:rFonts w:cs="Times New Roman" w:hint="cs"/>
          <w:rtl/>
        </w:rPr>
        <w:t>تفرض</w:t>
      </w:r>
      <w:r w:rsidRPr="00C30074">
        <w:rPr>
          <w:rFonts w:cs="Times New Roman"/>
          <w:rtl/>
        </w:rPr>
        <w:t xml:space="preserve"> </w:t>
      </w:r>
      <w:r w:rsidRPr="00C30074">
        <w:rPr>
          <w:rFonts w:cs="Times New Roman" w:hint="cs"/>
          <w:rtl/>
        </w:rPr>
        <w:t>استخدام</w:t>
      </w:r>
      <w:r w:rsidRPr="00C30074">
        <w:rPr>
          <w:rFonts w:cs="Times New Roman"/>
          <w:rtl/>
        </w:rPr>
        <w:t xml:space="preserve"> </w:t>
      </w:r>
      <w:r w:rsidRPr="00C30074">
        <w:rPr>
          <w:rFonts w:cs="Times New Roman" w:hint="cs"/>
          <w:rtl/>
        </w:rPr>
        <w:t>قنوات</w:t>
      </w:r>
      <w:r w:rsidRPr="00C30074">
        <w:rPr>
          <w:rFonts w:cs="Times New Roman"/>
          <w:rtl/>
        </w:rPr>
        <w:t xml:space="preserve"> </w:t>
      </w:r>
      <w:r w:rsidRPr="00C30074">
        <w:rPr>
          <w:rFonts w:cs="Times New Roman" w:hint="cs"/>
          <w:rtl/>
        </w:rPr>
        <w:t>مشفرة</w:t>
      </w:r>
      <w:r w:rsidRPr="00C30074">
        <w:rPr>
          <w:rFonts w:cs="Times New Roman"/>
        </w:rPr>
        <w:t xml:space="preserve"> (SSL/TLS) </w:t>
      </w:r>
      <w:r w:rsidRPr="00C30074">
        <w:rPr>
          <w:rFonts w:cs="Times New Roman" w:hint="cs"/>
          <w:rtl/>
        </w:rPr>
        <w:t>أو</w:t>
      </w:r>
      <w:r w:rsidRPr="00C30074">
        <w:rPr>
          <w:rFonts w:cs="Times New Roman"/>
          <w:rtl/>
        </w:rPr>
        <w:t xml:space="preserve"> </w:t>
      </w:r>
      <w:r w:rsidRPr="00C30074">
        <w:rPr>
          <w:rFonts w:cs="Times New Roman" w:hint="cs"/>
          <w:rtl/>
        </w:rPr>
        <w:t>توقيع</w:t>
      </w:r>
      <w:r w:rsidRPr="00C30074">
        <w:rPr>
          <w:rFonts w:cs="Times New Roman"/>
        </w:rPr>
        <w:t xml:space="preserve"> (Signing) </w:t>
      </w:r>
      <w:r w:rsidRPr="00C30074">
        <w:rPr>
          <w:rFonts w:cs="Times New Roman" w:hint="cs"/>
          <w:rtl/>
        </w:rPr>
        <w:t>لأي</w:t>
      </w:r>
      <w:r w:rsidRPr="00C30074">
        <w:rPr>
          <w:rFonts w:cs="Times New Roman"/>
          <w:rtl/>
        </w:rPr>
        <w:t xml:space="preserve"> </w:t>
      </w:r>
      <w:r w:rsidRPr="00C30074">
        <w:rPr>
          <w:rFonts w:cs="Times New Roman" w:hint="cs"/>
          <w:rtl/>
        </w:rPr>
        <w:t>اتصال</w:t>
      </w:r>
      <w:r w:rsidRPr="00C30074">
        <w:rPr>
          <w:rFonts w:cs="Times New Roman"/>
        </w:rPr>
        <w:t xml:space="preserve"> LDAP. </w:t>
      </w:r>
      <w:r w:rsidRPr="00C30074">
        <w:rPr>
          <w:rFonts w:cs="Times New Roman" w:hint="cs"/>
          <w:rtl/>
        </w:rPr>
        <w:t>هذا</w:t>
      </w:r>
      <w:r w:rsidRPr="00C30074">
        <w:rPr>
          <w:rFonts w:cs="Times New Roman"/>
          <w:rtl/>
        </w:rPr>
        <w:t xml:space="preserve"> </w:t>
      </w:r>
      <w:r w:rsidRPr="00C30074">
        <w:rPr>
          <w:rFonts w:cs="Times New Roman" w:hint="cs"/>
          <w:rtl/>
        </w:rPr>
        <w:t>الإجراء</w:t>
      </w:r>
      <w:r w:rsidRPr="00C30074">
        <w:rPr>
          <w:rFonts w:cs="Times New Roman"/>
          <w:rtl/>
        </w:rPr>
        <w:t xml:space="preserve"> </w:t>
      </w:r>
      <w:r w:rsidRPr="00C30074">
        <w:rPr>
          <w:rFonts w:cs="Times New Roman" w:hint="cs"/>
          <w:rtl/>
        </w:rPr>
        <w:t>الأمني</w:t>
      </w:r>
      <w:r w:rsidRPr="00C30074">
        <w:rPr>
          <w:rFonts w:cs="Times New Roman"/>
          <w:rtl/>
        </w:rPr>
        <w:t xml:space="preserve"> </w:t>
      </w:r>
      <w:r w:rsidRPr="00C30074">
        <w:rPr>
          <w:rFonts w:cs="Times New Roman" w:hint="cs"/>
          <w:rtl/>
        </w:rPr>
        <w:t>منع</w:t>
      </w:r>
      <w:r w:rsidRPr="00C30074">
        <w:rPr>
          <w:rFonts w:cs="Times New Roman"/>
          <w:rtl/>
        </w:rPr>
        <w:t xml:space="preserve"> </w:t>
      </w:r>
      <w:r w:rsidRPr="00C30074">
        <w:rPr>
          <w:rFonts w:cs="Times New Roman" w:hint="cs"/>
          <w:rtl/>
        </w:rPr>
        <w:t>المهاجم</w:t>
      </w:r>
      <w:r w:rsidRPr="00C30074">
        <w:rPr>
          <w:rFonts w:cs="Times New Roman"/>
          <w:rtl/>
        </w:rPr>
        <w:t xml:space="preserve"> </w:t>
      </w:r>
      <w:r w:rsidRPr="00C30074">
        <w:rPr>
          <w:rFonts w:cs="Times New Roman" w:hint="cs"/>
          <w:rtl/>
        </w:rPr>
        <w:t>من</w:t>
      </w:r>
      <w:r w:rsidRPr="00C30074">
        <w:rPr>
          <w:rFonts w:cs="Times New Roman"/>
          <w:rtl/>
        </w:rPr>
        <w:t xml:space="preserve"> </w:t>
      </w:r>
      <w:r w:rsidRPr="00C30074">
        <w:rPr>
          <w:rFonts w:cs="Times New Roman" w:hint="cs"/>
          <w:rtl/>
        </w:rPr>
        <w:t>سحب</w:t>
      </w:r>
      <w:r w:rsidRPr="00C30074">
        <w:rPr>
          <w:rFonts w:cs="Times New Roman"/>
          <w:rtl/>
        </w:rPr>
        <w:t xml:space="preserve"> </w:t>
      </w:r>
      <w:r w:rsidRPr="00C30074">
        <w:rPr>
          <w:rFonts w:cs="Times New Roman" w:hint="cs"/>
          <w:rtl/>
        </w:rPr>
        <w:t>بيانات</w:t>
      </w:r>
      <w:r w:rsidRPr="00C30074">
        <w:rPr>
          <w:rFonts w:cs="Times New Roman"/>
          <w:rtl/>
        </w:rPr>
        <w:t xml:space="preserve"> </w:t>
      </w:r>
      <w:r w:rsidRPr="00C30074">
        <w:rPr>
          <w:rFonts w:cs="Times New Roman" w:hint="cs"/>
          <w:rtl/>
        </w:rPr>
        <w:t>حساسة</w:t>
      </w:r>
      <w:r w:rsidRPr="00C30074">
        <w:rPr>
          <w:rFonts w:cs="Times New Roman"/>
          <w:rtl/>
        </w:rPr>
        <w:t xml:space="preserve"> </w:t>
      </w:r>
      <w:r w:rsidRPr="00C30074">
        <w:rPr>
          <w:rFonts w:cs="Times New Roman" w:hint="cs"/>
          <w:rtl/>
        </w:rPr>
        <w:t>أو</w:t>
      </w:r>
      <w:r w:rsidRPr="00C30074">
        <w:rPr>
          <w:rFonts w:cs="Times New Roman"/>
          <w:rtl/>
        </w:rPr>
        <w:t xml:space="preserve"> </w:t>
      </w:r>
      <w:r w:rsidRPr="00C30074">
        <w:rPr>
          <w:rFonts w:cs="Times New Roman" w:hint="cs"/>
          <w:rtl/>
        </w:rPr>
        <w:t>التحقق</w:t>
      </w:r>
      <w:r w:rsidRPr="00C30074">
        <w:rPr>
          <w:rFonts w:cs="Times New Roman"/>
          <w:rtl/>
        </w:rPr>
        <w:t xml:space="preserve"> </w:t>
      </w:r>
      <w:r w:rsidRPr="00C30074">
        <w:rPr>
          <w:rFonts w:cs="Times New Roman" w:hint="cs"/>
          <w:rtl/>
        </w:rPr>
        <w:t>من</w:t>
      </w:r>
      <w:r w:rsidRPr="00C30074">
        <w:rPr>
          <w:rFonts w:cs="Times New Roman"/>
          <w:rtl/>
        </w:rPr>
        <w:t xml:space="preserve"> </w:t>
      </w:r>
      <w:r w:rsidRPr="00C30074">
        <w:rPr>
          <w:rFonts w:cs="Times New Roman" w:hint="cs"/>
          <w:rtl/>
        </w:rPr>
        <w:t>إعدادات</w:t>
      </w:r>
      <w:r w:rsidRPr="00C30074">
        <w:rPr>
          <w:rFonts w:cs="Times New Roman"/>
        </w:rPr>
        <w:t xml:space="preserve"> LAPS </w:t>
      </w:r>
      <w:r w:rsidRPr="00C30074">
        <w:rPr>
          <w:rFonts w:cs="Times New Roman" w:hint="cs"/>
          <w:rtl/>
        </w:rPr>
        <w:t>بشكل</w:t>
      </w:r>
      <w:r w:rsidRPr="00C30074">
        <w:rPr>
          <w:rFonts w:cs="Times New Roman"/>
          <w:rtl/>
        </w:rPr>
        <w:t xml:space="preserve"> </w:t>
      </w:r>
      <w:r w:rsidRPr="00C30074">
        <w:rPr>
          <w:rFonts w:cs="Times New Roman" w:hint="cs"/>
          <w:rtl/>
        </w:rPr>
        <w:t>ضار</w:t>
      </w:r>
      <w:r w:rsidRPr="00C30074">
        <w:rPr>
          <w:rFonts w:cs="Times New Roman"/>
          <w:rtl/>
        </w:rPr>
        <w:t xml:space="preserve">، </w:t>
      </w:r>
      <w:r w:rsidRPr="00C30074">
        <w:rPr>
          <w:rFonts w:cs="Times New Roman" w:hint="cs"/>
          <w:rtl/>
        </w:rPr>
        <w:t>مما</w:t>
      </w:r>
      <w:r w:rsidRPr="00C30074">
        <w:rPr>
          <w:rFonts w:cs="Times New Roman"/>
          <w:rtl/>
        </w:rPr>
        <w:t xml:space="preserve"> </w:t>
      </w:r>
      <w:r w:rsidRPr="00C30074">
        <w:rPr>
          <w:rFonts w:cs="Times New Roman" w:hint="cs"/>
          <w:rtl/>
        </w:rPr>
        <w:t>يعزز</w:t>
      </w:r>
      <w:r w:rsidRPr="00C30074">
        <w:rPr>
          <w:rFonts w:cs="Times New Roman"/>
          <w:rtl/>
        </w:rPr>
        <w:t xml:space="preserve"> </w:t>
      </w:r>
      <w:r w:rsidRPr="00C30074">
        <w:rPr>
          <w:rFonts w:cs="Times New Roman" w:hint="cs"/>
          <w:rtl/>
        </w:rPr>
        <w:t>أمان</w:t>
      </w:r>
      <w:r w:rsidRPr="00C30074">
        <w:rPr>
          <w:rFonts w:cs="Times New Roman"/>
          <w:rtl/>
        </w:rPr>
        <w:t xml:space="preserve"> </w:t>
      </w:r>
      <w:r w:rsidRPr="00C30074">
        <w:rPr>
          <w:rFonts w:cs="Times New Roman" w:hint="cs"/>
          <w:rtl/>
        </w:rPr>
        <w:t>كلمات</w:t>
      </w:r>
      <w:r w:rsidRPr="00C30074">
        <w:rPr>
          <w:rFonts w:cs="Times New Roman"/>
          <w:rtl/>
        </w:rPr>
        <w:t xml:space="preserve"> </w:t>
      </w:r>
      <w:r w:rsidRPr="00C30074">
        <w:rPr>
          <w:rFonts w:cs="Times New Roman" w:hint="cs"/>
          <w:rtl/>
        </w:rPr>
        <w:t>المرور</w:t>
      </w:r>
      <w:r w:rsidRPr="00C30074">
        <w:rPr>
          <w:rFonts w:cs="Times New Roman"/>
          <w:rtl/>
        </w:rPr>
        <w:t xml:space="preserve"> </w:t>
      </w:r>
      <w:r w:rsidRPr="00C30074">
        <w:rPr>
          <w:rFonts w:cs="Times New Roman" w:hint="cs"/>
          <w:rtl/>
        </w:rPr>
        <w:t>المحلية</w:t>
      </w:r>
      <w:r w:rsidRPr="00C30074">
        <w:rPr>
          <w:rFonts w:cs="Times New Roman"/>
          <w:rtl/>
        </w:rPr>
        <w:t xml:space="preserve"> </w:t>
      </w:r>
      <w:r w:rsidRPr="00C30074">
        <w:rPr>
          <w:rFonts w:cs="Times New Roman" w:hint="cs"/>
          <w:rtl/>
        </w:rPr>
        <w:t>في</w:t>
      </w:r>
      <w:r w:rsidRPr="00C30074">
        <w:rPr>
          <w:rFonts w:cs="Times New Roman"/>
          <w:rtl/>
        </w:rPr>
        <w:t xml:space="preserve"> </w:t>
      </w:r>
      <w:r w:rsidRPr="00C30074">
        <w:rPr>
          <w:rFonts w:cs="Times New Roman" w:hint="cs"/>
          <w:rtl/>
        </w:rPr>
        <w:t>البيئة</w:t>
      </w:r>
      <w:r w:rsidRPr="00C30074">
        <w:rPr>
          <w:rFonts w:cs="Times New Roman"/>
        </w:rPr>
        <w:t>."</w:t>
      </w:r>
    </w:p>
    <w:p w:rsidR="00C30074" w:rsidRDefault="00C30074" w:rsidP="00C30074">
      <w:pPr>
        <w:tabs>
          <w:tab w:val="left" w:pos="7020"/>
        </w:tabs>
        <w:rPr>
          <w:rFonts w:cs="Times New Roman"/>
          <w:rtl/>
        </w:rPr>
      </w:pPr>
      <w:r w:rsidRPr="00C30074">
        <w:rPr>
          <w:rFonts w:cs="Times New Roman"/>
        </w:rPr>
        <w:t xml:space="preserve">Technical Description (English): "As part of endpoint security assessment, the </w:t>
      </w:r>
      <w:proofErr w:type="spellStart"/>
      <w:r w:rsidRPr="00C30074">
        <w:rPr>
          <w:rFonts w:cs="Times New Roman"/>
        </w:rPr>
        <w:t>ldapsearch</w:t>
      </w:r>
      <w:proofErr w:type="spellEnd"/>
      <w:r w:rsidRPr="00C30074">
        <w:rPr>
          <w:rFonts w:cs="Times New Roman"/>
        </w:rPr>
        <w:t xml:space="preserve"> tool was utilized to attempt extracting Local Administrator Password Solution (LAPS) passwords stored in Active Directory by querying the </w:t>
      </w:r>
      <w:proofErr w:type="spellStart"/>
      <w:r w:rsidRPr="00C30074">
        <w:rPr>
          <w:rFonts w:cs="Times New Roman"/>
        </w:rPr>
        <w:t>ms-Mcs-AdmPwd</w:t>
      </w:r>
      <w:proofErr w:type="spellEnd"/>
      <w:r w:rsidRPr="00C30074">
        <w:rPr>
          <w:rFonts w:cs="Times New Roman"/>
        </w:rPr>
        <w:t xml:space="preserve"> attribute. The attacker failed to execute the query, as the server rejected the connection returning a Strong(</w:t>
      </w:r>
      <w:proofErr w:type="spellStart"/>
      <w:r w:rsidRPr="00C30074">
        <w:rPr>
          <w:rFonts w:cs="Times New Roman"/>
        </w:rPr>
        <w:t>er</w:t>
      </w:r>
      <w:proofErr w:type="spellEnd"/>
      <w:r w:rsidRPr="00C30074">
        <w:rPr>
          <w:rFonts w:cs="Times New Roman"/>
        </w:rPr>
        <w:t xml:space="preserve">) authentication required error. This failure validates the effectiveness of the hardening measures applied in Step (39), which enforce the use of encrypted channels (SSL/TLS) or signing for any LDAP connection. This security </w:t>
      </w:r>
      <w:r w:rsidRPr="00C30074">
        <w:rPr>
          <w:rFonts w:cs="Times New Roman"/>
        </w:rPr>
        <w:lastRenderedPageBreak/>
        <w:t>measure prevented the attacker from extracting sensitive data or maliciously verifying LAPS configurations, thereby enhancing the security of local passwords in the environment."</w:t>
      </w:r>
    </w:p>
    <w:p w:rsidR="005E70C0" w:rsidRDefault="005E70C0" w:rsidP="00C30074">
      <w:pPr>
        <w:tabs>
          <w:tab w:val="left" w:pos="7020"/>
        </w:tabs>
        <w:rPr>
          <w:rFonts w:cs="Times New Roman"/>
          <w:rtl/>
        </w:rPr>
      </w:pPr>
      <w:r>
        <w:rPr>
          <w:rFonts w:cs="Times New Roman"/>
          <w:noProof/>
        </w:rPr>
        <w:drawing>
          <wp:inline distT="0" distB="0" distL="0" distR="0">
            <wp:extent cx="5943600" cy="313309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تقييم أمان كلمات مرور المسؤولين المحليين (LAPS Security Assessment &amp; LDAP Enforcement).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3600" cy="3133090"/>
                    </a:xfrm>
                    <a:prstGeom prst="rect">
                      <a:avLst/>
                    </a:prstGeom>
                  </pic:spPr>
                </pic:pic>
              </a:graphicData>
            </a:graphic>
          </wp:inline>
        </w:drawing>
      </w:r>
    </w:p>
    <w:p w:rsidR="005E70C0" w:rsidRDefault="005E70C0" w:rsidP="00C30074">
      <w:pPr>
        <w:tabs>
          <w:tab w:val="left" w:pos="7020"/>
        </w:tabs>
        <w:rPr>
          <w:rFonts w:cs="Times New Roman"/>
          <w:rtl/>
        </w:rPr>
      </w:pPr>
    </w:p>
    <w:p w:rsidR="005E70C0" w:rsidRPr="00C30074" w:rsidRDefault="005E70C0" w:rsidP="00C30074">
      <w:pPr>
        <w:pBdr>
          <w:bottom w:val="single" w:sz="6" w:space="1" w:color="auto"/>
        </w:pBdr>
        <w:tabs>
          <w:tab w:val="left" w:pos="7020"/>
        </w:tabs>
        <w:rPr>
          <w:rFonts w:cs="Times New Roman"/>
        </w:rPr>
      </w:pPr>
    </w:p>
    <w:p w:rsidR="005B305A" w:rsidRDefault="005B305A" w:rsidP="00C32A6B">
      <w:pPr>
        <w:tabs>
          <w:tab w:val="left" w:pos="7020"/>
        </w:tabs>
        <w:rPr>
          <w:rFonts w:cs="Times New Roman"/>
          <w:rtl/>
        </w:rPr>
      </w:pPr>
    </w:p>
    <w:p w:rsidR="005B305A" w:rsidRDefault="005B305A" w:rsidP="00C32A6B">
      <w:pPr>
        <w:tabs>
          <w:tab w:val="left" w:pos="7020"/>
        </w:tabs>
        <w:rPr>
          <w:rFonts w:cs="Times New Roman"/>
          <w:rtl/>
        </w:rPr>
      </w:pPr>
    </w:p>
    <w:p w:rsidR="005B305A" w:rsidRDefault="005B305A" w:rsidP="005B305A">
      <w:pPr>
        <w:tabs>
          <w:tab w:val="left" w:pos="7020"/>
        </w:tabs>
        <w:rPr>
          <w:rFonts w:cs="Times New Roman"/>
          <w:rtl/>
        </w:rPr>
      </w:pPr>
      <w:r w:rsidRPr="005B305A">
        <w:rPr>
          <w:rFonts w:ascii="Segoe UI Emoji" w:hAnsi="Segoe UI Emoji" w:cs="Segoe UI Emoji"/>
        </w:rPr>
        <w:t>📌</w:t>
      </w:r>
      <w:r w:rsidRPr="005B305A">
        <w:rPr>
          <w:rFonts w:cs="Times New Roman"/>
        </w:rPr>
        <w:t xml:space="preserve"> </w:t>
      </w:r>
      <w:r w:rsidRPr="005B305A">
        <w:rPr>
          <w:rFonts w:cs="Times New Roman" w:hint="cs"/>
          <w:rtl/>
        </w:rPr>
        <w:t>الخطوة</w:t>
      </w:r>
      <w:r w:rsidRPr="005B305A">
        <w:rPr>
          <w:rFonts w:cs="Times New Roman"/>
          <w:rtl/>
        </w:rPr>
        <w:t xml:space="preserve"> </w:t>
      </w:r>
      <w:r w:rsidRPr="005B305A">
        <w:rPr>
          <w:rFonts w:cs="Times New Roman" w:hint="cs"/>
          <w:rtl/>
        </w:rPr>
        <w:t>رقم</w:t>
      </w:r>
      <w:r w:rsidRPr="005B305A">
        <w:rPr>
          <w:rFonts w:cs="Times New Roman"/>
          <w:rtl/>
        </w:rPr>
        <w:t xml:space="preserve"> (48): </w:t>
      </w:r>
      <w:r w:rsidRPr="005B305A">
        <w:rPr>
          <w:rFonts w:cs="Times New Roman" w:hint="cs"/>
          <w:rtl/>
        </w:rPr>
        <w:t>محاولة</w:t>
      </w:r>
      <w:r w:rsidRPr="005B305A">
        <w:rPr>
          <w:rFonts w:cs="Times New Roman"/>
          <w:rtl/>
        </w:rPr>
        <w:t xml:space="preserve"> </w:t>
      </w:r>
      <w:r w:rsidRPr="005B305A">
        <w:rPr>
          <w:rFonts w:cs="Times New Roman" w:hint="cs"/>
          <w:rtl/>
        </w:rPr>
        <w:t>التحرك</w:t>
      </w:r>
      <w:r w:rsidRPr="005B305A">
        <w:rPr>
          <w:rFonts w:cs="Times New Roman"/>
          <w:rtl/>
        </w:rPr>
        <w:t xml:space="preserve"> </w:t>
      </w:r>
      <w:r w:rsidRPr="005B305A">
        <w:rPr>
          <w:rFonts w:cs="Times New Roman" w:hint="cs"/>
          <w:rtl/>
        </w:rPr>
        <w:t>الجانبي</w:t>
      </w:r>
      <w:r w:rsidRPr="005B305A">
        <w:rPr>
          <w:rFonts w:cs="Times New Roman"/>
          <w:rtl/>
        </w:rPr>
        <w:t xml:space="preserve"> </w:t>
      </w:r>
      <w:r w:rsidRPr="005B305A">
        <w:rPr>
          <w:rFonts w:cs="Times New Roman" w:hint="cs"/>
          <w:rtl/>
        </w:rPr>
        <w:t>وتنفيذ</w:t>
      </w:r>
      <w:r w:rsidRPr="005B305A">
        <w:rPr>
          <w:rFonts w:cs="Times New Roman"/>
          <w:rtl/>
        </w:rPr>
        <w:t xml:space="preserve"> </w:t>
      </w:r>
      <w:r w:rsidRPr="005B305A">
        <w:rPr>
          <w:rFonts w:cs="Times New Roman" w:hint="cs"/>
          <w:rtl/>
        </w:rPr>
        <w:t>الأوامر</w:t>
      </w:r>
      <w:r w:rsidRPr="005B305A">
        <w:rPr>
          <w:rFonts w:cs="Times New Roman"/>
          <w:rtl/>
        </w:rPr>
        <w:t xml:space="preserve"> </w:t>
      </w:r>
      <w:r w:rsidRPr="005B305A">
        <w:rPr>
          <w:rFonts w:cs="Times New Roman" w:hint="cs"/>
          <w:rtl/>
        </w:rPr>
        <w:t>عن</w:t>
      </w:r>
      <w:r w:rsidRPr="005B305A">
        <w:rPr>
          <w:rFonts w:cs="Times New Roman"/>
          <w:rtl/>
        </w:rPr>
        <w:t xml:space="preserve"> </w:t>
      </w:r>
      <w:r w:rsidRPr="005B305A">
        <w:rPr>
          <w:rFonts w:cs="Times New Roman" w:hint="cs"/>
          <w:rtl/>
        </w:rPr>
        <w:t>بعد</w:t>
      </w:r>
      <w:r w:rsidRPr="005B305A">
        <w:rPr>
          <w:rFonts w:cs="Times New Roman"/>
        </w:rPr>
        <w:t xml:space="preserve"> </w:t>
      </w:r>
    </w:p>
    <w:p w:rsidR="005B305A" w:rsidRPr="005B305A" w:rsidRDefault="005B305A" w:rsidP="005B305A">
      <w:pPr>
        <w:tabs>
          <w:tab w:val="left" w:pos="7020"/>
        </w:tabs>
        <w:rPr>
          <w:rFonts w:cs="Times New Roman"/>
        </w:rPr>
      </w:pPr>
      <w:r w:rsidRPr="005B305A">
        <w:rPr>
          <w:rFonts w:cs="Times New Roman"/>
        </w:rPr>
        <w:t>(Lateral Movement &amp; Remote Execution Attempt)</w:t>
      </w:r>
    </w:p>
    <w:p w:rsidR="005B305A" w:rsidRPr="005B305A" w:rsidRDefault="005B305A" w:rsidP="005B305A">
      <w:pPr>
        <w:tabs>
          <w:tab w:val="left" w:pos="7020"/>
        </w:tabs>
        <w:rPr>
          <w:rFonts w:cs="Times New Roman"/>
        </w:rPr>
      </w:pPr>
      <w:r w:rsidRPr="005B305A">
        <w:rPr>
          <w:rFonts w:cs="Times New Roman" w:hint="cs"/>
          <w:rtl/>
        </w:rPr>
        <w:t>الوصف</w:t>
      </w:r>
      <w:r w:rsidRPr="005B305A">
        <w:rPr>
          <w:rFonts w:cs="Times New Roman"/>
          <w:rtl/>
        </w:rPr>
        <w:t xml:space="preserve"> </w:t>
      </w:r>
      <w:r w:rsidRPr="005B305A">
        <w:rPr>
          <w:rFonts w:cs="Times New Roman" w:hint="cs"/>
          <w:rtl/>
        </w:rPr>
        <w:t>الفني</w:t>
      </w:r>
      <w:r w:rsidRPr="005B305A">
        <w:rPr>
          <w:rFonts w:cs="Times New Roman"/>
          <w:rtl/>
        </w:rPr>
        <w:t xml:space="preserve"> (</w:t>
      </w:r>
      <w:r w:rsidRPr="005B305A">
        <w:rPr>
          <w:rFonts w:cs="Times New Roman" w:hint="cs"/>
          <w:rtl/>
        </w:rPr>
        <w:t>بالعربية</w:t>
      </w:r>
      <w:r w:rsidRPr="005B305A">
        <w:rPr>
          <w:rFonts w:cs="Times New Roman"/>
          <w:rtl/>
        </w:rPr>
        <w:t>): "</w:t>
      </w:r>
      <w:r w:rsidRPr="005B305A">
        <w:rPr>
          <w:rFonts w:cs="Times New Roman" w:hint="cs"/>
          <w:rtl/>
        </w:rPr>
        <w:t>بعد</w:t>
      </w:r>
      <w:r w:rsidRPr="005B305A">
        <w:rPr>
          <w:rFonts w:cs="Times New Roman"/>
          <w:rtl/>
        </w:rPr>
        <w:t xml:space="preserve"> </w:t>
      </w:r>
      <w:r w:rsidRPr="005B305A">
        <w:rPr>
          <w:rFonts w:cs="Times New Roman" w:hint="cs"/>
          <w:rtl/>
        </w:rPr>
        <w:t>نجاح</w:t>
      </w:r>
      <w:r w:rsidRPr="005B305A">
        <w:rPr>
          <w:rFonts w:cs="Times New Roman"/>
          <w:rtl/>
        </w:rPr>
        <w:t xml:space="preserve"> </w:t>
      </w:r>
      <w:r w:rsidRPr="005B305A">
        <w:rPr>
          <w:rFonts w:cs="Times New Roman" w:hint="cs"/>
          <w:rtl/>
        </w:rPr>
        <w:t>كسر</w:t>
      </w:r>
      <w:r w:rsidRPr="005B305A">
        <w:rPr>
          <w:rFonts w:cs="Times New Roman"/>
          <w:rtl/>
        </w:rPr>
        <w:t xml:space="preserve"> </w:t>
      </w:r>
      <w:r w:rsidRPr="005B305A">
        <w:rPr>
          <w:rFonts w:cs="Times New Roman" w:hint="cs"/>
          <w:rtl/>
        </w:rPr>
        <w:t>كلمة</w:t>
      </w:r>
      <w:r w:rsidRPr="005B305A">
        <w:rPr>
          <w:rFonts w:cs="Times New Roman"/>
          <w:rtl/>
        </w:rPr>
        <w:t xml:space="preserve"> </w:t>
      </w:r>
      <w:r w:rsidRPr="005B305A">
        <w:rPr>
          <w:rFonts w:cs="Times New Roman" w:hint="cs"/>
          <w:rtl/>
        </w:rPr>
        <w:t>مرور</w:t>
      </w:r>
      <w:r w:rsidRPr="005B305A">
        <w:rPr>
          <w:rFonts w:cs="Times New Roman"/>
          <w:rtl/>
        </w:rPr>
        <w:t xml:space="preserve"> </w:t>
      </w:r>
      <w:r w:rsidRPr="005B305A">
        <w:rPr>
          <w:rFonts w:cs="Times New Roman" w:hint="cs"/>
          <w:rtl/>
        </w:rPr>
        <w:t>المستخدم</w:t>
      </w:r>
      <w:r w:rsidRPr="005B305A">
        <w:rPr>
          <w:rFonts w:cs="Times New Roman"/>
        </w:rPr>
        <w:t xml:space="preserve"> </w:t>
      </w:r>
      <w:proofErr w:type="spellStart"/>
      <w:r w:rsidRPr="005B305A">
        <w:rPr>
          <w:rFonts w:cs="Times New Roman"/>
        </w:rPr>
        <w:t>ahmed.ali</w:t>
      </w:r>
      <w:proofErr w:type="spellEnd"/>
      <w:r w:rsidRPr="005B305A">
        <w:rPr>
          <w:rFonts w:cs="Times New Roman"/>
          <w:rtl/>
        </w:rPr>
        <w:t xml:space="preserve">، </w:t>
      </w:r>
      <w:r w:rsidRPr="005B305A">
        <w:rPr>
          <w:rFonts w:cs="Times New Roman" w:hint="cs"/>
          <w:rtl/>
        </w:rPr>
        <w:t>تمت</w:t>
      </w:r>
      <w:r w:rsidRPr="005B305A">
        <w:rPr>
          <w:rFonts w:cs="Times New Roman"/>
          <w:rtl/>
        </w:rPr>
        <w:t xml:space="preserve"> </w:t>
      </w:r>
      <w:r w:rsidRPr="005B305A">
        <w:rPr>
          <w:rFonts w:cs="Times New Roman" w:hint="cs"/>
          <w:rtl/>
        </w:rPr>
        <w:t>محاولة</w:t>
      </w:r>
      <w:r w:rsidRPr="005B305A">
        <w:rPr>
          <w:rFonts w:cs="Times New Roman"/>
          <w:rtl/>
        </w:rPr>
        <w:t xml:space="preserve"> </w:t>
      </w:r>
      <w:r w:rsidRPr="005B305A">
        <w:rPr>
          <w:rFonts w:cs="Times New Roman" w:hint="cs"/>
          <w:rtl/>
        </w:rPr>
        <w:t>استخدام</w:t>
      </w:r>
      <w:r w:rsidRPr="005B305A">
        <w:rPr>
          <w:rFonts w:cs="Times New Roman"/>
          <w:rtl/>
        </w:rPr>
        <w:t xml:space="preserve"> </w:t>
      </w:r>
      <w:r w:rsidRPr="005B305A">
        <w:rPr>
          <w:rFonts w:cs="Times New Roman" w:hint="cs"/>
          <w:rtl/>
        </w:rPr>
        <w:t>بيانات</w:t>
      </w:r>
      <w:r w:rsidRPr="005B305A">
        <w:rPr>
          <w:rFonts w:cs="Times New Roman"/>
          <w:rtl/>
        </w:rPr>
        <w:t xml:space="preserve"> </w:t>
      </w:r>
      <w:r w:rsidRPr="005B305A">
        <w:rPr>
          <w:rFonts w:cs="Times New Roman" w:hint="cs"/>
          <w:rtl/>
        </w:rPr>
        <w:t>الاعتماد</w:t>
      </w:r>
      <w:r w:rsidRPr="005B305A">
        <w:rPr>
          <w:rFonts w:cs="Times New Roman"/>
          <w:rtl/>
        </w:rPr>
        <w:t xml:space="preserve"> </w:t>
      </w:r>
      <w:r w:rsidRPr="005B305A">
        <w:rPr>
          <w:rFonts w:cs="Times New Roman" w:hint="cs"/>
          <w:rtl/>
        </w:rPr>
        <w:t>هذه</w:t>
      </w:r>
      <w:r w:rsidRPr="005B305A">
        <w:rPr>
          <w:rFonts w:cs="Times New Roman"/>
          <w:rtl/>
        </w:rPr>
        <w:t xml:space="preserve"> </w:t>
      </w:r>
      <w:r w:rsidRPr="005B305A">
        <w:rPr>
          <w:rFonts w:cs="Times New Roman" w:hint="cs"/>
          <w:rtl/>
        </w:rPr>
        <w:t>للوصول</w:t>
      </w:r>
      <w:r w:rsidRPr="005B305A">
        <w:rPr>
          <w:rFonts w:cs="Times New Roman"/>
          <w:rtl/>
        </w:rPr>
        <w:t xml:space="preserve"> </w:t>
      </w:r>
      <w:r w:rsidRPr="005B305A">
        <w:rPr>
          <w:rFonts w:cs="Times New Roman" w:hint="cs"/>
          <w:rtl/>
        </w:rPr>
        <w:t>إلى</w:t>
      </w:r>
      <w:r w:rsidRPr="005B305A">
        <w:rPr>
          <w:rFonts w:cs="Times New Roman"/>
          <w:rtl/>
        </w:rPr>
        <w:t xml:space="preserve"> </w:t>
      </w:r>
      <w:r w:rsidRPr="005B305A">
        <w:rPr>
          <w:rFonts w:cs="Times New Roman" w:hint="cs"/>
          <w:rtl/>
        </w:rPr>
        <w:t>خادم</w:t>
      </w:r>
      <w:r w:rsidRPr="005B305A">
        <w:rPr>
          <w:rFonts w:cs="Times New Roman"/>
        </w:rPr>
        <w:t xml:space="preserve"> Windows Server </w:t>
      </w:r>
      <w:r w:rsidRPr="005B305A">
        <w:rPr>
          <w:rFonts w:cs="Times New Roman" w:hint="cs"/>
          <w:rtl/>
        </w:rPr>
        <w:t>وتنفيذ</w:t>
      </w:r>
      <w:r w:rsidRPr="005B305A">
        <w:rPr>
          <w:rFonts w:cs="Times New Roman"/>
          <w:rtl/>
        </w:rPr>
        <w:t xml:space="preserve"> </w:t>
      </w:r>
      <w:r w:rsidRPr="005B305A">
        <w:rPr>
          <w:rFonts w:cs="Times New Roman" w:hint="cs"/>
          <w:rtl/>
        </w:rPr>
        <w:t>أوامر</w:t>
      </w:r>
      <w:r w:rsidRPr="005B305A">
        <w:rPr>
          <w:rFonts w:cs="Times New Roman"/>
          <w:rtl/>
        </w:rPr>
        <w:t xml:space="preserve"> </w:t>
      </w:r>
      <w:r w:rsidRPr="005B305A">
        <w:rPr>
          <w:rFonts w:cs="Times New Roman" w:hint="cs"/>
          <w:rtl/>
        </w:rPr>
        <w:t>عن</w:t>
      </w:r>
      <w:r w:rsidRPr="005B305A">
        <w:rPr>
          <w:rFonts w:cs="Times New Roman"/>
          <w:rtl/>
        </w:rPr>
        <w:t xml:space="preserve"> </w:t>
      </w:r>
      <w:r w:rsidRPr="005B305A">
        <w:rPr>
          <w:rFonts w:cs="Times New Roman" w:hint="cs"/>
          <w:rtl/>
        </w:rPr>
        <w:t>بعد</w:t>
      </w:r>
      <w:r w:rsidRPr="005B305A">
        <w:rPr>
          <w:rFonts w:cs="Times New Roman"/>
        </w:rPr>
        <w:t xml:space="preserve"> (Remote Code Execution) </w:t>
      </w:r>
      <w:r w:rsidRPr="005B305A">
        <w:rPr>
          <w:rFonts w:cs="Times New Roman" w:hint="cs"/>
          <w:rtl/>
        </w:rPr>
        <w:t>باستخدام</w:t>
      </w:r>
      <w:r w:rsidRPr="005B305A">
        <w:rPr>
          <w:rFonts w:cs="Times New Roman"/>
          <w:rtl/>
        </w:rPr>
        <w:t xml:space="preserve"> </w:t>
      </w:r>
      <w:r w:rsidRPr="005B305A">
        <w:rPr>
          <w:rFonts w:cs="Times New Roman" w:hint="cs"/>
          <w:rtl/>
        </w:rPr>
        <w:t>بروتوكول</w:t>
      </w:r>
      <w:r w:rsidRPr="005B305A">
        <w:rPr>
          <w:rFonts w:cs="Times New Roman"/>
        </w:rPr>
        <w:t xml:space="preserve"> WMI </w:t>
      </w:r>
      <w:r w:rsidRPr="005B305A">
        <w:rPr>
          <w:rFonts w:cs="Times New Roman" w:hint="cs"/>
          <w:rtl/>
        </w:rPr>
        <w:t>عبر</w:t>
      </w:r>
      <w:r w:rsidRPr="005B305A">
        <w:rPr>
          <w:rFonts w:cs="Times New Roman"/>
          <w:rtl/>
        </w:rPr>
        <w:t xml:space="preserve"> </w:t>
      </w:r>
      <w:r w:rsidRPr="005B305A">
        <w:rPr>
          <w:rFonts w:cs="Times New Roman" w:hint="cs"/>
          <w:rtl/>
        </w:rPr>
        <w:t>أداة</w:t>
      </w:r>
      <w:r w:rsidRPr="005B305A">
        <w:rPr>
          <w:rFonts w:cs="Times New Roman"/>
        </w:rPr>
        <w:t xml:space="preserve"> </w:t>
      </w:r>
      <w:proofErr w:type="spellStart"/>
      <w:r w:rsidRPr="005B305A">
        <w:rPr>
          <w:rFonts w:cs="Times New Roman"/>
        </w:rPr>
        <w:t>impacket-wmiexec</w:t>
      </w:r>
      <w:proofErr w:type="spellEnd"/>
      <w:r w:rsidRPr="005B305A">
        <w:rPr>
          <w:rFonts w:cs="Times New Roman"/>
        </w:rPr>
        <w:t xml:space="preserve">. </w:t>
      </w:r>
      <w:r w:rsidRPr="005B305A">
        <w:rPr>
          <w:rFonts w:cs="Times New Roman" w:hint="cs"/>
          <w:rtl/>
        </w:rPr>
        <w:t>أظهرت</w:t>
      </w:r>
      <w:r w:rsidRPr="005B305A">
        <w:rPr>
          <w:rFonts w:cs="Times New Roman"/>
          <w:rtl/>
        </w:rPr>
        <w:t xml:space="preserve"> </w:t>
      </w:r>
      <w:r w:rsidRPr="005B305A">
        <w:rPr>
          <w:rFonts w:cs="Times New Roman" w:hint="cs"/>
          <w:rtl/>
        </w:rPr>
        <w:t>النتيجة</w:t>
      </w:r>
      <w:r w:rsidRPr="005B305A">
        <w:rPr>
          <w:rFonts w:cs="Times New Roman"/>
          <w:rtl/>
        </w:rPr>
        <w:t xml:space="preserve"> </w:t>
      </w:r>
      <w:r w:rsidRPr="005B305A">
        <w:rPr>
          <w:rFonts w:cs="Times New Roman" w:hint="cs"/>
          <w:rtl/>
        </w:rPr>
        <w:t>أن</w:t>
      </w:r>
      <w:r w:rsidRPr="005B305A">
        <w:rPr>
          <w:rFonts w:cs="Times New Roman"/>
          <w:rtl/>
        </w:rPr>
        <w:t xml:space="preserve"> </w:t>
      </w:r>
      <w:r w:rsidRPr="005B305A">
        <w:rPr>
          <w:rFonts w:cs="Times New Roman" w:hint="cs"/>
          <w:rtl/>
        </w:rPr>
        <w:t>الأداة</w:t>
      </w:r>
      <w:r w:rsidRPr="005B305A">
        <w:rPr>
          <w:rFonts w:cs="Times New Roman"/>
          <w:rtl/>
        </w:rPr>
        <w:t xml:space="preserve"> </w:t>
      </w:r>
      <w:r w:rsidRPr="005B305A">
        <w:rPr>
          <w:rFonts w:cs="Times New Roman" w:hint="cs"/>
          <w:rtl/>
        </w:rPr>
        <w:t>نجحت</w:t>
      </w:r>
      <w:r w:rsidRPr="005B305A">
        <w:rPr>
          <w:rFonts w:cs="Times New Roman"/>
          <w:rtl/>
        </w:rPr>
        <w:t xml:space="preserve"> </w:t>
      </w:r>
      <w:r w:rsidRPr="005B305A">
        <w:rPr>
          <w:rFonts w:cs="Times New Roman" w:hint="cs"/>
          <w:rtl/>
        </w:rPr>
        <w:t>في</w:t>
      </w:r>
      <w:r w:rsidRPr="005B305A">
        <w:rPr>
          <w:rFonts w:cs="Times New Roman"/>
          <w:rtl/>
        </w:rPr>
        <w:t xml:space="preserve"> </w:t>
      </w:r>
      <w:r w:rsidRPr="005B305A">
        <w:rPr>
          <w:rFonts w:cs="Times New Roman" w:hint="cs"/>
          <w:rtl/>
        </w:rPr>
        <w:t>المصادقة</w:t>
      </w:r>
      <w:r w:rsidRPr="005B305A">
        <w:rPr>
          <w:rFonts w:cs="Times New Roman"/>
          <w:rtl/>
        </w:rPr>
        <w:t xml:space="preserve"> </w:t>
      </w:r>
      <w:r w:rsidRPr="005B305A">
        <w:rPr>
          <w:rFonts w:cs="Times New Roman" w:hint="cs"/>
          <w:rtl/>
        </w:rPr>
        <w:t>عبر</w:t>
      </w:r>
      <w:r w:rsidRPr="005B305A">
        <w:rPr>
          <w:rFonts w:cs="Times New Roman"/>
        </w:rPr>
        <w:t xml:space="preserve"> SMBv3 </w:t>
      </w:r>
      <w:r w:rsidRPr="005B305A">
        <w:rPr>
          <w:rFonts w:cs="Times New Roman"/>
          <w:rtl/>
        </w:rPr>
        <w:t>(</w:t>
      </w:r>
      <w:r w:rsidRPr="005B305A">
        <w:rPr>
          <w:rFonts w:cs="Times New Roman" w:hint="cs"/>
          <w:rtl/>
        </w:rPr>
        <w:t>مما</w:t>
      </w:r>
      <w:r w:rsidRPr="005B305A">
        <w:rPr>
          <w:rFonts w:cs="Times New Roman"/>
          <w:rtl/>
        </w:rPr>
        <w:t xml:space="preserve"> </w:t>
      </w:r>
      <w:r w:rsidRPr="005B305A">
        <w:rPr>
          <w:rFonts w:cs="Times New Roman" w:hint="cs"/>
          <w:rtl/>
        </w:rPr>
        <w:t>يؤكد</w:t>
      </w:r>
      <w:r w:rsidRPr="005B305A">
        <w:rPr>
          <w:rFonts w:cs="Times New Roman"/>
          <w:rtl/>
        </w:rPr>
        <w:t xml:space="preserve"> </w:t>
      </w:r>
      <w:r w:rsidRPr="005B305A">
        <w:rPr>
          <w:rFonts w:cs="Times New Roman" w:hint="cs"/>
          <w:rtl/>
        </w:rPr>
        <w:t>صحة</w:t>
      </w:r>
      <w:r w:rsidRPr="005B305A">
        <w:rPr>
          <w:rFonts w:cs="Times New Roman"/>
          <w:rtl/>
        </w:rPr>
        <w:t xml:space="preserve"> </w:t>
      </w:r>
      <w:r w:rsidRPr="005B305A">
        <w:rPr>
          <w:rFonts w:cs="Times New Roman" w:hint="cs"/>
          <w:rtl/>
        </w:rPr>
        <w:t>كلمة</w:t>
      </w:r>
      <w:r w:rsidRPr="005B305A">
        <w:rPr>
          <w:rFonts w:cs="Times New Roman"/>
          <w:rtl/>
        </w:rPr>
        <w:t xml:space="preserve"> </w:t>
      </w:r>
      <w:r w:rsidRPr="005B305A">
        <w:rPr>
          <w:rFonts w:cs="Times New Roman" w:hint="cs"/>
          <w:rtl/>
        </w:rPr>
        <w:t>المرور</w:t>
      </w:r>
      <w:r w:rsidRPr="005B305A">
        <w:rPr>
          <w:rFonts w:cs="Times New Roman"/>
          <w:rtl/>
        </w:rPr>
        <w:t xml:space="preserve"> </w:t>
      </w:r>
      <w:r w:rsidRPr="005B305A">
        <w:rPr>
          <w:rFonts w:cs="Times New Roman" w:hint="cs"/>
          <w:rtl/>
        </w:rPr>
        <w:t>المكشوفة</w:t>
      </w:r>
      <w:r w:rsidRPr="005B305A">
        <w:rPr>
          <w:rFonts w:cs="Times New Roman"/>
          <w:rtl/>
        </w:rPr>
        <w:t xml:space="preserve">)، </w:t>
      </w:r>
      <w:r w:rsidRPr="005B305A">
        <w:rPr>
          <w:rFonts w:cs="Times New Roman" w:hint="cs"/>
          <w:rtl/>
        </w:rPr>
        <w:t>إلا</w:t>
      </w:r>
      <w:r w:rsidRPr="005B305A">
        <w:rPr>
          <w:rFonts w:cs="Times New Roman"/>
          <w:rtl/>
        </w:rPr>
        <w:t xml:space="preserve"> </w:t>
      </w:r>
      <w:r w:rsidRPr="005B305A">
        <w:rPr>
          <w:rFonts w:cs="Times New Roman" w:hint="cs"/>
          <w:rtl/>
        </w:rPr>
        <w:t>أن</w:t>
      </w:r>
      <w:r w:rsidRPr="005B305A">
        <w:rPr>
          <w:rFonts w:cs="Times New Roman"/>
          <w:rtl/>
        </w:rPr>
        <w:t xml:space="preserve"> </w:t>
      </w:r>
      <w:r w:rsidRPr="005B305A">
        <w:rPr>
          <w:rFonts w:cs="Times New Roman" w:hint="cs"/>
          <w:rtl/>
        </w:rPr>
        <w:t>السيرفر</w:t>
      </w:r>
      <w:r w:rsidRPr="005B305A">
        <w:rPr>
          <w:rFonts w:cs="Times New Roman"/>
          <w:rtl/>
        </w:rPr>
        <w:t xml:space="preserve"> </w:t>
      </w:r>
      <w:r w:rsidRPr="005B305A">
        <w:rPr>
          <w:rFonts w:cs="Times New Roman" w:hint="cs"/>
          <w:rtl/>
        </w:rPr>
        <w:t>رفض</w:t>
      </w:r>
      <w:r w:rsidRPr="005B305A">
        <w:rPr>
          <w:rFonts w:cs="Times New Roman"/>
          <w:rtl/>
        </w:rPr>
        <w:t xml:space="preserve"> </w:t>
      </w:r>
      <w:r w:rsidRPr="005B305A">
        <w:rPr>
          <w:rFonts w:cs="Times New Roman" w:hint="cs"/>
          <w:rtl/>
        </w:rPr>
        <w:t>تنفيذ</w:t>
      </w:r>
      <w:r w:rsidRPr="005B305A">
        <w:rPr>
          <w:rFonts w:cs="Times New Roman"/>
          <w:rtl/>
        </w:rPr>
        <w:t xml:space="preserve"> </w:t>
      </w:r>
      <w:r w:rsidRPr="005B305A">
        <w:rPr>
          <w:rFonts w:cs="Times New Roman" w:hint="cs"/>
          <w:rtl/>
        </w:rPr>
        <w:t>الأوامر</w:t>
      </w:r>
      <w:r w:rsidRPr="005B305A">
        <w:rPr>
          <w:rFonts w:cs="Times New Roman"/>
          <w:rtl/>
        </w:rPr>
        <w:t xml:space="preserve"> </w:t>
      </w:r>
      <w:r w:rsidRPr="005B305A">
        <w:rPr>
          <w:rFonts w:cs="Times New Roman" w:hint="cs"/>
          <w:rtl/>
        </w:rPr>
        <w:t>وأرجأ</w:t>
      </w:r>
      <w:r w:rsidRPr="005B305A">
        <w:rPr>
          <w:rFonts w:cs="Times New Roman"/>
          <w:rtl/>
        </w:rPr>
        <w:t xml:space="preserve"> </w:t>
      </w:r>
      <w:r w:rsidRPr="005B305A">
        <w:rPr>
          <w:rFonts w:cs="Times New Roman" w:hint="cs"/>
          <w:rtl/>
        </w:rPr>
        <w:t>رسالة</w:t>
      </w:r>
      <w:r w:rsidRPr="005B305A">
        <w:rPr>
          <w:rFonts w:cs="Times New Roman"/>
        </w:rPr>
        <w:t xml:space="preserve"> </w:t>
      </w:r>
      <w:proofErr w:type="spellStart"/>
      <w:r w:rsidRPr="005B305A">
        <w:rPr>
          <w:rFonts w:cs="Times New Roman"/>
        </w:rPr>
        <w:t>rpc_s_access_denied</w:t>
      </w:r>
      <w:proofErr w:type="spellEnd"/>
      <w:r w:rsidRPr="005B305A">
        <w:rPr>
          <w:rFonts w:cs="Times New Roman"/>
        </w:rPr>
        <w:t xml:space="preserve">. </w:t>
      </w:r>
      <w:r w:rsidRPr="005B305A">
        <w:rPr>
          <w:rFonts w:cs="Times New Roman" w:hint="cs"/>
          <w:rtl/>
        </w:rPr>
        <w:t>يثبت</w:t>
      </w:r>
      <w:r w:rsidRPr="005B305A">
        <w:rPr>
          <w:rFonts w:cs="Times New Roman"/>
          <w:rtl/>
        </w:rPr>
        <w:t xml:space="preserve"> </w:t>
      </w:r>
      <w:r w:rsidRPr="005B305A">
        <w:rPr>
          <w:rFonts w:cs="Times New Roman" w:hint="cs"/>
          <w:rtl/>
        </w:rPr>
        <w:t>هذا</w:t>
      </w:r>
      <w:r w:rsidRPr="005B305A">
        <w:rPr>
          <w:rFonts w:cs="Times New Roman"/>
          <w:rtl/>
        </w:rPr>
        <w:t xml:space="preserve"> </w:t>
      </w:r>
      <w:r w:rsidRPr="005B305A">
        <w:rPr>
          <w:rFonts w:cs="Times New Roman" w:hint="cs"/>
          <w:rtl/>
        </w:rPr>
        <w:t>الفشل</w:t>
      </w:r>
      <w:r w:rsidRPr="005B305A">
        <w:rPr>
          <w:rFonts w:cs="Times New Roman"/>
          <w:rtl/>
        </w:rPr>
        <w:t xml:space="preserve"> </w:t>
      </w:r>
      <w:r w:rsidRPr="005B305A">
        <w:rPr>
          <w:rFonts w:cs="Times New Roman" w:hint="cs"/>
          <w:rtl/>
        </w:rPr>
        <w:t>أن</w:t>
      </w:r>
      <w:r w:rsidRPr="005B305A">
        <w:rPr>
          <w:rFonts w:cs="Times New Roman"/>
          <w:rtl/>
        </w:rPr>
        <w:t xml:space="preserve"> </w:t>
      </w:r>
      <w:r w:rsidRPr="005B305A">
        <w:rPr>
          <w:rFonts w:cs="Times New Roman" w:hint="cs"/>
          <w:rtl/>
        </w:rPr>
        <w:t>بيئة</w:t>
      </w:r>
      <w:r w:rsidRPr="005B305A">
        <w:rPr>
          <w:rFonts w:cs="Times New Roman"/>
          <w:rtl/>
        </w:rPr>
        <w:t xml:space="preserve"> </w:t>
      </w:r>
      <w:r w:rsidRPr="005B305A">
        <w:rPr>
          <w:rFonts w:cs="Times New Roman" w:hint="cs"/>
          <w:rtl/>
        </w:rPr>
        <w:t>الـ</w:t>
      </w:r>
      <w:r w:rsidRPr="005B305A">
        <w:rPr>
          <w:rFonts w:cs="Times New Roman"/>
        </w:rPr>
        <w:t xml:space="preserve"> Active Directory </w:t>
      </w:r>
      <w:r w:rsidRPr="005B305A">
        <w:rPr>
          <w:rFonts w:cs="Times New Roman" w:hint="cs"/>
          <w:rtl/>
        </w:rPr>
        <w:t>تطبق</w:t>
      </w:r>
      <w:r w:rsidRPr="005B305A">
        <w:rPr>
          <w:rFonts w:cs="Times New Roman"/>
          <w:rtl/>
        </w:rPr>
        <w:t xml:space="preserve"> </w:t>
      </w:r>
      <w:r w:rsidRPr="005B305A">
        <w:rPr>
          <w:rFonts w:cs="Times New Roman" w:hint="cs"/>
          <w:rtl/>
        </w:rPr>
        <w:t>مبدأ</w:t>
      </w:r>
      <w:r w:rsidRPr="005B305A">
        <w:rPr>
          <w:rFonts w:cs="Times New Roman"/>
          <w:rtl/>
        </w:rPr>
        <w:t xml:space="preserve"> </w:t>
      </w:r>
      <w:r w:rsidRPr="005B305A">
        <w:rPr>
          <w:rFonts w:cs="Times New Roman" w:hint="cs"/>
          <w:rtl/>
        </w:rPr>
        <w:t>الفصل</w:t>
      </w:r>
      <w:r w:rsidRPr="005B305A">
        <w:rPr>
          <w:rFonts w:cs="Times New Roman"/>
          <w:rtl/>
        </w:rPr>
        <w:t xml:space="preserve"> </w:t>
      </w:r>
      <w:r w:rsidRPr="005B305A">
        <w:rPr>
          <w:rFonts w:cs="Times New Roman" w:hint="cs"/>
          <w:rtl/>
        </w:rPr>
        <w:t>بين</w:t>
      </w:r>
      <w:r w:rsidRPr="005B305A">
        <w:rPr>
          <w:rFonts w:cs="Times New Roman"/>
          <w:rtl/>
        </w:rPr>
        <w:t xml:space="preserve"> </w:t>
      </w:r>
      <w:r w:rsidRPr="005B305A">
        <w:rPr>
          <w:rFonts w:cs="Times New Roman" w:hint="cs"/>
          <w:rtl/>
        </w:rPr>
        <w:t>الصلاحيات</w:t>
      </w:r>
      <w:r w:rsidRPr="005B305A">
        <w:rPr>
          <w:rFonts w:cs="Times New Roman"/>
        </w:rPr>
        <w:t xml:space="preserve"> (Privilege Separation) </w:t>
      </w:r>
      <w:r w:rsidRPr="005B305A">
        <w:rPr>
          <w:rFonts w:cs="Times New Roman" w:hint="cs"/>
          <w:rtl/>
        </w:rPr>
        <w:t>بشكل</w:t>
      </w:r>
      <w:r w:rsidRPr="005B305A">
        <w:rPr>
          <w:rFonts w:cs="Times New Roman"/>
          <w:rtl/>
        </w:rPr>
        <w:t xml:space="preserve"> </w:t>
      </w:r>
      <w:r w:rsidRPr="005B305A">
        <w:rPr>
          <w:rFonts w:cs="Times New Roman" w:hint="cs"/>
          <w:rtl/>
        </w:rPr>
        <w:t>صحيح</w:t>
      </w:r>
      <w:r w:rsidRPr="005B305A">
        <w:rPr>
          <w:rFonts w:cs="Times New Roman"/>
          <w:rtl/>
        </w:rPr>
        <w:t xml:space="preserve">، </w:t>
      </w:r>
      <w:r w:rsidRPr="005B305A">
        <w:rPr>
          <w:rFonts w:cs="Times New Roman" w:hint="cs"/>
          <w:rtl/>
        </w:rPr>
        <w:t>حيث</w:t>
      </w:r>
      <w:r w:rsidRPr="005B305A">
        <w:rPr>
          <w:rFonts w:cs="Times New Roman"/>
          <w:rtl/>
        </w:rPr>
        <w:t xml:space="preserve"> </w:t>
      </w:r>
      <w:r w:rsidRPr="005B305A">
        <w:rPr>
          <w:rFonts w:cs="Times New Roman" w:hint="cs"/>
          <w:rtl/>
        </w:rPr>
        <w:t>أن</w:t>
      </w:r>
      <w:r w:rsidRPr="005B305A">
        <w:rPr>
          <w:rFonts w:cs="Times New Roman"/>
          <w:rtl/>
        </w:rPr>
        <w:t xml:space="preserve"> </w:t>
      </w:r>
      <w:r w:rsidRPr="005B305A">
        <w:rPr>
          <w:rFonts w:cs="Times New Roman" w:hint="cs"/>
          <w:rtl/>
        </w:rPr>
        <w:t>اختراق</w:t>
      </w:r>
      <w:r w:rsidRPr="005B305A">
        <w:rPr>
          <w:rFonts w:cs="Times New Roman"/>
          <w:rtl/>
        </w:rPr>
        <w:t xml:space="preserve"> </w:t>
      </w:r>
      <w:r w:rsidRPr="005B305A">
        <w:rPr>
          <w:rFonts w:cs="Times New Roman" w:hint="cs"/>
          <w:rtl/>
        </w:rPr>
        <w:t>حساب</w:t>
      </w:r>
      <w:r w:rsidRPr="005B305A">
        <w:rPr>
          <w:rFonts w:cs="Times New Roman"/>
          <w:rtl/>
        </w:rPr>
        <w:t xml:space="preserve"> </w:t>
      </w:r>
      <w:r w:rsidRPr="005B305A">
        <w:rPr>
          <w:rFonts w:cs="Times New Roman" w:hint="cs"/>
          <w:rtl/>
        </w:rPr>
        <w:t>مستخدم</w:t>
      </w:r>
      <w:r w:rsidRPr="005B305A">
        <w:rPr>
          <w:rFonts w:cs="Times New Roman"/>
          <w:rtl/>
        </w:rPr>
        <w:t xml:space="preserve"> </w:t>
      </w:r>
      <w:r w:rsidRPr="005B305A">
        <w:rPr>
          <w:rFonts w:cs="Times New Roman" w:hint="cs"/>
          <w:rtl/>
        </w:rPr>
        <w:t>عادي</w:t>
      </w:r>
      <w:r w:rsidRPr="005B305A">
        <w:rPr>
          <w:rFonts w:cs="Times New Roman"/>
          <w:rtl/>
        </w:rPr>
        <w:t xml:space="preserve"> </w:t>
      </w:r>
      <w:r w:rsidRPr="005B305A">
        <w:rPr>
          <w:rFonts w:cs="Times New Roman" w:hint="cs"/>
          <w:rtl/>
        </w:rPr>
        <w:t>لا</w:t>
      </w:r>
      <w:r w:rsidRPr="005B305A">
        <w:rPr>
          <w:rFonts w:cs="Times New Roman"/>
          <w:rtl/>
        </w:rPr>
        <w:t xml:space="preserve"> </w:t>
      </w:r>
      <w:r w:rsidRPr="005B305A">
        <w:rPr>
          <w:rFonts w:cs="Times New Roman" w:hint="cs"/>
          <w:rtl/>
        </w:rPr>
        <w:t>يمنح</w:t>
      </w:r>
      <w:r w:rsidRPr="005B305A">
        <w:rPr>
          <w:rFonts w:cs="Times New Roman"/>
          <w:rtl/>
        </w:rPr>
        <w:t xml:space="preserve"> </w:t>
      </w:r>
      <w:r w:rsidRPr="005B305A">
        <w:rPr>
          <w:rFonts w:cs="Times New Roman" w:hint="cs"/>
          <w:rtl/>
        </w:rPr>
        <w:t>المهاجم</w:t>
      </w:r>
      <w:r w:rsidRPr="005B305A">
        <w:rPr>
          <w:rFonts w:cs="Times New Roman"/>
          <w:rtl/>
        </w:rPr>
        <w:t xml:space="preserve"> </w:t>
      </w:r>
      <w:r w:rsidRPr="005B305A">
        <w:rPr>
          <w:rFonts w:cs="Times New Roman" w:hint="cs"/>
          <w:rtl/>
        </w:rPr>
        <w:t>أي</w:t>
      </w:r>
      <w:r w:rsidRPr="005B305A">
        <w:rPr>
          <w:rFonts w:cs="Times New Roman"/>
          <w:rtl/>
        </w:rPr>
        <w:t xml:space="preserve"> </w:t>
      </w:r>
      <w:r w:rsidRPr="005B305A">
        <w:rPr>
          <w:rFonts w:cs="Times New Roman" w:hint="cs"/>
          <w:rtl/>
        </w:rPr>
        <w:t>صلاحيات</w:t>
      </w:r>
      <w:r w:rsidRPr="005B305A">
        <w:rPr>
          <w:rFonts w:cs="Times New Roman"/>
          <w:rtl/>
        </w:rPr>
        <w:t xml:space="preserve"> </w:t>
      </w:r>
      <w:r w:rsidRPr="005B305A">
        <w:rPr>
          <w:rFonts w:cs="Times New Roman" w:hint="cs"/>
          <w:rtl/>
        </w:rPr>
        <w:t>إدارية</w:t>
      </w:r>
      <w:r w:rsidRPr="005B305A">
        <w:rPr>
          <w:rFonts w:cs="Times New Roman"/>
          <w:rtl/>
        </w:rPr>
        <w:t xml:space="preserve"> </w:t>
      </w:r>
      <w:r w:rsidRPr="005B305A">
        <w:rPr>
          <w:rFonts w:cs="Times New Roman" w:hint="cs"/>
          <w:rtl/>
        </w:rPr>
        <w:t>للسيطرة</w:t>
      </w:r>
      <w:r w:rsidRPr="005B305A">
        <w:rPr>
          <w:rFonts w:cs="Times New Roman"/>
          <w:rtl/>
        </w:rPr>
        <w:t xml:space="preserve"> </w:t>
      </w:r>
      <w:r w:rsidRPr="005B305A">
        <w:rPr>
          <w:rFonts w:cs="Times New Roman" w:hint="cs"/>
          <w:rtl/>
        </w:rPr>
        <w:t>على</w:t>
      </w:r>
      <w:r w:rsidRPr="005B305A">
        <w:rPr>
          <w:rFonts w:cs="Times New Roman"/>
          <w:rtl/>
        </w:rPr>
        <w:t xml:space="preserve"> </w:t>
      </w:r>
      <w:r w:rsidRPr="005B305A">
        <w:rPr>
          <w:rFonts w:cs="Times New Roman" w:hint="cs"/>
          <w:rtl/>
        </w:rPr>
        <w:t>الخوادم</w:t>
      </w:r>
      <w:r w:rsidRPr="005B305A">
        <w:rPr>
          <w:rFonts w:cs="Times New Roman"/>
          <w:rtl/>
        </w:rPr>
        <w:t xml:space="preserve"> </w:t>
      </w:r>
      <w:r w:rsidRPr="005B305A">
        <w:rPr>
          <w:rFonts w:cs="Times New Roman" w:hint="cs"/>
          <w:rtl/>
        </w:rPr>
        <w:t>الحساسة</w:t>
      </w:r>
      <w:r w:rsidRPr="005B305A">
        <w:rPr>
          <w:rFonts w:cs="Times New Roman"/>
        </w:rPr>
        <w:t>."</w:t>
      </w:r>
    </w:p>
    <w:p w:rsidR="005B305A" w:rsidRPr="00C30074" w:rsidRDefault="005B305A" w:rsidP="005B305A">
      <w:pPr>
        <w:tabs>
          <w:tab w:val="left" w:pos="7020"/>
        </w:tabs>
        <w:rPr>
          <w:rFonts w:cs="Times New Roman"/>
          <w:rtl/>
        </w:rPr>
      </w:pPr>
      <w:r w:rsidRPr="005B305A">
        <w:rPr>
          <w:rFonts w:cs="Times New Roman"/>
        </w:rPr>
        <w:t xml:space="preserve">Technical Description (English): "Following the successful cracking of the </w:t>
      </w:r>
      <w:proofErr w:type="spellStart"/>
      <w:r w:rsidRPr="005B305A">
        <w:rPr>
          <w:rFonts w:cs="Times New Roman"/>
        </w:rPr>
        <w:t>ahmed.ali</w:t>
      </w:r>
      <w:proofErr w:type="spellEnd"/>
      <w:r w:rsidRPr="005B305A">
        <w:rPr>
          <w:rFonts w:cs="Times New Roman"/>
        </w:rPr>
        <w:t xml:space="preserve"> password, an attempt was made to use these credentials to access the Windows Server and execute remote commands (RCE) using the WMI protocol via the </w:t>
      </w:r>
      <w:proofErr w:type="spellStart"/>
      <w:r w:rsidRPr="005B305A">
        <w:rPr>
          <w:rFonts w:cs="Times New Roman"/>
        </w:rPr>
        <w:t>impacket-wmiexec</w:t>
      </w:r>
      <w:proofErr w:type="spellEnd"/>
      <w:r w:rsidRPr="005B305A">
        <w:rPr>
          <w:rFonts w:cs="Times New Roman"/>
        </w:rPr>
        <w:t xml:space="preserve"> tool. The results showed that while the tool successfully authenticated over SMBv3 (confirming the validity of the cracked password), the server refused command execution and returned </w:t>
      </w:r>
      <w:proofErr w:type="spellStart"/>
      <w:r w:rsidRPr="005B305A">
        <w:rPr>
          <w:rFonts w:cs="Times New Roman"/>
        </w:rPr>
        <w:t>rpc_s_access_denied</w:t>
      </w:r>
      <w:proofErr w:type="spellEnd"/>
      <w:r w:rsidRPr="005B305A">
        <w:rPr>
          <w:rFonts w:cs="Times New Roman"/>
        </w:rPr>
        <w:t xml:space="preserve">. This failure proves that the Active Directory environment correctly implements Privilege Separation, ensuring </w:t>
      </w:r>
      <w:r w:rsidRPr="005B305A">
        <w:rPr>
          <w:rFonts w:cs="Times New Roman"/>
        </w:rPr>
        <w:lastRenderedPageBreak/>
        <w:t>that compromising a standard user account does not grant administrative privileges to control critical servers."</w:t>
      </w:r>
    </w:p>
    <w:p w:rsidR="001D0268" w:rsidRDefault="005B305A" w:rsidP="00C32A6B">
      <w:pPr>
        <w:tabs>
          <w:tab w:val="left" w:pos="7020"/>
        </w:tabs>
      </w:pPr>
      <w:r>
        <w:rPr>
          <w:noProof/>
        </w:rPr>
        <w:drawing>
          <wp:inline distT="0" distB="0" distL="0" distR="0">
            <wp:extent cx="5943600" cy="38608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محاولة التحرك الجانبي وتنفيذ الأوامر عن بعد (Lateral Movement &amp; Remote Execution Attempt).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386080"/>
                    </a:xfrm>
                    <a:prstGeom prst="rect">
                      <a:avLst/>
                    </a:prstGeom>
                  </pic:spPr>
                </pic:pic>
              </a:graphicData>
            </a:graphic>
          </wp:inline>
        </w:drawing>
      </w:r>
    </w:p>
    <w:p w:rsidR="00660980" w:rsidRDefault="00660980" w:rsidP="00AF7EBF">
      <w:pPr>
        <w:tabs>
          <w:tab w:val="left" w:pos="7020"/>
        </w:tabs>
        <w:rPr>
          <w:rtl/>
        </w:rPr>
      </w:pPr>
    </w:p>
    <w:p w:rsidR="00E0632C" w:rsidRDefault="00E0632C" w:rsidP="00AF7EBF">
      <w:pPr>
        <w:tabs>
          <w:tab w:val="left" w:pos="7020"/>
        </w:tabs>
        <w:rPr>
          <w:rtl/>
        </w:rPr>
      </w:pPr>
    </w:p>
    <w:p w:rsidR="00E0632C" w:rsidRDefault="00B748D0" w:rsidP="00AF7EBF">
      <w:pPr>
        <w:tabs>
          <w:tab w:val="left" w:pos="7020"/>
        </w:tabs>
        <w:rPr>
          <w:color w:val="FF0000"/>
          <w:u w:val="single"/>
        </w:rPr>
      </w:pPr>
      <w:r w:rsidRPr="00B748D0">
        <w:rPr>
          <w:color w:val="FF0000"/>
          <w:u w:val="single"/>
        </w:rPr>
        <w:t>(</w:t>
      </w:r>
      <w:r w:rsidRPr="00B748D0">
        <w:rPr>
          <w:rFonts w:cs="Times New Roman" w:hint="cs"/>
          <w:color w:val="FF0000"/>
          <w:u w:val="single"/>
          <w:rtl/>
        </w:rPr>
        <w:t>ملاحظة</w:t>
      </w:r>
      <w:r w:rsidRPr="00B748D0">
        <w:rPr>
          <w:rFonts w:cs="Times New Roman"/>
          <w:color w:val="FF0000"/>
          <w:u w:val="single"/>
          <w:rtl/>
        </w:rPr>
        <w:t xml:space="preserve"> </w:t>
      </w:r>
      <w:r w:rsidRPr="00B748D0">
        <w:rPr>
          <w:rFonts w:cs="Times New Roman" w:hint="cs"/>
          <w:color w:val="FF0000"/>
          <w:u w:val="single"/>
          <w:rtl/>
        </w:rPr>
        <w:t>فنية</w:t>
      </w:r>
      <w:r w:rsidRPr="00B748D0">
        <w:rPr>
          <w:rFonts w:cs="Times New Roman"/>
          <w:color w:val="FF0000"/>
          <w:u w:val="single"/>
          <w:rtl/>
        </w:rPr>
        <w:t xml:space="preserve">: </w:t>
      </w:r>
      <w:r w:rsidRPr="00B748D0">
        <w:rPr>
          <w:rFonts w:cs="Times New Roman" w:hint="cs"/>
          <w:color w:val="FF0000"/>
          <w:u w:val="single"/>
          <w:rtl/>
        </w:rPr>
        <w:t>تم</w:t>
      </w:r>
      <w:r w:rsidRPr="00B748D0">
        <w:rPr>
          <w:rFonts w:cs="Times New Roman"/>
          <w:color w:val="FF0000"/>
          <w:u w:val="single"/>
          <w:rtl/>
        </w:rPr>
        <w:t xml:space="preserve"> </w:t>
      </w:r>
      <w:r w:rsidRPr="00B748D0">
        <w:rPr>
          <w:rFonts w:cs="Times New Roman" w:hint="cs"/>
          <w:color w:val="FF0000"/>
          <w:u w:val="single"/>
          <w:rtl/>
        </w:rPr>
        <w:t>لاحقاً</w:t>
      </w:r>
      <w:r w:rsidRPr="00B748D0">
        <w:rPr>
          <w:rFonts w:cs="Times New Roman"/>
          <w:color w:val="FF0000"/>
          <w:u w:val="single"/>
          <w:rtl/>
        </w:rPr>
        <w:t xml:space="preserve"> </w:t>
      </w:r>
      <w:r w:rsidRPr="00B748D0">
        <w:rPr>
          <w:rFonts w:cs="Times New Roman" w:hint="cs"/>
          <w:color w:val="FF0000"/>
          <w:u w:val="single"/>
          <w:rtl/>
        </w:rPr>
        <w:t>توحيد</w:t>
      </w:r>
      <w:r w:rsidRPr="00B748D0">
        <w:rPr>
          <w:rFonts w:cs="Times New Roman"/>
          <w:color w:val="FF0000"/>
          <w:u w:val="single"/>
          <w:rtl/>
        </w:rPr>
        <w:t xml:space="preserve"> </w:t>
      </w:r>
      <w:r w:rsidRPr="00B748D0">
        <w:rPr>
          <w:rFonts w:cs="Times New Roman" w:hint="cs"/>
          <w:color w:val="FF0000"/>
          <w:u w:val="single"/>
          <w:rtl/>
        </w:rPr>
        <w:t>نطاق</w:t>
      </w:r>
      <w:r w:rsidRPr="00B748D0">
        <w:rPr>
          <w:rFonts w:cs="Times New Roman"/>
          <w:color w:val="FF0000"/>
          <w:u w:val="single"/>
          <w:rtl/>
        </w:rPr>
        <w:t xml:space="preserve"> </w:t>
      </w:r>
      <w:r w:rsidRPr="00B748D0">
        <w:rPr>
          <w:rFonts w:cs="Times New Roman" w:hint="cs"/>
          <w:color w:val="FF0000"/>
          <w:u w:val="single"/>
          <w:rtl/>
        </w:rPr>
        <w:t>الشبكة</w:t>
      </w:r>
      <w:r w:rsidRPr="00B748D0">
        <w:rPr>
          <w:rFonts w:cs="Times New Roman"/>
          <w:color w:val="FF0000"/>
          <w:u w:val="single"/>
          <w:rtl/>
        </w:rPr>
        <w:t xml:space="preserve"> </w:t>
      </w:r>
      <w:r w:rsidRPr="00B748D0">
        <w:rPr>
          <w:rFonts w:cs="Times New Roman" w:hint="cs"/>
          <w:color w:val="FF0000"/>
          <w:u w:val="single"/>
          <w:rtl/>
        </w:rPr>
        <w:t>إلى</w:t>
      </w:r>
      <w:r w:rsidRPr="00B748D0">
        <w:rPr>
          <w:rFonts w:cs="Times New Roman"/>
          <w:color w:val="FF0000"/>
          <w:u w:val="single"/>
          <w:rtl/>
        </w:rPr>
        <w:t xml:space="preserve"> 192.168.20.0/24 </w:t>
      </w:r>
      <w:r w:rsidRPr="00B748D0">
        <w:rPr>
          <w:rFonts w:cs="Times New Roman" w:hint="cs"/>
          <w:color w:val="FF0000"/>
          <w:u w:val="single"/>
          <w:rtl/>
        </w:rPr>
        <w:t>لأغراض</w:t>
      </w:r>
      <w:r w:rsidRPr="00B748D0">
        <w:rPr>
          <w:rFonts w:cs="Times New Roman"/>
          <w:color w:val="FF0000"/>
          <w:u w:val="single"/>
          <w:rtl/>
        </w:rPr>
        <w:t xml:space="preserve"> </w:t>
      </w:r>
      <w:r w:rsidRPr="00B748D0">
        <w:rPr>
          <w:rFonts w:cs="Times New Roman" w:hint="cs"/>
          <w:color w:val="FF0000"/>
          <w:u w:val="single"/>
          <w:rtl/>
        </w:rPr>
        <w:t>المحاكاة</w:t>
      </w:r>
      <w:r w:rsidRPr="00B748D0">
        <w:rPr>
          <w:rFonts w:cs="Times New Roman"/>
          <w:color w:val="FF0000"/>
          <w:u w:val="single"/>
          <w:rtl/>
        </w:rPr>
        <w:t xml:space="preserve"> </w:t>
      </w:r>
      <w:r w:rsidRPr="00B748D0">
        <w:rPr>
          <w:rFonts w:cs="Times New Roman" w:hint="cs"/>
          <w:color w:val="FF0000"/>
          <w:u w:val="single"/>
          <w:rtl/>
        </w:rPr>
        <w:t>والتوافق</w:t>
      </w:r>
      <w:r w:rsidRPr="00B748D0">
        <w:rPr>
          <w:color w:val="FF0000"/>
          <w:u w:val="single"/>
        </w:rPr>
        <w:t>).</w:t>
      </w:r>
    </w:p>
    <w:p w:rsidR="00623CA6" w:rsidRDefault="00623CA6" w:rsidP="00AF7EBF">
      <w:pPr>
        <w:tabs>
          <w:tab w:val="left" w:pos="7020"/>
        </w:tabs>
        <w:rPr>
          <w:color w:val="FF0000"/>
          <w:u w:val="single"/>
        </w:rPr>
      </w:pPr>
    </w:p>
    <w:p w:rsidR="00203C42" w:rsidRDefault="00203C42" w:rsidP="00AF7EBF">
      <w:pPr>
        <w:tabs>
          <w:tab w:val="left" w:pos="7020"/>
        </w:tabs>
        <w:rPr>
          <w:color w:val="FF0000"/>
          <w:u w:val="single"/>
        </w:rPr>
      </w:pPr>
    </w:p>
    <w:p w:rsidR="00203C42" w:rsidRDefault="00203C42" w:rsidP="00AF7EBF">
      <w:pPr>
        <w:pBdr>
          <w:bottom w:val="single" w:sz="6" w:space="1" w:color="auto"/>
        </w:pBdr>
        <w:tabs>
          <w:tab w:val="left" w:pos="7020"/>
        </w:tabs>
        <w:rPr>
          <w:color w:val="FF0000"/>
          <w:u w:val="single"/>
        </w:rPr>
      </w:pPr>
    </w:p>
    <w:p w:rsidR="00203C42" w:rsidRDefault="00203C42" w:rsidP="00AF7EBF">
      <w:pPr>
        <w:tabs>
          <w:tab w:val="left" w:pos="7020"/>
        </w:tabs>
        <w:rPr>
          <w:color w:val="FF0000"/>
          <w:u w:val="single"/>
        </w:rPr>
      </w:pPr>
    </w:p>
    <w:p w:rsidR="00203C42" w:rsidRDefault="00203C42" w:rsidP="00AF7EBF">
      <w:pPr>
        <w:tabs>
          <w:tab w:val="left" w:pos="7020"/>
        </w:tabs>
        <w:rPr>
          <w:color w:val="FF0000"/>
          <w:u w:val="single"/>
        </w:rPr>
      </w:pPr>
    </w:p>
    <w:p w:rsidR="00203C42" w:rsidRDefault="00203C42" w:rsidP="00AF7EBF">
      <w:pPr>
        <w:tabs>
          <w:tab w:val="left" w:pos="7020"/>
        </w:tabs>
        <w:rPr>
          <w:color w:val="FF0000"/>
          <w:u w:val="single"/>
        </w:rPr>
      </w:pPr>
    </w:p>
    <w:p w:rsidR="00203C42" w:rsidRDefault="00203C42" w:rsidP="00AF7EBF">
      <w:pPr>
        <w:tabs>
          <w:tab w:val="left" w:pos="7020"/>
        </w:tabs>
        <w:rPr>
          <w:color w:val="FF0000"/>
          <w:u w:val="single"/>
        </w:rPr>
      </w:pPr>
    </w:p>
    <w:p w:rsidR="00203C42" w:rsidRDefault="00203C42" w:rsidP="00AF7EBF">
      <w:pPr>
        <w:tabs>
          <w:tab w:val="left" w:pos="7020"/>
        </w:tabs>
        <w:rPr>
          <w:color w:val="FF0000"/>
          <w:u w:val="single"/>
        </w:rPr>
      </w:pPr>
    </w:p>
    <w:p w:rsidR="00203C42" w:rsidRDefault="00203C42" w:rsidP="00AF7EBF">
      <w:pPr>
        <w:tabs>
          <w:tab w:val="left" w:pos="7020"/>
        </w:tabs>
        <w:rPr>
          <w:color w:val="FF0000"/>
          <w:u w:val="single"/>
        </w:rPr>
      </w:pPr>
    </w:p>
    <w:p w:rsidR="00203C42" w:rsidRDefault="00203C42" w:rsidP="00AF7EBF">
      <w:pPr>
        <w:tabs>
          <w:tab w:val="left" w:pos="7020"/>
        </w:tabs>
        <w:rPr>
          <w:color w:val="FF0000"/>
          <w:u w:val="single"/>
        </w:rPr>
      </w:pPr>
    </w:p>
    <w:p w:rsidR="00203C42" w:rsidRDefault="00203C42" w:rsidP="00203C42">
      <w:pPr>
        <w:tabs>
          <w:tab w:val="left" w:pos="7020"/>
        </w:tabs>
        <w:rPr>
          <w:rFonts w:cs="Times New Roman"/>
          <w:color w:val="000000" w:themeColor="text1"/>
          <w:u w:val="single"/>
        </w:rPr>
      </w:pPr>
      <w:r w:rsidRPr="00203C42">
        <w:rPr>
          <w:rFonts w:ascii="Segoe UI Emoji" w:hAnsi="Segoe UI Emoji" w:cs="Segoe UI Emoji"/>
          <w:color w:val="000000" w:themeColor="text1"/>
          <w:u w:val="single"/>
        </w:rPr>
        <w:t>📌</w:t>
      </w:r>
      <w:r w:rsidRPr="00203C42">
        <w:rPr>
          <w:color w:val="000000" w:themeColor="text1"/>
          <w:u w:val="single"/>
        </w:rPr>
        <w:t xml:space="preserve"> </w:t>
      </w:r>
      <w:r w:rsidRPr="00203C42">
        <w:rPr>
          <w:rFonts w:cs="Times New Roman" w:hint="cs"/>
          <w:color w:val="000000" w:themeColor="text1"/>
          <w:u w:val="single"/>
          <w:rtl/>
        </w:rPr>
        <w:t>الخطوة</w:t>
      </w:r>
      <w:r w:rsidRPr="00203C42">
        <w:rPr>
          <w:rFonts w:cs="Times New Roman"/>
          <w:color w:val="000000" w:themeColor="text1"/>
          <w:u w:val="single"/>
          <w:rtl/>
        </w:rPr>
        <w:t xml:space="preserve"> </w:t>
      </w:r>
      <w:r w:rsidRPr="00203C42">
        <w:rPr>
          <w:rFonts w:cs="Times New Roman" w:hint="cs"/>
          <w:color w:val="000000" w:themeColor="text1"/>
          <w:u w:val="single"/>
          <w:rtl/>
        </w:rPr>
        <w:t>رقم</w:t>
      </w:r>
      <w:r w:rsidRPr="00203C42">
        <w:rPr>
          <w:rFonts w:cs="Times New Roman"/>
          <w:color w:val="000000" w:themeColor="text1"/>
          <w:u w:val="single"/>
          <w:rtl/>
        </w:rPr>
        <w:t xml:space="preserve"> (49): </w:t>
      </w:r>
      <w:r w:rsidRPr="00203C42">
        <w:rPr>
          <w:rFonts w:cs="Times New Roman" w:hint="cs"/>
          <w:color w:val="000000" w:themeColor="text1"/>
          <w:u w:val="single"/>
          <w:rtl/>
        </w:rPr>
        <w:t>تقسيم</w:t>
      </w:r>
      <w:r w:rsidRPr="00203C42">
        <w:rPr>
          <w:rFonts w:cs="Times New Roman"/>
          <w:color w:val="000000" w:themeColor="text1"/>
          <w:u w:val="single"/>
          <w:rtl/>
        </w:rPr>
        <w:t xml:space="preserve"> </w:t>
      </w:r>
      <w:r w:rsidRPr="00203C42">
        <w:rPr>
          <w:rFonts w:cs="Times New Roman" w:hint="cs"/>
          <w:color w:val="000000" w:themeColor="text1"/>
          <w:u w:val="single"/>
          <w:rtl/>
        </w:rPr>
        <w:t>الشبكة</w:t>
      </w:r>
      <w:r w:rsidRPr="00203C42">
        <w:rPr>
          <w:rFonts w:cs="Times New Roman"/>
          <w:color w:val="000000" w:themeColor="text1"/>
          <w:u w:val="single"/>
          <w:rtl/>
        </w:rPr>
        <w:t xml:space="preserve"> </w:t>
      </w:r>
      <w:r w:rsidRPr="00203C42">
        <w:rPr>
          <w:rFonts w:cs="Times New Roman" w:hint="cs"/>
          <w:color w:val="000000" w:themeColor="text1"/>
          <w:u w:val="single"/>
          <w:rtl/>
        </w:rPr>
        <w:t>وعزل</w:t>
      </w:r>
      <w:r w:rsidRPr="00203C42">
        <w:rPr>
          <w:rFonts w:cs="Times New Roman"/>
          <w:color w:val="000000" w:themeColor="text1"/>
          <w:u w:val="single"/>
          <w:rtl/>
        </w:rPr>
        <w:t xml:space="preserve"> </w:t>
      </w:r>
      <w:r w:rsidRPr="00203C42">
        <w:rPr>
          <w:rFonts w:cs="Times New Roman" w:hint="cs"/>
          <w:color w:val="000000" w:themeColor="text1"/>
          <w:u w:val="single"/>
          <w:rtl/>
        </w:rPr>
        <w:t>الأقسام</w:t>
      </w:r>
    </w:p>
    <w:p w:rsidR="00203C42" w:rsidRPr="00203C42" w:rsidRDefault="00203C42" w:rsidP="00203C42">
      <w:pPr>
        <w:tabs>
          <w:tab w:val="left" w:pos="7020"/>
        </w:tabs>
        <w:rPr>
          <w:color w:val="000000" w:themeColor="text1"/>
          <w:u w:val="single"/>
        </w:rPr>
      </w:pPr>
      <w:r w:rsidRPr="00203C42">
        <w:rPr>
          <w:color w:val="000000" w:themeColor="text1"/>
          <w:u w:val="single"/>
        </w:rPr>
        <w:t xml:space="preserve"> (Network Segmentation via VLANs)</w:t>
      </w:r>
    </w:p>
    <w:p w:rsidR="00203C42" w:rsidRPr="00203C42" w:rsidRDefault="00203C42" w:rsidP="00203C42">
      <w:pPr>
        <w:tabs>
          <w:tab w:val="left" w:pos="7020"/>
        </w:tabs>
        <w:rPr>
          <w:color w:val="000000" w:themeColor="text1"/>
          <w:u w:val="single"/>
        </w:rPr>
      </w:pPr>
      <w:r w:rsidRPr="00203C42">
        <w:rPr>
          <w:rFonts w:cs="Times New Roman" w:hint="cs"/>
          <w:color w:val="000000" w:themeColor="text1"/>
          <w:u w:val="single"/>
          <w:rtl/>
        </w:rPr>
        <w:t>الوصف</w:t>
      </w:r>
      <w:r w:rsidRPr="00203C42">
        <w:rPr>
          <w:rFonts w:cs="Times New Roman"/>
          <w:color w:val="000000" w:themeColor="text1"/>
          <w:u w:val="single"/>
          <w:rtl/>
        </w:rPr>
        <w:t xml:space="preserve"> </w:t>
      </w:r>
      <w:r w:rsidRPr="00203C42">
        <w:rPr>
          <w:rFonts w:cs="Times New Roman" w:hint="cs"/>
          <w:color w:val="000000" w:themeColor="text1"/>
          <w:u w:val="single"/>
          <w:rtl/>
        </w:rPr>
        <w:t>الفني</w:t>
      </w:r>
      <w:r w:rsidRPr="00203C42">
        <w:rPr>
          <w:rFonts w:cs="Times New Roman"/>
          <w:color w:val="000000" w:themeColor="text1"/>
          <w:u w:val="single"/>
          <w:rtl/>
        </w:rPr>
        <w:t xml:space="preserve"> (</w:t>
      </w:r>
      <w:r w:rsidRPr="00203C42">
        <w:rPr>
          <w:rFonts w:cs="Times New Roman" w:hint="cs"/>
          <w:color w:val="000000" w:themeColor="text1"/>
          <w:u w:val="single"/>
          <w:rtl/>
        </w:rPr>
        <w:t>بالعربية</w:t>
      </w:r>
      <w:r w:rsidRPr="00203C42">
        <w:rPr>
          <w:rFonts w:cs="Times New Roman"/>
          <w:color w:val="000000" w:themeColor="text1"/>
          <w:u w:val="single"/>
          <w:rtl/>
        </w:rPr>
        <w:t>): "</w:t>
      </w:r>
      <w:r w:rsidRPr="00203C42">
        <w:rPr>
          <w:rFonts w:cs="Times New Roman" w:hint="cs"/>
          <w:color w:val="000000" w:themeColor="text1"/>
          <w:u w:val="single"/>
          <w:rtl/>
        </w:rPr>
        <w:t>هندسة</w:t>
      </w:r>
      <w:r w:rsidRPr="00203C42">
        <w:rPr>
          <w:rFonts w:cs="Times New Roman"/>
          <w:color w:val="000000" w:themeColor="text1"/>
          <w:u w:val="single"/>
          <w:rtl/>
        </w:rPr>
        <w:t xml:space="preserve"> </w:t>
      </w:r>
      <w:r w:rsidRPr="00203C42">
        <w:rPr>
          <w:rFonts w:cs="Times New Roman" w:hint="cs"/>
          <w:color w:val="000000" w:themeColor="text1"/>
          <w:u w:val="single"/>
          <w:rtl/>
        </w:rPr>
        <w:t>البنية</w:t>
      </w:r>
      <w:r w:rsidRPr="00203C42">
        <w:rPr>
          <w:rFonts w:cs="Times New Roman"/>
          <w:color w:val="000000" w:themeColor="text1"/>
          <w:u w:val="single"/>
          <w:rtl/>
        </w:rPr>
        <w:t xml:space="preserve"> </w:t>
      </w:r>
      <w:r w:rsidRPr="00203C42">
        <w:rPr>
          <w:rFonts w:cs="Times New Roman" w:hint="cs"/>
          <w:color w:val="000000" w:themeColor="text1"/>
          <w:u w:val="single"/>
          <w:rtl/>
        </w:rPr>
        <w:t>التحتية</w:t>
      </w:r>
      <w:r w:rsidRPr="00203C42">
        <w:rPr>
          <w:rFonts w:cs="Times New Roman"/>
          <w:color w:val="000000" w:themeColor="text1"/>
          <w:u w:val="single"/>
          <w:rtl/>
        </w:rPr>
        <w:t xml:space="preserve"> </w:t>
      </w:r>
      <w:r w:rsidRPr="00203C42">
        <w:rPr>
          <w:rFonts w:cs="Times New Roman" w:hint="cs"/>
          <w:color w:val="000000" w:themeColor="text1"/>
          <w:u w:val="single"/>
          <w:rtl/>
        </w:rPr>
        <w:t>للشركة</w:t>
      </w:r>
      <w:r w:rsidRPr="00203C42">
        <w:rPr>
          <w:rFonts w:cs="Times New Roman"/>
          <w:color w:val="000000" w:themeColor="text1"/>
          <w:u w:val="single"/>
          <w:rtl/>
        </w:rPr>
        <w:t xml:space="preserve"> </w:t>
      </w:r>
      <w:r w:rsidRPr="00203C42">
        <w:rPr>
          <w:rFonts w:cs="Times New Roman" w:hint="cs"/>
          <w:color w:val="000000" w:themeColor="text1"/>
          <w:u w:val="single"/>
          <w:rtl/>
        </w:rPr>
        <w:t>باستخدام</w:t>
      </w:r>
      <w:r w:rsidRPr="00203C42">
        <w:rPr>
          <w:rFonts w:cs="Times New Roman"/>
          <w:color w:val="000000" w:themeColor="text1"/>
          <w:u w:val="single"/>
          <w:rtl/>
        </w:rPr>
        <w:t xml:space="preserve"> </w:t>
      </w:r>
      <w:r w:rsidRPr="00203C42">
        <w:rPr>
          <w:rFonts w:cs="Times New Roman" w:hint="cs"/>
          <w:color w:val="000000" w:themeColor="text1"/>
          <w:u w:val="single"/>
          <w:rtl/>
        </w:rPr>
        <w:t>جدار</w:t>
      </w:r>
      <w:r w:rsidRPr="00203C42">
        <w:rPr>
          <w:rFonts w:cs="Times New Roman"/>
          <w:color w:val="000000" w:themeColor="text1"/>
          <w:u w:val="single"/>
          <w:rtl/>
        </w:rPr>
        <w:t xml:space="preserve"> </w:t>
      </w:r>
      <w:r w:rsidRPr="00203C42">
        <w:rPr>
          <w:rFonts w:cs="Times New Roman" w:hint="cs"/>
          <w:color w:val="000000" w:themeColor="text1"/>
          <w:u w:val="single"/>
          <w:rtl/>
        </w:rPr>
        <w:t>الحماية</w:t>
      </w:r>
      <w:r w:rsidRPr="00203C42">
        <w:rPr>
          <w:color w:val="000000" w:themeColor="text1"/>
          <w:u w:val="single"/>
        </w:rPr>
        <w:t xml:space="preserve"> </w:t>
      </w:r>
      <w:proofErr w:type="spellStart"/>
      <w:r w:rsidRPr="00203C42">
        <w:rPr>
          <w:color w:val="000000" w:themeColor="text1"/>
          <w:u w:val="single"/>
        </w:rPr>
        <w:t>pfSense</w:t>
      </w:r>
      <w:proofErr w:type="spellEnd"/>
      <w:r w:rsidRPr="00203C42">
        <w:rPr>
          <w:color w:val="000000" w:themeColor="text1"/>
          <w:u w:val="single"/>
        </w:rPr>
        <w:t xml:space="preserve"> </w:t>
      </w:r>
      <w:r w:rsidRPr="00203C42">
        <w:rPr>
          <w:rFonts w:cs="Times New Roman" w:hint="cs"/>
          <w:color w:val="000000" w:themeColor="text1"/>
          <w:u w:val="single"/>
          <w:rtl/>
        </w:rPr>
        <w:t>لتقسيم</w:t>
      </w:r>
      <w:r w:rsidRPr="00203C42">
        <w:rPr>
          <w:rFonts w:cs="Times New Roman"/>
          <w:color w:val="000000" w:themeColor="text1"/>
          <w:u w:val="single"/>
          <w:rtl/>
        </w:rPr>
        <w:t xml:space="preserve"> </w:t>
      </w:r>
      <w:r w:rsidRPr="00203C42">
        <w:rPr>
          <w:rFonts w:cs="Times New Roman" w:hint="cs"/>
          <w:color w:val="000000" w:themeColor="text1"/>
          <w:u w:val="single"/>
          <w:rtl/>
        </w:rPr>
        <w:t>الشبكة</w:t>
      </w:r>
      <w:r w:rsidRPr="00203C42">
        <w:rPr>
          <w:rFonts w:cs="Times New Roman"/>
          <w:color w:val="000000" w:themeColor="text1"/>
          <w:u w:val="single"/>
          <w:rtl/>
        </w:rPr>
        <w:t xml:space="preserve"> </w:t>
      </w:r>
      <w:r w:rsidRPr="00203C42">
        <w:rPr>
          <w:rFonts w:cs="Times New Roman" w:hint="cs"/>
          <w:color w:val="000000" w:themeColor="text1"/>
          <w:u w:val="single"/>
          <w:rtl/>
        </w:rPr>
        <w:t>المادية</w:t>
      </w:r>
      <w:r w:rsidRPr="00203C42">
        <w:rPr>
          <w:rFonts w:cs="Times New Roman"/>
          <w:color w:val="000000" w:themeColor="text1"/>
          <w:u w:val="single"/>
          <w:rtl/>
        </w:rPr>
        <w:t xml:space="preserve"> </w:t>
      </w:r>
      <w:r w:rsidRPr="00203C42">
        <w:rPr>
          <w:rFonts w:cs="Times New Roman" w:hint="cs"/>
          <w:color w:val="000000" w:themeColor="text1"/>
          <w:u w:val="single"/>
          <w:rtl/>
        </w:rPr>
        <w:t>إلى</w:t>
      </w:r>
      <w:r w:rsidRPr="00203C42">
        <w:rPr>
          <w:rFonts w:cs="Times New Roman"/>
          <w:color w:val="000000" w:themeColor="text1"/>
          <w:u w:val="single"/>
          <w:rtl/>
        </w:rPr>
        <w:t xml:space="preserve"> </w:t>
      </w:r>
      <w:r w:rsidRPr="00203C42">
        <w:rPr>
          <w:rFonts w:cs="Times New Roman" w:hint="cs"/>
          <w:color w:val="000000" w:themeColor="text1"/>
          <w:u w:val="single"/>
          <w:rtl/>
        </w:rPr>
        <w:t>شبكات</w:t>
      </w:r>
      <w:r w:rsidRPr="00203C42">
        <w:rPr>
          <w:rFonts w:cs="Times New Roman"/>
          <w:color w:val="000000" w:themeColor="text1"/>
          <w:u w:val="single"/>
          <w:rtl/>
        </w:rPr>
        <w:t xml:space="preserve"> </w:t>
      </w:r>
      <w:r w:rsidRPr="00203C42">
        <w:rPr>
          <w:rFonts w:cs="Times New Roman" w:hint="cs"/>
          <w:color w:val="000000" w:themeColor="text1"/>
          <w:u w:val="single"/>
          <w:rtl/>
        </w:rPr>
        <w:t>افتراضية</w:t>
      </w:r>
      <w:r w:rsidRPr="00203C42">
        <w:rPr>
          <w:rFonts w:cs="Times New Roman"/>
          <w:color w:val="000000" w:themeColor="text1"/>
          <w:u w:val="single"/>
          <w:rtl/>
        </w:rPr>
        <w:t xml:space="preserve"> </w:t>
      </w:r>
      <w:r w:rsidRPr="00203C42">
        <w:rPr>
          <w:rFonts w:cs="Times New Roman" w:hint="cs"/>
          <w:color w:val="000000" w:themeColor="text1"/>
          <w:u w:val="single"/>
          <w:rtl/>
        </w:rPr>
        <w:t>معزولة</w:t>
      </w:r>
      <w:r w:rsidRPr="00203C42">
        <w:rPr>
          <w:color w:val="000000" w:themeColor="text1"/>
          <w:u w:val="single"/>
        </w:rPr>
        <w:t xml:space="preserve"> (VLANs). </w:t>
      </w:r>
      <w:r w:rsidRPr="00203C42">
        <w:rPr>
          <w:rFonts w:cs="Times New Roman" w:hint="cs"/>
          <w:color w:val="000000" w:themeColor="text1"/>
          <w:u w:val="single"/>
          <w:rtl/>
        </w:rPr>
        <w:t>تم</w:t>
      </w:r>
      <w:r w:rsidRPr="00203C42">
        <w:rPr>
          <w:rFonts w:cs="Times New Roman"/>
          <w:color w:val="000000" w:themeColor="text1"/>
          <w:u w:val="single"/>
          <w:rtl/>
        </w:rPr>
        <w:t xml:space="preserve"> </w:t>
      </w:r>
      <w:r w:rsidRPr="00203C42">
        <w:rPr>
          <w:rFonts w:cs="Times New Roman" w:hint="cs"/>
          <w:color w:val="000000" w:themeColor="text1"/>
          <w:u w:val="single"/>
          <w:rtl/>
        </w:rPr>
        <w:t>إنشاء</w:t>
      </w:r>
      <w:r w:rsidRPr="00203C42">
        <w:rPr>
          <w:rFonts w:cs="Times New Roman"/>
          <w:color w:val="000000" w:themeColor="text1"/>
          <w:u w:val="single"/>
          <w:rtl/>
        </w:rPr>
        <w:t xml:space="preserve"> </w:t>
      </w:r>
      <w:r w:rsidRPr="00203C42">
        <w:rPr>
          <w:rFonts w:cs="Times New Roman" w:hint="cs"/>
          <w:color w:val="000000" w:themeColor="text1"/>
          <w:u w:val="single"/>
          <w:rtl/>
        </w:rPr>
        <w:t>نطاقات</w:t>
      </w:r>
      <w:r w:rsidRPr="00203C42">
        <w:rPr>
          <w:rFonts w:cs="Times New Roman"/>
          <w:color w:val="000000" w:themeColor="text1"/>
          <w:u w:val="single"/>
          <w:rtl/>
        </w:rPr>
        <w:t xml:space="preserve"> </w:t>
      </w:r>
      <w:r w:rsidRPr="00203C42">
        <w:rPr>
          <w:rFonts w:cs="Times New Roman" w:hint="cs"/>
          <w:color w:val="000000" w:themeColor="text1"/>
          <w:u w:val="single"/>
          <w:rtl/>
        </w:rPr>
        <w:t>منفصلة</w:t>
      </w:r>
      <w:r w:rsidRPr="00203C42">
        <w:rPr>
          <w:rFonts w:cs="Times New Roman"/>
          <w:color w:val="000000" w:themeColor="text1"/>
          <w:u w:val="single"/>
          <w:rtl/>
        </w:rPr>
        <w:t xml:space="preserve"> </w:t>
      </w:r>
      <w:r w:rsidRPr="00203C42">
        <w:rPr>
          <w:rFonts w:cs="Times New Roman" w:hint="cs"/>
          <w:color w:val="000000" w:themeColor="text1"/>
          <w:u w:val="single"/>
          <w:rtl/>
        </w:rPr>
        <w:t>لكل</w:t>
      </w:r>
      <w:r w:rsidRPr="00203C42">
        <w:rPr>
          <w:rFonts w:cs="Times New Roman"/>
          <w:color w:val="000000" w:themeColor="text1"/>
          <w:u w:val="single"/>
          <w:rtl/>
        </w:rPr>
        <w:t xml:space="preserve"> </w:t>
      </w:r>
      <w:r w:rsidRPr="00203C42">
        <w:rPr>
          <w:rFonts w:cs="Times New Roman" w:hint="cs"/>
          <w:color w:val="000000" w:themeColor="text1"/>
          <w:u w:val="single"/>
          <w:rtl/>
        </w:rPr>
        <w:t>قسم</w:t>
      </w:r>
      <w:r w:rsidRPr="00203C42">
        <w:rPr>
          <w:color w:val="000000" w:themeColor="text1"/>
          <w:u w:val="single"/>
        </w:rPr>
        <w:t xml:space="preserve"> (</w:t>
      </w:r>
      <w:r w:rsidRPr="00203C42">
        <w:rPr>
          <w:rFonts w:cs="Times New Roman" w:hint="cs"/>
          <w:color w:val="000000" w:themeColor="text1"/>
          <w:u w:val="single"/>
          <w:rtl/>
        </w:rPr>
        <w:t>قسم</w:t>
      </w:r>
      <w:r w:rsidRPr="00203C42">
        <w:rPr>
          <w:rFonts w:cs="Times New Roman"/>
          <w:color w:val="000000" w:themeColor="text1"/>
          <w:u w:val="single"/>
          <w:rtl/>
        </w:rPr>
        <w:t xml:space="preserve"> </w:t>
      </w:r>
      <w:r w:rsidRPr="00203C42">
        <w:rPr>
          <w:rFonts w:cs="Times New Roman" w:hint="cs"/>
          <w:color w:val="000000" w:themeColor="text1"/>
          <w:u w:val="single"/>
          <w:rtl/>
        </w:rPr>
        <w:t>المبيعات</w:t>
      </w:r>
      <w:r w:rsidRPr="00203C42">
        <w:rPr>
          <w:color w:val="000000" w:themeColor="text1"/>
          <w:u w:val="single"/>
        </w:rPr>
        <w:t xml:space="preserve"> VLAN 30</w:t>
      </w:r>
      <w:r w:rsidRPr="00203C42">
        <w:rPr>
          <w:rFonts w:cs="Times New Roman"/>
          <w:color w:val="000000" w:themeColor="text1"/>
          <w:u w:val="single"/>
          <w:rtl/>
        </w:rPr>
        <w:t xml:space="preserve">، </w:t>
      </w:r>
      <w:r w:rsidRPr="00203C42">
        <w:rPr>
          <w:rFonts w:cs="Times New Roman" w:hint="cs"/>
          <w:color w:val="000000" w:themeColor="text1"/>
          <w:u w:val="single"/>
          <w:rtl/>
        </w:rPr>
        <w:t>منطقة</w:t>
      </w:r>
      <w:r w:rsidRPr="00203C42">
        <w:rPr>
          <w:color w:val="000000" w:themeColor="text1"/>
          <w:u w:val="single"/>
        </w:rPr>
        <w:t xml:space="preserve"> DMZ VLAN 40). </w:t>
      </w:r>
      <w:r w:rsidRPr="00203C42">
        <w:rPr>
          <w:rFonts w:cs="Times New Roman" w:hint="cs"/>
          <w:color w:val="000000" w:themeColor="text1"/>
          <w:u w:val="single"/>
          <w:rtl/>
        </w:rPr>
        <w:t>هذا</w:t>
      </w:r>
      <w:r w:rsidRPr="00203C42">
        <w:rPr>
          <w:rFonts w:cs="Times New Roman"/>
          <w:color w:val="000000" w:themeColor="text1"/>
          <w:u w:val="single"/>
          <w:rtl/>
        </w:rPr>
        <w:t xml:space="preserve"> </w:t>
      </w:r>
      <w:r w:rsidRPr="00203C42">
        <w:rPr>
          <w:rFonts w:cs="Times New Roman" w:hint="cs"/>
          <w:color w:val="000000" w:themeColor="text1"/>
          <w:u w:val="single"/>
          <w:rtl/>
        </w:rPr>
        <w:t>التقسيم</w:t>
      </w:r>
      <w:r w:rsidRPr="00203C42">
        <w:rPr>
          <w:rFonts w:cs="Times New Roman"/>
          <w:color w:val="000000" w:themeColor="text1"/>
          <w:u w:val="single"/>
          <w:rtl/>
        </w:rPr>
        <w:t xml:space="preserve"> </w:t>
      </w:r>
      <w:r w:rsidRPr="00203C42">
        <w:rPr>
          <w:rFonts w:cs="Times New Roman" w:hint="cs"/>
          <w:color w:val="000000" w:themeColor="text1"/>
          <w:u w:val="single"/>
          <w:rtl/>
        </w:rPr>
        <w:t>يضمن</w:t>
      </w:r>
      <w:r w:rsidRPr="00203C42">
        <w:rPr>
          <w:rFonts w:cs="Times New Roman"/>
          <w:color w:val="000000" w:themeColor="text1"/>
          <w:u w:val="single"/>
          <w:rtl/>
        </w:rPr>
        <w:t xml:space="preserve"> </w:t>
      </w:r>
      <w:r w:rsidRPr="00203C42">
        <w:rPr>
          <w:rFonts w:cs="Times New Roman" w:hint="cs"/>
          <w:color w:val="000000" w:themeColor="text1"/>
          <w:u w:val="single"/>
          <w:rtl/>
        </w:rPr>
        <w:t>أنه</w:t>
      </w:r>
      <w:r w:rsidRPr="00203C42">
        <w:rPr>
          <w:rFonts w:cs="Times New Roman"/>
          <w:color w:val="000000" w:themeColor="text1"/>
          <w:u w:val="single"/>
          <w:rtl/>
        </w:rPr>
        <w:t xml:space="preserve"> </w:t>
      </w:r>
      <w:r w:rsidRPr="00203C42">
        <w:rPr>
          <w:rFonts w:cs="Times New Roman" w:hint="cs"/>
          <w:color w:val="000000" w:themeColor="text1"/>
          <w:u w:val="single"/>
          <w:rtl/>
        </w:rPr>
        <w:t>في</w:t>
      </w:r>
      <w:r w:rsidRPr="00203C42">
        <w:rPr>
          <w:rFonts w:cs="Times New Roman"/>
          <w:color w:val="000000" w:themeColor="text1"/>
          <w:u w:val="single"/>
          <w:rtl/>
        </w:rPr>
        <w:t xml:space="preserve"> </w:t>
      </w:r>
      <w:r w:rsidRPr="00203C42">
        <w:rPr>
          <w:rFonts w:cs="Times New Roman" w:hint="cs"/>
          <w:color w:val="000000" w:themeColor="text1"/>
          <w:u w:val="single"/>
          <w:rtl/>
        </w:rPr>
        <w:t>حال</w:t>
      </w:r>
      <w:r w:rsidRPr="00203C42">
        <w:rPr>
          <w:rFonts w:cs="Times New Roman"/>
          <w:color w:val="000000" w:themeColor="text1"/>
          <w:u w:val="single"/>
          <w:rtl/>
        </w:rPr>
        <w:t xml:space="preserve"> </w:t>
      </w:r>
      <w:r w:rsidRPr="00203C42">
        <w:rPr>
          <w:rFonts w:cs="Times New Roman" w:hint="cs"/>
          <w:color w:val="000000" w:themeColor="text1"/>
          <w:u w:val="single"/>
          <w:rtl/>
        </w:rPr>
        <w:t>اختراق</w:t>
      </w:r>
      <w:r w:rsidRPr="00203C42">
        <w:rPr>
          <w:rFonts w:cs="Times New Roman"/>
          <w:color w:val="000000" w:themeColor="text1"/>
          <w:u w:val="single"/>
          <w:rtl/>
        </w:rPr>
        <w:t xml:space="preserve"> </w:t>
      </w:r>
      <w:r w:rsidRPr="00203C42">
        <w:rPr>
          <w:rFonts w:cs="Times New Roman" w:hint="cs"/>
          <w:color w:val="000000" w:themeColor="text1"/>
          <w:u w:val="single"/>
          <w:rtl/>
        </w:rPr>
        <w:t>جهاز</w:t>
      </w:r>
      <w:r w:rsidRPr="00203C42">
        <w:rPr>
          <w:rFonts w:cs="Times New Roman"/>
          <w:color w:val="000000" w:themeColor="text1"/>
          <w:u w:val="single"/>
          <w:rtl/>
        </w:rPr>
        <w:t xml:space="preserve"> </w:t>
      </w:r>
      <w:r w:rsidRPr="00203C42">
        <w:rPr>
          <w:rFonts w:cs="Times New Roman" w:hint="cs"/>
          <w:color w:val="000000" w:themeColor="text1"/>
          <w:u w:val="single"/>
          <w:rtl/>
        </w:rPr>
        <w:t>موظف</w:t>
      </w:r>
      <w:r w:rsidRPr="00203C42">
        <w:rPr>
          <w:rFonts w:cs="Times New Roman"/>
          <w:color w:val="000000" w:themeColor="text1"/>
          <w:u w:val="single"/>
          <w:rtl/>
        </w:rPr>
        <w:t xml:space="preserve"> </w:t>
      </w:r>
      <w:r w:rsidRPr="00203C42">
        <w:rPr>
          <w:rFonts w:cs="Times New Roman" w:hint="cs"/>
          <w:color w:val="000000" w:themeColor="text1"/>
          <w:u w:val="single"/>
          <w:rtl/>
        </w:rPr>
        <w:t>في</w:t>
      </w:r>
      <w:r w:rsidRPr="00203C42">
        <w:rPr>
          <w:rFonts w:cs="Times New Roman"/>
          <w:color w:val="000000" w:themeColor="text1"/>
          <w:u w:val="single"/>
          <w:rtl/>
        </w:rPr>
        <w:t xml:space="preserve"> </w:t>
      </w:r>
      <w:r w:rsidRPr="00203C42">
        <w:rPr>
          <w:rFonts w:cs="Times New Roman" w:hint="cs"/>
          <w:color w:val="000000" w:themeColor="text1"/>
          <w:u w:val="single"/>
          <w:rtl/>
        </w:rPr>
        <w:t>قسم</w:t>
      </w:r>
      <w:r w:rsidRPr="00203C42">
        <w:rPr>
          <w:rFonts w:cs="Times New Roman"/>
          <w:color w:val="000000" w:themeColor="text1"/>
          <w:u w:val="single"/>
          <w:rtl/>
        </w:rPr>
        <w:t xml:space="preserve"> </w:t>
      </w:r>
      <w:r w:rsidRPr="00203C42">
        <w:rPr>
          <w:rFonts w:cs="Times New Roman" w:hint="cs"/>
          <w:color w:val="000000" w:themeColor="text1"/>
          <w:u w:val="single"/>
          <w:rtl/>
        </w:rPr>
        <w:t>المبيعات</w:t>
      </w:r>
      <w:r w:rsidRPr="00203C42">
        <w:rPr>
          <w:rFonts w:cs="Times New Roman"/>
          <w:color w:val="000000" w:themeColor="text1"/>
          <w:u w:val="single"/>
          <w:rtl/>
        </w:rPr>
        <w:t xml:space="preserve">، </w:t>
      </w:r>
      <w:r w:rsidRPr="00203C42">
        <w:rPr>
          <w:rFonts w:cs="Times New Roman" w:hint="cs"/>
          <w:color w:val="000000" w:themeColor="text1"/>
          <w:u w:val="single"/>
          <w:rtl/>
        </w:rPr>
        <w:t>لن</w:t>
      </w:r>
      <w:r w:rsidRPr="00203C42">
        <w:rPr>
          <w:rFonts w:cs="Times New Roman"/>
          <w:color w:val="000000" w:themeColor="text1"/>
          <w:u w:val="single"/>
          <w:rtl/>
        </w:rPr>
        <w:t xml:space="preserve"> </w:t>
      </w:r>
      <w:r w:rsidRPr="00203C42">
        <w:rPr>
          <w:rFonts w:cs="Times New Roman" w:hint="cs"/>
          <w:color w:val="000000" w:themeColor="text1"/>
          <w:u w:val="single"/>
          <w:rtl/>
        </w:rPr>
        <w:t>يتمكن</w:t>
      </w:r>
      <w:r w:rsidRPr="00203C42">
        <w:rPr>
          <w:rFonts w:cs="Times New Roman"/>
          <w:color w:val="000000" w:themeColor="text1"/>
          <w:u w:val="single"/>
          <w:rtl/>
        </w:rPr>
        <w:t xml:space="preserve"> </w:t>
      </w:r>
      <w:r w:rsidRPr="00203C42">
        <w:rPr>
          <w:rFonts w:cs="Times New Roman" w:hint="cs"/>
          <w:color w:val="000000" w:themeColor="text1"/>
          <w:u w:val="single"/>
          <w:rtl/>
        </w:rPr>
        <w:t>المهاجم</w:t>
      </w:r>
      <w:r w:rsidRPr="00203C42">
        <w:rPr>
          <w:rFonts w:cs="Times New Roman"/>
          <w:color w:val="000000" w:themeColor="text1"/>
          <w:u w:val="single"/>
          <w:rtl/>
        </w:rPr>
        <w:t xml:space="preserve"> </w:t>
      </w:r>
      <w:r w:rsidRPr="00203C42">
        <w:rPr>
          <w:rFonts w:cs="Times New Roman" w:hint="cs"/>
          <w:color w:val="000000" w:themeColor="text1"/>
          <w:u w:val="single"/>
          <w:rtl/>
        </w:rPr>
        <w:t>من</w:t>
      </w:r>
      <w:r w:rsidRPr="00203C42">
        <w:rPr>
          <w:rFonts w:cs="Times New Roman"/>
          <w:color w:val="000000" w:themeColor="text1"/>
          <w:u w:val="single"/>
          <w:rtl/>
        </w:rPr>
        <w:t xml:space="preserve"> </w:t>
      </w:r>
      <w:r w:rsidRPr="00203C42">
        <w:rPr>
          <w:rFonts w:cs="Times New Roman" w:hint="cs"/>
          <w:color w:val="000000" w:themeColor="text1"/>
          <w:u w:val="single"/>
          <w:rtl/>
        </w:rPr>
        <w:t>التحرك</w:t>
      </w:r>
      <w:r w:rsidRPr="00203C42">
        <w:rPr>
          <w:rFonts w:cs="Times New Roman"/>
          <w:color w:val="000000" w:themeColor="text1"/>
          <w:u w:val="single"/>
          <w:rtl/>
        </w:rPr>
        <w:t xml:space="preserve"> </w:t>
      </w:r>
      <w:r w:rsidRPr="00203C42">
        <w:rPr>
          <w:rFonts w:cs="Times New Roman" w:hint="cs"/>
          <w:color w:val="000000" w:themeColor="text1"/>
          <w:u w:val="single"/>
          <w:rtl/>
        </w:rPr>
        <w:t>أفقياً</w:t>
      </w:r>
      <w:r w:rsidRPr="00203C42">
        <w:rPr>
          <w:rFonts w:cs="Times New Roman"/>
          <w:color w:val="000000" w:themeColor="text1"/>
          <w:u w:val="single"/>
          <w:rtl/>
        </w:rPr>
        <w:t xml:space="preserve"> </w:t>
      </w:r>
      <w:r w:rsidRPr="00203C42">
        <w:rPr>
          <w:rFonts w:cs="Times New Roman" w:hint="cs"/>
          <w:color w:val="000000" w:themeColor="text1"/>
          <w:u w:val="single"/>
          <w:rtl/>
        </w:rPr>
        <w:t>والوصول</w:t>
      </w:r>
      <w:r w:rsidRPr="00203C42">
        <w:rPr>
          <w:rFonts w:cs="Times New Roman"/>
          <w:color w:val="000000" w:themeColor="text1"/>
          <w:u w:val="single"/>
          <w:rtl/>
        </w:rPr>
        <w:t xml:space="preserve"> </w:t>
      </w:r>
      <w:r w:rsidRPr="00203C42">
        <w:rPr>
          <w:rFonts w:cs="Times New Roman" w:hint="cs"/>
          <w:color w:val="000000" w:themeColor="text1"/>
          <w:u w:val="single"/>
          <w:rtl/>
        </w:rPr>
        <w:t>إلى</w:t>
      </w:r>
      <w:r w:rsidRPr="00203C42">
        <w:rPr>
          <w:rFonts w:cs="Times New Roman"/>
          <w:color w:val="000000" w:themeColor="text1"/>
          <w:u w:val="single"/>
          <w:rtl/>
        </w:rPr>
        <w:t xml:space="preserve"> </w:t>
      </w:r>
      <w:r w:rsidRPr="00203C42">
        <w:rPr>
          <w:rFonts w:cs="Times New Roman" w:hint="cs"/>
          <w:color w:val="000000" w:themeColor="text1"/>
          <w:u w:val="single"/>
          <w:rtl/>
        </w:rPr>
        <w:t>بيانات</w:t>
      </w:r>
      <w:r w:rsidRPr="00203C42">
        <w:rPr>
          <w:rFonts w:cs="Times New Roman"/>
          <w:color w:val="000000" w:themeColor="text1"/>
          <w:u w:val="single"/>
          <w:rtl/>
        </w:rPr>
        <w:t xml:space="preserve"> </w:t>
      </w:r>
      <w:r w:rsidRPr="00203C42">
        <w:rPr>
          <w:rFonts w:cs="Times New Roman" w:hint="cs"/>
          <w:color w:val="000000" w:themeColor="text1"/>
          <w:u w:val="single"/>
          <w:rtl/>
        </w:rPr>
        <w:t>السيرفرات</w:t>
      </w:r>
      <w:r w:rsidRPr="00203C42">
        <w:rPr>
          <w:rFonts w:cs="Times New Roman"/>
          <w:color w:val="000000" w:themeColor="text1"/>
          <w:u w:val="single"/>
          <w:rtl/>
        </w:rPr>
        <w:t xml:space="preserve"> </w:t>
      </w:r>
      <w:r w:rsidRPr="00203C42">
        <w:rPr>
          <w:rFonts w:cs="Times New Roman" w:hint="cs"/>
          <w:color w:val="000000" w:themeColor="text1"/>
          <w:u w:val="single"/>
          <w:rtl/>
        </w:rPr>
        <w:t>الحساسة</w:t>
      </w:r>
      <w:r w:rsidRPr="00203C42">
        <w:rPr>
          <w:color w:val="000000" w:themeColor="text1"/>
          <w:u w:val="single"/>
        </w:rPr>
        <w:t xml:space="preserve"> (</w:t>
      </w:r>
      <w:r w:rsidRPr="00203C42">
        <w:rPr>
          <w:rFonts w:cs="Times New Roman" w:hint="cs"/>
          <w:color w:val="000000" w:themeColor="text1"/>
          <w:u w:val="single"/>
          <w:rtl/>
        </w:rPr>
        <w:t>شبكة</w:t>
      </w:r>
      <w:r w:rsidRPr="00203C42">
        <w:rPr>
          <w:color w:val="000000" w:themeColor="text1"/>
          <w:u w:val="single"/>
        </w:rPr>
        <w:t xml:space="preserve"> LAN 192.168.20.x)</w:t>
      </w:r>
      <w:r w:rsidRPr="00203C42">
        <w:rPr>
          <w:rFonts w:cs="Times New Roman"/>
          <w:color w:val="000000" w:themeColor="text1"/>
          <w:u w:val="single"/>
          <w:rtl/>
        </w:rPr>
        <w:t xml:space="preserve">، </w:t>
      </w:r>
      <w:r w:rsidRPr="00203C42">
        <w:rPr>
          <w:rFonts w:cs="Times New Roman" w:hint="cs"/>
          <w:color w:val="000000" w:themeColor="text1"/>
          <w:u w:val="single"/>
          <w:rtl/>
        </w:rPr>
        <w:t>مما</w:t>
      </w:r>
      <w:r w:rsidRPr="00203C42">
        <w:rPr>
          <w:rFonts w:cs="Times New Roman"/>
          <w:color w:val="000000" w:themeColor="text1"/>
          <w:u w:val="single"/>
          <w:rtl/>
        </w:rPr>
        <w:t xml:space="preserve"> </w:t>
      </w:r>
      <w:r w:rsidRPr="00203C42">
        <w:rPr>
          <w:rFonts w:cs="Times New Roman" w:hint="cs"/>
          <w:color w:val="000000" w:themeColor="text1"/>
          <w:u w:val="single"/>
          <w:rtl/>
        </w:rPr>
        <w:t>يطبق</w:t>
      </w:r>
      <w:r w:rsidRPr="00203C42">
        <w:rPr>
          <w:rFonts w:cs="Times New Roman"/>
          <w:color w:val="000000" w:themeColor="text1"/>
          <w:u w:val="single"/>
          <w:rtl/>
        </w:rPr>
        <w:t xml:space="preserve"> </w:t>
      </w:r>
      <w:r w:rsidRPr="00203C42">
        <w:rPr>
          <w:rFonts w:cs="Times New Roman" w:hint="cs"/>
          <w:color w:val="000000" w:themeColor="text1"/>
          <w:u w:val="single"/>
          <w:rtl/>
        </w:rPr>
        <w:t>مبدأ</w:t>
      </w:r>
      <w:r w:rsidRPr="00203C42">
        <w:rPr>
          <w:rFonts w:cs="Times New Roman"/>
          <w:color w:val="000000" w:themeColor="text1"/>
          <w:u w:val="single"/>
          <w:rtl/>
        </w:rPr>
        <w:t xml:space="preserve"> </w:t>
      </w:r>
      <w:r w:rsidRPr="00203C42">
        <w:rPr>
          <w:rFonts w:cs="Times New Roman" w:hint="cs"/>
          <w:color w:val="000000" w:themeColor="text1"/>
          <w:u w:val="single"/>
          <w:rtl/>
        </w:rPr>
        <w:t>الاحتواء</w:t>
      </w:r>
      <w:r w:rsidRPr="00203C42">
        <w:rPr>
          <w:color w:val="000000" w:themeColor="text1"/>
          <w:u w:val="single"/>
        </w:rPr>
        <w:t xml:space="preserve"> (Containment)."</w:t>
      </w:r>
    </w:p>
    <w:p w:rsidR="00203C42" w:rsidRPr="00203C42" w:rsidRDefault="00203C42" w:rsidP="00203C42">
      <w:pPr>
        <w:tabs>
          <w:tab w:val="left" w:pos="7020"/>
        </w:tabs>
        <w:rPr>
          <w:color w:val="000000" w:themeColor="text1"/>
          <w:u w:val="single"/>
        </w:rPr>
      </w:pPr>
      <w:r w:rsidRPr="00203C42">
        <w:rPr>
          <w:color w:val="000000" w:themeColor="text1"/>
          <w:u w:val="single"/>
        </w:rPr>
        <w:t xml:space="preserve">Technical Description (English): "Engineering the company's infrastructure using the </w:t>
      </w:r>
      <w:proofErr w:type="spellStart"/>
      <w:r w:rsidRPr="00203C42">
        <w:rPr>
          <w:color w:val="000000" w:themeColor="text1"/>
          <w:u w:val="single"/>
        </w:rPr>
        <w:t>pfSense</w:t>
      </w:r>
      <w:proofErr w:type="spellEnd"/>
      <w:r w:rsidRPr="00203C42">
        <w:rPr>
          <w:color w:val="000000" w:themeColor="text1"/>
          <w:u w:val="single"/>
        </w:rPr>
        <w:t xml:space="preserve"> firewall to segment the physical network into isolated Virtual Local Area Networks (VLANs). Separate subnets were created for each department (Sales VLAN 30, DMZ VLAN 40). This segmentation ensures that if a device in the Sales department is compromised, the attacker cannot move laterally to access sensitive server data (LAN network 192.168.20.x), effectively applying the principle of Containment."</w:t>
      </w:r>
    </w:p>
    <w:p w:rsidR="00203C42" w:rsidRDefault="00203C42" w:rsidP="00AF7EBF">
      <w:pPr>
        <w:tabs>
          <w:tab w:val="left" w:pos="7020"/>
        </w:tabs>
        <w:rPr>
          <w:color w:val="000000" w:themeColor="text1"/>
          <w:u w:val="single"/>
        </w:rPr>
      </w:pPr>
      <w:r>
        <w:rPr>
          <w:noProof/>
          <w:color w:val="000000" w:themeColor="text1"/>
          <w:u w:val="single"/>
        </w:rPr>
        <w:lastRenderedPageBreak/>
        <w:drawing>
          <wp:inline distT="0" distB="0" distL="0" distR="0">
            <wp:extent cx="5943600" cy="31496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WAN, LAN, OPT1, OPT2) .png"/>
                    <pic:cNvPicPr/>
                  </pic:nvPicPr>
                  <pic:blipFill>
                    <a:blip r:embed="rId72">
                      <a:extLst>
                        <a:ext uri="{28A0092B-C50C-407E-A947-70E740481C1C}">
                          <a14:useLocalDpi xmlns:a14="http://schemas.microsoft.com/office/drawing/2010/main" val="0"/>
                        </a:ext>
                      </a:extLst>
                    </a:blip>
                    <a:stretch>
                      <a:fillRect/>
                    </a:stretch>
                  </pic:blipFill>
                  <pic:spPr>
                    <a:xfrm>
                      <a:off x="0" y="0"/>
                      <a:ext cx="5943600" cy="3149600"/>
                    </a:xfrm>
                    <a:prstGeom prst="rect">
                      <a:avLst/>
                    </a:prstGeom>
                  </pic:spPr>
                </pic:pic>
              </a:graphicData>
            </a:graphic>
          </wp:inline>
        </w:drawing>
      </w:r>
    </w:p>
    <w:p w:rsidR="00203C42" w:rsidRDefault="00203C42" w:rsidP="00AF7EBF">
      <w:pPr>
        <w:tabs>
          <w:tab w:val="left" w:pos="7020"/>
        </w:tabs>
        <w:rPr>
          <w:color w:val="000000" w:themeColor="text1"/>
          <w:u w:val="single"/>
        </w:rPr>
      </w:pPr>
    </w:p>
    <w:p w:rsidR="00203C42" w:rsidRDefault="00203C42" w:rsidP="00AF7EBF">
      <w:pPr>
        <w:tabs>
          <w:tab w:val="left" w:pos="7020"/>
        </w:tabs>
        <w:rPr>
          <w:color w:val="000000" w:themeColor="text1"/>
          <w:u w:val="single"/>
        </w:rPr>
      </w:pPr>
      <w:r>
        <w:rPr>
          <w:noProof/>
          <w:color w:val="000000" w:themeColor="text1"/>
          <w:u w:val="single"/>
        </w:rPr>
        <w:drawing>
          <wp:inline distT="0" distB="0" distL="0" distR="0">
            <wp:extent cx="5943600" cy="304482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ALES_VLAN-DMZ_VLAN.png"/>
                    <pic:cNvPicPr/>
                  </pic:nvPicPr>
                  <pic:blipFill>
                    <a:blip r:embed="rId73">
                      <a:extLst>
                        <a:ext uri="{28A0092B-C50C-407E-A947-70E740481C1C}">
                          <a14:useLocalDpi xmlns:a14="http://schemas.microsoft.com/office/drawing/2010/main" val="0"/>
                        </a:ext>
                      </a:extLst>
                    </a:blip>
                    <a:stretch>
                      <a:fillRect/>
                    </a:stretch>
                  </pic:blipFill>
                  <pic:spPr>
                    <a:xfrm>
                      <a:off x="0" y="0"/>
                      <a:ext cx="5943600" cy="3044825"/>
                    </a:xfrm>
                    <a:prstGeom prst="rect">
                      <a:avLst/>
                    </a:prstGeom>
                  </pic:spPr>
                </pic:pic>
              </a:graphicData>
            </a:graphic>
          </wp:inline>
        </w:drawing>
      </w:r>
    </w:p>
    <w:p w:rsidR="00203C42" w:rsidRDefault="00203C42" w:rsidP="00AF7EBF">
      <w:pPr>
        <w:tabs>
          <w:tab w:val="left" w:pos="7020"/>
        </w:tabs>
        <w:rPr>
          <w:color w:val="000000" w:themeColor="text1"/>
          <w:u w:val="single"/>
        </w:rPr>
      </w:pPr>
    </w:p>
    <w:p w:rsidR="00203C42" w:rsidRDefault="00203C42" w:rsidP="00AF7EBF">
      <w:pPr>
        <w:tabs>
          <w:tab w:val="left" w:pos="7020"/>
        </w:tabs>
        <w:rPr>
          <w:color w:val="000000" w:themeColor="text1"/>
          <w:u w:val="single"/>
        </w:rPr>
      </w:pPr>
      <w:r>
        <w:rPr>
          <w:noProof/>
          <w:color w:val="000000" w:themeColor="text1"/>
          <w:u w:val="single"/>
        </w:rPr>
        <w:lastRenderedPageBreak/>
        <w:drawing>
          <wp:inline distT="0" distB="0" distL="0" distR="0">
            <wp:extent cx="5943600" cy="337566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ales_vlansلإعدادات DHCP في إحدى الشبكات الجديدة.png"/>
                    <pic:cNvPicPr/>
                  </pic:nvPicPr>
                  <pic:blipFill>
                    <a:blip r:embed="rId74">
                      <a:extLst>
                        <a:ext uri="{28A0092B-C50C-407E-A947-70E740481C1C}">
                          <a14:useLocalDpi xmlns:a14="http://schemas.microsoft.com/office/drawing/2010/main" val="0"/>
                        </a:ext>
                      </a:extLst>
                    </a:blip>
                    <a:stretch>
                      <a:fillRect/>
                    </a:stretch>
                  </pic:blipFill>
                  <pic:spPr>
                    <a:xfrm>
                      <a:off x="0" y="0"/>
                      <a:ext cx="5943600" cy="3375660"/>
                    </a:xfrm>
                    <a:prstGeom prst="rect">
                      <a:avLst/>
                    </a:prstGeom>
                  </pic:spPr>
                </pic:pic>
              </a:graphicData>
            </a:graphic>
          </wp:inline>
        </w:drawing>
      </w:r>
    </w:p>
    <w:p w:rsidR="00203C42" w:rsidRDefault="00203C42" w:rsidP="00AF7EBF">
      <w:pPr>
        <w:tabs>
          <w:tab w:val="left" w:pos="7020"/>
        </w:tabs>
        <w:rPr>
          <w:color w:val="000000" w:themeColor="text1"/>
          <w:u w:val="single"/>
        </w:rPr>
      </w:pPr>
    </w:p>
    <w:p w:rsidR="00203C42" w:rsidRDefault="00203C42" w:rsidP="00AF7EBF">
      <w:pPr>
        <w:tabs>
          <w:tab w:val="left" w:pos="7020"/>
        </w:tabs>
        <w:rPr>
          <w:color w:val="000000" w:themeColor="text1"/>
          <w:u w:val="single"/>
        </w:rPr>
      </w:pPr>
      <w:r>
        <w:rPr>
          <w:noProof/>
          <w:color w:val="000000" w:themeColor="text1"/>
          <w:u w:val="single"/>
        </w:rPr>
        <w:drawing>
          <wp:inline distT="0" distB="0" distL="0" distR="0">
            <wp:extent cx="5943600" cy="329946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dmz_vlanلإعدادات DHCP في إحدى الشبكات الجديدة.png"/>
                    <pic:cNvPicPr/>
                  </pic:nvPicPr>
                  <pic:blipFill>
                    <a:blip r:embed="rId75">
                      <a:extLst>
                        <a:ext uri="{28A0092B-C50C-407E-A947-70E740481C1C}">
                          <a14:useLocalDpi xmlns:a14="http://schemas.microsoft.com/office/drawing/2010/main" val="0"/>
                        </a:ext>
                      </a:extLst>
                    </a:blip>
                    <a:stretch>
                      <a:fillRect/>
                    </a:stretch>
                  </pic:blipFill>
                  <pic:spPr>
                    <a:xfrm>
                      <a:off x="0" y="0"/>
                      <a:ext cx="5943600" cy="3299460"/>
                    </a:xfrm>
                    <a:prstGeom prst="rect">
                      <a:avLst/>
                    </a:prstGeom>
                  </pic:spPr>
                </pic:pic>
              </a:graphicData>
            </a:graphic>
          </wp:inline>
        </w:drawing>
      </w:r>
    </w:p>
    <w:p w:rsidR="00203C42" w:rsidRDefault="00203C42" w:rsidP="00AF7EBF">
      <w:pPr>
        <w:tabs>
          <w:tab w:val="left" w:pos="7020"/>
        </w:tabs>
        <w:rPr>
          <w:color w:val="000000" w:themeColor="text1"/>
          <w:u w:val="single"/>
        </w:rPr>
      </w:pPr>
    </w:p>
    <w:p w:rsidR="00203C42" w:rsidRDefault="00203C42" w:rsidP="00AF7EBF">
      <w:pPr>
        <w:tabs>
          <w:tab w:val="left" w:pos="7020"/>
        </w:tabs>
        <w:rPr>
          <w:color w:val="000000" w:themeColor="text1"/>
          <w:u w:val="single"/>
        </w:rPr>
      </w:pPr>
    </w:p>
    <w:p w:rsidR="00203C42" w:rsidRDefault="00203C42" w:rsidP="00AF7EBF">
      <w:pPr>
        <w:tabs>
          <w:tab w:val="left" w:pos="7020"/>
        </w:tabs>
        <w:rPr>
          <w:color w:val="000000" w:themeColor="text1"/>
          <w:u w:val="single"/>
        </w:rPr>
      </w:pPr>
      <w:r>
        <w:rPr>
          <w:noProof/>
          <w:color w:val="000000" w:themeColor="text1"/>
          <w:u w:val="single"/>
        </w:rPr>
        <w:lastRenderedPageBreak/>
        <w:drawing>
          <wp:inline distT="0" distB="0" distL="0" distR="0">
            <wp:extent cx="5943600" cy="278257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قاعدة السماح بالخروج للإنترنت في تبويب SALES_VLAN.png"/>
                    <pic:cNvPicPr/>
                  </pic:nvPicPr>
                  <pic:blipFill>
                    <a:blip r:embed="rId76">
                      <a:extLst>
                        <a:ext uri="{28A0092B-C50C-407E-A947-70E740481C1C}">
                          <a14:useLocalDpi xmlns:a14="http://schemas.microsoft.com/office/drawing/2010/main" val="0"/>
                        </a:ext>
                      </a:extLst>
                    </a:blip>
                    <a:stretch>
                      <a:fillRect/>
                    </a:stretch>
                  </pic:blipFill>
                  <pic:spPr>
                    <a:xfrm>
                      <a:off x="0" y="0"/>
                      <a:ext cx="5943600" cy="2782570"/>
                    </a:xfrm>
                    <a:prstGeom prst="rect">
                      <a:avLst/>
                    </a:prstGeom>
                  </pic:spPr>
                </pic:pic>
              </a:graphicData>
            </a:graphic>
          </wp:inline>
        </w:drawing>
      </w:r>
    </w:p>
    <w:p w:rsidR="00203C42" w:rsidRDefault="00203C42" w:rsidP="00AF7EBF">
      <w:pPr>
        <w:pBdr>
          <w:bottom w:val="single" w:sz="6" w:space="1" w:color="auto"/>
        </w:pBdr>
        <w:tabs>
          <w:tab w:val="left" w:pos="7020"/>
        </w:tabs>
        <w:rPr>
          <w:color w:val="000000" w:themeColor="text1"/>
          <w:u w:val="single"/>
        </w:rPr>
      </w:pPr>
    </w:p>
    <w:p w:rsidR="00ED7B0E" w:rsidRDefault="00ED7B0E" w:rsidP="00AF7EBF">
      <w:pPr>
        <w:tabs>
          <w:tab w:val="left" w:pos="7020"/>
        </w:tabs>
        <w:rPr>
          <w:color w:val="000000" w:themeColor="text1"/>
          <w:u w:val="single"/>
        </w:rPr>
      </w:pPr>
    </w:p>
    <w:p w:rsidR="00ED7B0E" w:rsidRDefault="00ED7B0E" w:rsidP="00AF7EBF">
      <w:pPr>
        <w:tabs>
          <w:tab w:val="left" w:pos="7020"/>
        </w:tabs>
        <w:rPr>
          <w:color w:val="000000" w:themeColor="text1"/>
          <w:u w:val="single"/>
        </w:rPr>
      </w:pPr>
    </w:p>
    <w:p w:rsidR="00ED7B0E" w:rsidRDefault="00ED7B0E" w:rsidP="00AF7EBF">
      <w:pPr>
        <w:tabs>
          <w:tab w:val="left" w:pos="7020"/>
        </w:tabs>
        <w:rPr>
          <w:color w:val="000000" w:themeColor="text1"/>
          <w:u w:val="single"/>
        </w:rPr>
      </w:pPr>
    </w:p>
    <w:p w:rsidR="00ED7B0E" w:rsidRDefault="00ED7B0E" w:rsidP="00ED7B0E">
      <w:pPr>
        <w:tabs>
          <w:tab w:val="left" w:pos="7020"/>
        </w:tabs>
        <w:rPr>
          <w:rFonts w:cs="Times New Roman"/>
          <w:color w:val="000000" w:themeColor="text1"/>
          <w:u w:val="single"/>
          <w:rtl/>
        </w:rPr>
      </w:pPr>
      <w:r w:rsidRPr="00ED7B0E">
        <w:rPr>
          <w:rFonts w:ascii="Segoe UI Emoji" w:hAnsi="Segoe UI Emoji" w:cs="Segoe UI Emoji"/>
          <w:color w:val="000000" w:themeColor="text1"/>
          <w:u w:val="single"/>
        </w:rPr>
        <w:t>📌</w:t>
      </w:r>
      <w:r w:rsidRPr="00ED7B0E">
        <w:rPr>
          <w:rFonts w:cs="Times New Roman"/>
          <w:color w:val="000000" w:themeColor="text1"/>
          <w:u w:val="single"/>
        </w:rPr>
        <w:t xml:space="preserve"> </w:t>
      </w:r>
      <w:r w:rsidRPr="00ED7B0E">
        <w:rPr>
          <w:rFonts w:cs="Times New Roman" w:hint="cs"/>
          <w:color w:val="000000" w:themeColor="text1"/>
          <w:u w:val="single"/>
          <w:rtl/>
        </w:rPr>
        <w:t>الخطوة</w:t>
      </w:r>
      <w:r w:rsidRPr="00ED7B0E">
        <w:rPr>
          <w:rFonts w:cs="Times New Roman"/>
          <w:color w:val="000000" w:themeColor="text1"/>
          <w:u w:val="single"/>
          <w:rtl/>
        </w:rPr>
        <w:t xml:space="preserve"> </w:t>
      </w:r>
      <w:r w:rsidRPr="00ED7B0E">
        <w:rPr>
          <w:rFonts w:cs="Times New Roman" w:hint="cs"/>
          <w:color w:val="000000" w:themeColor="text1"/>
          <w:u w:val="single"/>
          <w:rtl/>
        </w:rPr>
        <w:t>رقم</w:t>
      </w:r>
      <w:r w:rsidRPr="00ED7B0E">
        <w:rPr>
          <w:rFonts w:cs="Times New Roman"/>
          <w:color w:val="000000" w:themeColor="text1"/>
          <w:u w:val="single"/>
          <w:rtl/>
        </w:rPr>
        <w:t xml:space="preserve"> (50): </w:t>
      </w:r>
      <w:r w:rsidRPr="00ED7B0E">
        <w:rPr>
          <w:rFonts w:cs="Times New Roman" w:hint="cs"/>
          <w:color w:val="000000" w:themeColor="text1"/>
          <w:u w:val="single"/>
          <w:rtl/>
        </w:rPr>
        <w:t>تصميم</w:t>
      </w:r>
      <w:r w:rsidRPr="00ED7B0E">
        <w:rPr>
          <w:rFonts w:cs="Times New Roman"/>
          <w:color w:val="000000" w:themeColor="text1"/>
          <w:u w:val="single"/>
          <w:rtl/>
        </w:rPr>
        <w:t xml:space="preserve"> </w:t>
      </w:r>
      <w:r w:rsidRPr="00ED7B0E">
        <w:rPr>
          <w:rFonts w:cs="Times New Roman" w:hint="cs"/>
          <w:color w:val="000000" w:themeColor="text1"/>
          <w:u w:val="single"/>
          <w:rtl/>
        </w:rPr>
        <w:t>المنطقة</w:t>
      </w:r>
      <w:r w:rsidRPr="00ED7B0E">
        <w:rPr>
          <w:rFonts w:cs="Times New Roman"/>
          <w:color w:val="000000" w:themeColor="text1"/>
          <w:u w:val="single"/>
          <w:rtl/>
        </w:rPr>
        <w:t xml:space="preserve"> </w:t>
      </w:r>
      <w:r w:rsidRPr="00ED7B0E">
        <w:rPr>
          <w:rFonts w:cs="Times New Roman" w:hint="cs"/>
          <w:color w:val="000000" w:themeColor="text1"/>
          <w:u w:val="single"/>
          <w:rtl/>
        </w:rPr>
        <w:t>المنزوعة</w:t>
      </w:r>
      <w:r w:rsidRPr="00ED7B0E">
        <w:rPr>
          <w:rFonts w:cs="Times New Roman"/>
          <w:color w:val="000000" w:themeColor="text1"/>
          <w:u w:val="single"/>
          <w:rtl/>
        </w:rPr>
        <w:t xml:space="preserve"> </w:t>
      </w:r>
      <w:r w:rsidRPr="00ED7B0E">
        <w:rPr>
          <w:rFonts w:cs="Times New Roman" w:hint="cs"/>
          <w:color w:val="000000" w:themeColor="text1"/>
          <w:u w:val="single"/>
          <w:rtl/>
        </w:rPr>
        <w:t>العسكرية</w:t>
      </w:r>
    </w:p>
    <w:p w:rsidR="00ED7B0E" w:rsidRPr="00ED7B0E" w:rsidRDefault="00ED7B0E" w:rsidP="00ED7B0E">
      <w:pPr>
        <w:tabs>
          <w:tab w:val="left" w:pos="7020"/>
        </w:tabs>
        <w:rPr>
          <w:rFonts w:cs="Times New Roman"/>
          <w:color w:val="000000" w:themeColor="text1"/>
          <w:u w:val="single"/>
        </w:rPr>
      </w:pPr>
      <w:r w:rsidRPr="00ED7B0E">
        <w:rPr>
          <w:rFonts w:cs="Times New Roman"/>
          <w:color w:val="000000" w:themeColor="text1"/>
          <w:u w:val="single"/>
        </w:rPr>
        <w:t xml:space="preserve"> (DMZ Implementation)</w:t>
      </w:r>
    </w:p>
    <w:p w:rsidR="00ED7B0E" w:rsidRPr="00ED7B0E" w:rsidRDefault="00ED7B0E" w:rsidP="00ED7B0E">
      <w:pPr>
        <w:tabs>
          <w:tab w:val="left" w:pos="7020"/>
        </w:tabs>
        <w:rPr>
          <w:rFonts w:cs="Times New Roman"/>
          <w:color w:val="000000" w:themeColor="text1"/>
          <w:u w:val="single"/>
        </w:rPr>
      </w:pPr>
      <w:r w:rsidRPr="00ED7B0E">
        <w:rPr>
          <w:rFonts w:cs="Times New Roman" w:hint="cs"/>
          <w:color w:val="000000" w:themeColor="text1"/>
          <w:u w:val="single"/>
          <w:rtl/>
        </w:rPr>
        <w:t>الوصف</w:t>
      </w:r>
      <w:r w:rsidRPr="00ED7B0E">
        <w:rPr>
          <w:rFonts w:cs="Times New Roman"/>
          <w:color w:val="000000" w:themeColor="text1"/>
          <w:u w:val="single"/>
          <w:rtl/>
        </w:rPr>
        <w:t xml:space="preserve"> </w:t>
      </w:r>
      <w:r w:rsidRPr="00ED7B0E">
        <w:rPr>
          <w:rFonts w:cs="Times New Roman" w:hint="cs"/>
          <w:color w:val="000000" w:themeColor="text1"/>
          <w:u w:val="single"/>
          <w:rtl/>
        </w:rPr>
        <w:t>الفني</w:t>
      </w:r>
      <w:r w:rsidRPr="00ED7B0E">
        <w:rPr>
          <w:rFonts w:cs="Times New Roman"/>
          <w:color w:val="000000" w:themeColor="text1"/>
          <w:u w:val="single"/>
          <w:rtl/>
        </w:rPr>
        <w:t xml:space="preserve"> (</w:t>
      </w:r>
      <w:r w:rsidRPr="00ED7B0E">
        <w:rPr>
          <w:rFonts w:cs="Times New Roman" w:hint="cs"/>
          <w:color w:val="000000" w:themeColor="text1"/>
          <w:u w:val="single"/>
          <w:rtl/>
        </w:rPr>
        <w:t>بالعربية</w:t>
      </w:r>
      <w:r w:rsidRPr="00ED7B0E">
        <w:rPr>
          <w:rFonts w:cs="Times New Roman"/>
          <w:color w:val="000000" w:themeColor="text1"/>
          <w:u w:val="single"/>
          <w:rtl/>
        </w:rPr>
        <w:t>): "</w:t>
      </w:r>
      <w:r w:rsidRPr="00ED7B0E">
        <w:rPr>
          <w:rFonts w:cs="Times New Roman" w:hint="cs"/>
          <w:color w:val="000000" w:themeColor="text1"/>
          <w:u w:val="single"/>
          <w:rtl/>
        </w:rPr>
        <w:t>نظراً</w:t>
      </w:r>
      <w:r w:rsidRPr="00ED7B0E">
        <w:rPr>
          <w:rFonts w:cs="Times New Roman"/>
          <w:color w:val="000000" w:themeColor="text1"/>
          <w:u w:val="single"/>
          <w:rtl/>
        </w:rPr>
        <w:t xml:space="preserve"> </w:t>
      </w:r>
      <w:r w:rsidRPr="00ED7B0E">
        <w:rPr>
          <w:rFonts w:cs="Times New Roman" w:hint="cs"/>
          <w:color w:val="000000" w:themeColor="text1"/>
          <w:u w:val="single"/>
          <w:rtl/>
        </w:rPr>
        <w:t>لرغبة</w:t>
      </w:r>
      <w:r w:rsidRPr="00ED7B0E">
        <w:rPr>
          <w:rFonts w:cs="Times New Roman"/>
          <w:color w:val="000000" w:themeColor="text1"/>
          <w:u w:val="single"/>
          <w:rtl/>
        </w:rPr>
        <w:t xml:space="preserve"> </w:t>
      </w:r>
      <w:r w:rsidRPr="00ED7B0E">
        <w:rPr>
          <w:rFonts w:cs="Times New Roman" w:hint="cs"/>
          <w:color w:val="000000" w:themeColor="text1"/>
          <w:u w:val="single"/>
          <w:rtl/>
        </w:rPr>
        <w:t>العميل</w:t>
      </w:r>
      <w:r w:rsidRPr="00ED7B0E">
        <w:rPr>
          <w:rFonts w:cs="Times New Roman"/>
          <w:color w:val="000000" w:themeColor="text1"/>
          <w:u w:val="single"/>
          <w:rtl/>
        </w:rPr>
        <w:t xml:space="preserve"> </w:t>
      </w:r>
      <w:r w:rsidRPr="00ED7B0E">
        <w:rPr>
          <w:rFonts w:cs="Times New Roman" w:hint="cs"/>
          <w:color w:val="000000" w:themeColor="text1"/>
          <w:u w:val="single"/>
          <w:rtl/>
        </w:rPr>
        <w:t>في</w:t>
      </w:r>
      <w:r w:rsidRPr="00ED7B0E">
        <w:rPr>
          <w:rFonts w:cs="Times New Roman"/>
          <w:color w:val="000000" w:themeColor="text1"/>
          <w:u w:val="single"/>
          <w:rtl/>
        </w:rPr>
        <w:t xml:space="preserve"> </w:t>
      </w:r>
      <w:r w:rsidRPr="00ED7B0E">
        <w:rPr>
          <w:rFonts w:cs="Times New Roman" w:hint="cs"/>
          <w:color w:val="000000" w:themeColor="text1"/>
          <w:u w:val="single"/>
          <w:rtl/>
        </w:rPr>
        <w:t>استضافة</w:t>
      </w:r>
      <w:r w:rsidRPr="00ED7B0E">
        <w:rPr>
          <w:rFonts w:cs="Times New Roman"/>
          <w:color w:val="000000" w:themeColor="text1"/>
          <w:u w:val="single"/>
          <w:rtl/>
        </w:rPr>
        <w:t xml:space="preserve"> </w:t>
      </w:r>
      <w:r w:rsidRPr="00ED7B0E">
        <w:rPr>
          <w:rFonts w:cs="Times New Roman" w:hint="cs"/>
          <w:color w:val="000000" w:themeColor="text1"/>
          <w:u w:val="single"/>
          <w:rtl/>
        </w:rPr>
        <w:t>خادم</w:t>
      </w:r>
      <w:r w:rsidRPr="00ED7B0E">
        <w:rPr>
          <w:rFonts w:cs="Times New Roman"/>
          <w:color w:val="000000" w:themeColor="text1"/>
          <w:u w:val="single"/>
          <w:rtl/>
        </w:rPr>
        <w:t xml:space="preserve"> </w:t>
      </w:r>
      <w:r w:rsidRPr="00ED7B0E">
        <w:rPr>
          <w:rFonts w:cs="Times New Roman" w:hint="cs"/>
          <w:color w:val="000000" w:themeColor="text1"/>
          <w:u w:val="single"/>
          <w:rtl/>
        </w:rPr>
        <w:t>ويب</w:t>
      </w:r>
      <w:r w:rsidRPr="00ED7B0E">
        <w:rPr>
          <w:rFonts w:cs="Times New Roman"/>
          <w:color w:val="000000" w:themeColor="text1"/>
          <w:u w:val="single"/>
          <w:rtl/>
        </w:rPr>
        <w:t xml:space="preserve"> (</w:t>
      </w:r>
      <w:r w:rsidRPr="00ED7B0E">
        <w:rPr>
          <w:rFonts w:cs="Times New Roman" w:hint="cs"/>
          <w:color w:val="000000" w:themeColor="text1"/>
          <w:u w:val="single"/>
          <w:rtl/>
        </w:rPr>
        <w:t>موقع</w:t>
      </w:r>
      <w:r w:rsidRPr="00ED7B0E">
        <w:rPr>
          <w:rFonts w:cs="Times New Roman"/>
          <w:color w:val="000000" w:themeColor="text1"/>
          <w:u w:val="single"/>
          <w:rtl/>
        </w:rPr>
        <w:t xml:space="preserve"> </w:t>
      </w:r>
      <w:r w:rsidRPr="00ED7B0E">
        <w:rPr>
          <w:rFonts w:cs="Times New Roman" w:hint="cs"/>
          <w:color w:val="000000" w:themeColor="text1"/>
          <w:u w:val="single"/>
          <w:rtl/>
        </w:rPr>
        <w:t>الشركة</w:t>
      </w:r>
      <w:r w:rsidRPr="00ED7B0E">
        <w:rPr>
          <w:rFonts w:cs="Times New Roman"/>
          <w:color w:val="000000" w:themeColor="text1"/>
          <w:u w:val="single"/>
          <w:rtl/>
        </w:rPr>
        <w:t xml:space="preserve">) </w:t>
      </w:r>
      <w:r w:rsidRPr="00ED7B0E">
        <w:rPr>
          <w:rFonts w:cs="Times New Roman" w:hint="cs"/>
          <w:color w:val="000000" w:themeColor="text1"/>
          <w:u w:val="single"/>
          <w:rtl/>
        </w:rPr>
        <w:t>داخلياً</w:t>
      </w:r>
      <w:r w:rsidRPr="00ED7B0E">
        <w:rPr>
          <w:rFonts w:cs="Times New Roman"/>
          <w:color w:val="000000" w:themeColor="text1"/>
          <w:u w:val="single"/>
          <w:rtl/>
        </w:rPr>
        <w:t xml:space="preserve">، </w:t>
      </w:r>
      <w:r w:rsidRPr="00ED7B0E">
        <w:rPr>
          <w:rFonts w:cs="Times New Roman" w:hint="cs"/>
          <w:color w:val="000000" w:themeColor="text1"/>
          <w:u w:val="single"/>
          <w:rtl/>
        </w:rPr>
        <w:t>تم</w:t>
      </w:r>
      <w:r w:rsidRPr="00ED7B0E">
        <w:rPr>
          <w:rFonts w:cs="Times New Roman"/>
          <w:color w:val="000000" w:themeColor="text1"/>
          <w:u w:val="single"/>
          <w:rtl/>
        </w:rPr>
        <w:t xml:space="preserve"> </w:t>
      </w:r>
      <w:r w:rsidRPr="00ED7B0E">
        <w:rPr>
          <w:rFonts w:cs="Times New Roman" w:hint="cs"/>
          <w:color w:val="000000" w:themeColor="text1"/>
          <w:u w:val="single"/>
          <w:rtl/>
        </w:rPr>
        <w:t>تصميم</w:t>
      </w:r>
      <w:r w:rsidRPr="00ED7B0E">
        <w:rPr>
          <w:rFonts w:cs="Times New Roman"/>
          <w:color w:val="000000" w:themeColor="text1"/>
          <w:u w:val="single"/>
          <w:rtl/>
        </w:rPr>
        <w:t xml:space="preserve"> </w:t>
      </w:r>
      <w:r w:rsidRPr="00ED7B0E">
        <w:rPr>
          <w:rFonts w:cs="Times New Roman" w:hint="cs"/>
          <w:color w:val="000000" w:themeColor="text1"/>
          <w:u w:val="single"/>
          <w:rtl/>
        </w:rPr>
        <w:t>منطقة</w:t>
      </w:r>
      <w:r w:rsidRPr="00ED7B0E">
        <w:rPr>
          <w:rFonts w:cs="Times New Roman"/>
          <w:color w:val="000000" w:themeColor="text1"/>
          <w:u w:val="single"/>
          <w:rtl/>
        </w:rPr>
        <w:t xml:space="preserve"> </w:t>
      </w:r>
      <w:r w:rsidRPr="00ED7B0E">
        <w:rPr>
          <w:rFonts w:cs="Times New Roman" w:hint="cs"/>
          <w:color w:val="000000" w:themeColor="text1"/>
          <w:u w:val="single"/>
          <w:rtl/>
        </w:rPr>
        <w:t>منع</w:t>
      </w:r>
      <w:r w:rsidRPr="00ED7B0E">
        <w:rPr>
          <w:rFonts w:cs="Times New Roman"/>
          <w:color w:val="000000" w:themeColor="text1"/>
          <w:u w:val="single"/>
          <w:rtl/>
        </w:rPr>
        <w:t xml:space="preserve"> </w:t>
      </w:r>
      <w:r w:rsidRPr="00ED7B0E">
        <w:rPr>
          <w:rFonts w:cs="Times New Roman" w:hint="cs"/>
          <w:color w:val="000000" w:themeColor="text1"/>
          <w:u w:val="single"/>
          <w:rtl/>
        </w:rPr>
        <w:t>التداول</w:t>
      </w:r>
      <w:r w:rsidRPr="00ED7B0E">
        <w:rPr>
          <w:rFonts w:cs="Times New Roman"/>
          <w:color w:val="000000" w:themeColor="text1"/>
          <w:u w:val="single"/>
        </w:rPr>
        <w:t xml:space="preserve"> (DMZ) </w:t>
      </w:r>
      <w:r w:rsidRPr="00ED7B0E">
        <w:rPr>
          <w:rFonts w:cs="Times New Roman" w:hint="cs"/>
          <w:color w:val="000000" w:themeColor="text1"/>
          <w:u w:val="single"/>
          <w:rtl/>
        </w:rPr>
        <w:t>على</w:t>
      </w:r>
      <w:r w:rsidRPr="00ED7B0E">
        <w:rPr>
          <w:rFonts w:cs="Times New Roman"/>
          <w:color w:val="000000" w:themeColor="text1"/>
          <w:u w:val="single"/>
        </w:rPr>
        <w:t xml:space="preserve"> </w:t>
      </w:r>
      <w:proofErr w:type="spellStart"/>
      <w:r w:rsidRPr="00ED7B0E">
        <w:rPr>
          <w:rFonts w:cs="Times New Roman"/>
          <w:color w:val="000000" w:themeColor="text1"/>
          <w:u w:val="single"/>
        </w:rPr>
        <w:t>pfSense</w:t>
      </w:r>
      <w:proofErr w:type="spellEnd"/>
      <w:r w:rsidRPr="00ED7B0E">
        <w:rPr>
          <w:rFonts w:cs="Times New Roman"/>
          <w:color w:val="000000" w:themeColor="text1"/>
          <w:u w:val="single"/>
        </w:rPr>
        <w:t xml:space="preserve">. </w:t>
      </w:r>
      <w:r w:rsidRPr="00ED7B0E">
        <w:rPr>
          <w:rFonts w:cs="Times New Roman" w:hint="cs"/>
          <w:color w:val="000000" w:themeColor="text1"/>
          <w:u w:val="single"/>
          <w:rtl/>
        </w:rPr>
        <w:t>تم</w:t>
      </w:r>
      <w:r w:rsidRPr="00ED7B0E">
        <w:rPr>
          <w:rFonts w:cs="Times New Roman"/>
          <w:color w:val="000000" w:themeColor="text1"/>
          <w:u w:val="single"/>
          <w:rtl/>
        </w:rPr>
        <w:t xml:space="preserve"> </w:t>
      </w:r>
      <w:r w:rsidRPr="00ED7B0E">
        <w:rPr>
          <w:rFonts w:cs="Times New Roman" w:hint="cs"/>
          <w:color w:val="000000" w:themeColor="text1"/>
          <w:u w:val="single"/>
          <w:rtl/>
        </w:rPr>
        <w:t>تطبيق</w:t>
      </w:r>
      <w:r w:rsidRPr="00ED7B0E">
        <w:rPr>
          <w:rFonts w:cs="Times New Roman"/>
          <w:color w:val="000000" w:themeColor="text1"/>
          <w:u w:val="single"/>
          <w:rtl/>
        </w:rPr>
        <w:t xml:space="preserve"> </w:t>
      </w:r>
      <w:r w:rsidRPr="00ED7B0E">
        <w:rPr>
          <w:rFonts w:cs="Times New Roman" w:hint="cs"/>
          <w:color w:val="000000" w:themeColor="text1"/>
          <w:u w:val="single"/>
          <w:rtl/>
        </w:rPr>
        <w:t>قواعد</w:t>
      </w:r>
      <w:r w:rsidRPr="00ED7B0E">
        <w:rPr>
          <w:rFonts w:cs="Times New Roman"/>
          <w:color w:val="000000" w:themeColor="text1"/>
          <w:u w:val="single"/>
          <w:rtl/>
        </w:rPr>
        <w:t xml:space="preserve"> </w:t>
      </w:r>
      <w:r w:rsidRPr="00ED7B0E">
        <w:rPr>
          <w:rFonts w:cs="Times New Roman" w:hint="cs"/>
          <w:color w:val="000000" w:themeColor="text1"/>
          <w:u w:val="single"/>
          <w:rtl/>
        </w:rPr>
        <w:t>حماية</w:t>
      </w:r>
      <w:r w:rsidRPr="00ED7B0E">
        <w:rPr>
          <w:rFonts w:cs="Times New Roman"/>
          <w:color w:val="000000" w:themeColor="text1"/>
          <w:u w:val="single"/>
          <w:rtl/>
        </w:rPr>
        <w:t xml:space="preserve"> </w:t>
      </w:r>
      <w:r w:rsidRPr="00ED7B0E">
        <w:rPr>
          <w:rFonts w:cs="Times New Roman" w:hint="cs"/>
          <w:color w:val="000000" w:themeColor="text1"/>
          <w:u w:val="single"/>
          <w:rtl/>
        </w:rPr>
        <w:t>صارمة</w:t>
      </w:r>
      <w:r w:rsidRPr="00ED7B0E">
        <w:rPr>
          <w:rFonts w:cs="Times New Roman"/>
          <w:color w:val="000000" w:themeColor="text1"/>
          <w:u w:val="single"/>
          <w:rtl/>
        </w:rPr>
        <w:t xml:space="preserve">: </w:t>
      </w:r>
      <w:r w:rsidRPr="00ED7B0E">
        <w:rPr>
          <w:rFonts w:cs="Times New Roman" w:hint="cs"/>
          <w:color w:val="000000" w:themeColor="text1"/>
          <w:u w:val="single"/>
          <w:rtl/>
        </w:rPr>
        <w:t>أولاً</w:t>
      </w:r>
      <w:r w:rsidRPr="00ED7B0E">
        <w:rPr>
          <w:rFonts w:cs="Times New Roman"/>
          <w:color w:val="000000" w:themeColor="text1"/>
          <w:u w:val="single"/>
          <w:rtl/>
        </w:rPr>
        <w:t xml:space="preserve">، </w:t>
      </w:r>
      <w:r w:rsidRPr="00ED7B0E">
        <w:rPr>
          <w:rFonts w:cs="Times New Roman" w:hint="cs"/>
          <w:color w:val="000000" w:themeColor="text1"/>
          <w:u w:val="single"/>
          <w:rtl/>
        </w:rPr>
        <w:t>تم</w:t>
      </w:r>
      <w:r w:rsidRPr="00ED7B0E">
        <w:rPr>
          <w:rFonts w:cs="Times New Roman"/>
          <w:color w:val="000000" w:themeColor="text1"/>
          <w:u w:val="single"/>
          <w:rtl/>
        </w:rPr>
        <w:t xml:space="preserve"> </w:t>
      </w:r>
      <w:r w:rsidRPr="00ED7B0E">
        <w:rPr>
          <w:rFonts w:cs="Times New Roman" w:hint="cs"/>
          <w:color w:val="000000" w:themeColor="text1"/>
          <w:u w:val="single"/>
          <w:rtl/>
        </w:rPr>
        <w:t>إنشاء</w:t>
      </w:r>
      <w:r w:rsidRPr="00ED7B0E">
        <w:rPr>
          <w:rFonts w:cs="Times New Roman"/>
          <w:color w:val="000000" w:themeColor="text1"/>
          <w:u w:val="single"/>
          <w:rtl/>
        </w:rPr>
        <w:t xml:space="preserve"> </w:t>
      </w:r>
      <w:r w:rsidRPr="00ED7B0E">
        <w:rPr>
          <w:rFonts w:cs="Times New Roman" w:hint="cs"/>
          <w:color w:val="000000" w:themeColor="text1"/>
          <w:u w:val="single"/>
          <w:rtl/>
        </w:rPr>
        <w:t>قاعدة</w:t>
      </w:r>
      <w:r w:rsidRPr="00ED7B0E">
        <w:rPr>
          <w:rFonts w:cs="Times New Roman"/>
          <w:color w:val="000000" w:themeColor="text1"/>
          <w:u w:val="single"/>
          <w:rtl/>
        </w:rPr>
        <w:t xml:space="preserve"> </w:t>
      </w:r>
      <w:r w:rsidRPr="00ED7B0E">
        <w:rPr>
          <w:rFonts w:cs="Times New Roman" w:hint="cs"/>
          <w:color w:val="000000" w:themeColor="text1"/>
          <w:u w:val="single"/>
          <w:rtl/>
        </w:rPr>
        <w:t>حظر</w:t>
      </w:r>
      <w:r w:rsidRPr="00ED7B0E">
        <w:rPr>
          <w:rFonts w:cs="Times New Roman"/>
          <w:color w:val="000000" w:themeColor="text1"/>
          <w:u w:val="single"/>
          <w:rtl/>
        </w:rPr>
        <w:t xml:space="preserve"> </w:t>
      </w:r>
      <w:r w:rsidRPr="00ED7B0E">
        <w:rPr>
          <w:rFonts w:cs="Times New Roman" w:hint="cs"/>
          <w:color w:val="000000" w:themeColor="text1"/>
          <w:u w:val="single"/>
          <w:rtl/>
        </w:rPr>
        <w:t>صريحة</w:t>
      </w:r>
      <w:r w:rsidRPr="00ED7B0E">
        <w:rPr>
          <w:rFonts w:cs="Times New Roman"/>
          <w:color w:val="000000" w:themeColor="text1"/>
          <w:u w:val="single"/>
        </w:rPr>
        <w:t xml:space="preserve"> (Explicit Block Rule) </w:t>
      </w:r>
      <w:r w:rsidRPr="00ED7B0E">
        <w:rPr>
          <w:rFonts w:cs="Times New Roman" w:hint="cs"/>
          <w:color w:val="000000" w:themeColor="text1"/>
          <w:u w:val="single"/>
          <w:rtl/>
        </w:rPr>
        <w:t>تمنع</w:t>
      </w:r>
      <w:r w:rsidRPr="00ED7B0E">
        <w:rPr>
          <w:rFonts w:cs="Times New Roman"/>
          <w:color w:val="000000" w:themeColor="text1"/>
          <w:u w:val="single"/>
          <w:rtl/>
        </w:rPr>
        <w:t xml:space="preserve"> </w:t>
      </w:r>
      <w:r w:rsidRPr="00ED7B0E">
        <w:rPr>
          <w:rFonts w:cs="Times New Roman" w:hint="cs"/>
          <w:color w:val="000000" w:themeColor="text1"/>
          <w:u w:val="single"/>
          <w:rtl/>
        </w:rPr>
        <w:t>تماماً</w:t>
      </w:r>
      <w:r w:rsidRPr="00ED7B0E">
        <w:rPr>
          <w:rFonts w:cs="Times New Roman"/>
          <w:color w:val="000000" w:themeColor="text1"/>
          <w:u w:val="single"/>
          <w:rtl/>
        </w:rPr>
        <w:t xml:space="preserve"> </w:t>
      </w:r>
      <w:r w:rsidRPr="00ED7B0E">
        <w:rPr>
          <w:rFonts w:cs="Times New Roman" w:hint="cs"/>
          <w:color w:val="000000" w:themeColor="text1"/>
          <w:u w:val="single"/>
          <w:rtl/>
        </w:rPr>
        <w:t>أي</w:t>
      </w:r>
      <w:r w:rsidRPr="00ED7B0E">
        <w:rPr>
          <w:rFonts w:cs="Times New Roman"/>
          <w:color w:val="000000" w:themeColor="text1"/>
          <w:u w:val="single"/>
          <w:rtl/>
        </w:rPr>
        <w:t xml:space="preserve"> </w:t>
      </w:r>
      <w:r w:rsidRPr="00ED7B0E">
        <w:rPr>
          <w:rFonts w:cs="Times New Roman" w:hint="cs"/>
          <w:color w:val="000000" w:themeColor="text1"/>
          <w:u w:val="single"/>
          <w:rtl/>
        </w:rPr>
        <w:t>اتصال</w:t>
      </w:r>
      <w:r w:rsidRPr="00ED7B0E">
        <w:rPr>
          <w:rFonts w:cs="Times New Roman"/>
          <w:color w:val="000000" w:themeColor="text1"/>
          <w:u w:val="single"/>
          <w:rtl/>
        </w:rPr>
        <w:t xml:space="preserve"> </w:t>
      </w:r>
      <w:r w:rsidRPr="00ED7B0E">
        <w:rPr>
          <w:rFonts w:cs="Times New Roman" w:hint="cs"/>
          <w:color w:val="000000" w:themeColor="text1"/>
          <w:u w:val="single"/>
          <w:rtl/>
        </w:rPr>
        <w:t>من</w:t>
      </w:r>
      <w:r w:rsidRPr="00ED7B0E">
        <w:rPr>
          <w:rFonts w:cs="Times New Roman"/>
          <w:color w:val="000000" w:themeColor="text1"/>
          <w:u w:val="single"/>
          <w:rtl/>
        </w:rPr>
        <w:t xml:space="preserve"> </w:t>
      </w:r>
      <w:r w:rsidRPr="00ED7B0E">
        <w:rPr>
          <w:rFonts w:cs="Times New Roman" w:hint="cs"/>
          <w:color w:val="000000" w:themeColor="text1"/>
          <w:u w:val="single"/>
          <w:rtl/>
        </w:rPr>
        <w:t>شبكة</w:t>
      </w:r>
      <w:r w:rsidRPr="00ED7B0E">
        <w:rPr>
          <w:rFonts w:cs="Times New Roman"/>
          <w:color w:val="000000" w:themeColor="text1"/>
          <w:u w:val="single"/>
          <w:rtl/>
        </w:rPr>
        <w:t xml:space="preserve"> </w:t>
      </w:r>
      <w:r w:rsidRPr="00ED7B0E">
        <w:rPr>
          <w:rFonts w:cs="Times New Roman" w:hint="cs"/>
          <w:color w:val="000000" w:themeColor="text1"/>
          <w:u w:val="single"/>
          <w:rtl/>
        </w:rPr>
        <w:t>الـ</w:t>
      </w:r>
      <w:r w:rsidRPr="00ED7B0E">
        <w:rPr>
          <w:rFonts w:cs="Times New Roman"/>
          <w:color w:val="000000" w:themeColor="text1"/>
          <w:u w:val="single"/>
        </w:rPr>
        <w:t xml:space="preserve"> DMZ </w:t>
      </w:r>
      <w:r w:rsidRPr="00ED7B0E">
        <w:rPr>
          <w:rFonts w:cs="Times New Roman" w:hint="cs"/>
          <w:color w:val="000000" w:themeColor="text1"/>
          <w:u w:val="single"/>
          <w:rtl/>
        </w:rPr>
        <w:t>إلى</w:t>
      </w:r>
      <w:r w:rsidRPr="00ED7B0E">
        <w:rPr>
          <w:rFonts w:cs="Times New Roman"/>
          <w:color w:val="000000" w:themeColor="text1"/>
          <w:u w:val="single"/>
          <w:rtl/>
        </w:rPr>
        <w:t xml:space="preserve"> </w:t>
      </w:r>
      <w:r w:rsidRPr="00ED7B0E">
        <w:rPr>
          <w:rFonts w:cs="Times New Roman" w:hint="cs"/>
          <w:color w:val="000000" w:themeColor="text1"/>
          <w:u w:val="single"/>
          <w:rtl/>
        </w:rPr>
        <w:t>شبكة</w:t>
      </w:r>
      <w:r w:rsidRPr="00ED7B0E">
        <w:rPr>
          <w:rFonts w:cs="Times New Roman"/>
          <w:color w:val="000000" w:themeColor="text1"/>
          <w:u w:val="single"/>
          <w:rtl/>
        </w:rPr>
        <w:t xml:space="preserve"> </w:t>
      </w:r>
      <w:r w:rsidRPr="00ED7B0E">
        <w:rPr>
          <w:rFonts w:cs="Times New Roman" w:hint="cs"/>
          <w:color w:val="000000" w:themeColor="text1"/>
          <w:u w:val="single"/>
          <w:rtl/>
        </w:rPr>
        <w:t>الموظفين</w:t>
      </w:r>
      <w:r w:rsidRPr="00ED7B0E">
        <w:rPr>
          <w:rFonts w:cs="Times New Roman"/>
          <w:color w:val="000000" w:themeColor="text1"/>
          <w:u w:val="single"/>
          <w:rtl/>
        </w:rPr>
        <w:t xml:space="preserve"> </w:t>
      </w:r>
      <w:r w:rsidRPr="00ED7B0E">
        <w:rPr>
          <w:rFonts w:cs="Times New Roman" w:hint="cs"/>
          <w:color w:val="000000" w:themeColor="text1"/>
          <w:u w:val="single"/>
          <w:rtl/>
        </w:rPr>
        <w:t>الداخلية</w:t>
      </w:r>
      <w:r w:rsidRPr="00ED7B0E">
        <w:rPr>
          <w:rFonts w:cs="Times New Roman"/>
          <w:color w:val="000000" w:themeColor="text1"/>
          <w:u w:val="single"/>
        </w:rPr>
        <w:t xml:space="preserve"> (LAN). </w:t>
      </w:r>
      <w:r w:rsidRPr="00ED7B0E">
        <w:rPr>
          <w:rFonts w:cs="Times New Roman" w:hint="cs"/>
          <w:color w:val="000000" w:themeColor="text1"/>
          <w:u w:val="single"/>
          <w:rtl/>
        </w:rPr>
        <w:t>ثانياً</w:t>
      </w:r>
      <w:r w:rsidRPr="00ED7B0E">
        <w:rPr>
          <w:rFonts w:cs="Times New Roman"/>
          <w:color w:val="000000" w:themeColor="text1"/>
          <w:u w:val="single"/>
          <w:rtl/>
        </w:rPr>
        <w:t xml:space="preserve">، </w:t>
      </w:r>
      <w:r w:rsidRPr="00ED7B0E">
        <w:rPr>
          <w:rFonts w:cs="Times New Roman" w:hint="cs"/>
          <w:color w:val="000000" w:themeColor="text1"/>
          <w:u w:val="single"/>
          <w:rtl/>
        </w:rPr>
        <w:t>تم</w:t>
      </w:r>
      <w:r w:rsidRPr="00ED7B0E">
        <w:rPr>
          <w:rFonts w:cs="Times New Roman"/>
          <w:color w:val="000000" w:themeColor="text1"/>
          <w:u w:val="single"/>
          <w:rtl/>
        </w:rPr>
        <w:t xml:space="preserve"> </w:t>
      </w:r>
      <w:r w:rsidRPr="00ED7B0E">
        <w:rPr>
          <w:rFonts w:cs="Times New Roman" w:hint="cs"/>
          <w:color w:val="000000" w:themeColor="text1"/>
          <w:u w:val="single"/>
          <w:rtl/>
        </w:rPr>
        <w:t>إعداد</w:t>
      </w:r>
      <w:r w:rsidRPr="00ED7B0E">
        <w:rPr>
          <w:rFonts w:cs="Times New Roman"/>
          <w:color w:val="000000" w:themeColor="text1"/>
          <w:u w:val="single"/>
          <w:rtl/>
        </w:rPr>
        <w:t xml:space="preserve"> </w:t>
      </w:r>
      <w:r w:rsidRPr="00ED7B0E">
        <w:rPr>
          <w:rFonts w:cs="Times New Roman" w:hint="cs"/>
          <w:color w:val="000000" w:themeColor="text1"/>
          <w:u w:val="single"/>
          <w:rtl/>
        </w:rPr>
        <w:t>توجيه</w:t>
      </w:r>
      <w:r w:rsidRPr="00ED7B0E">
        <w:rPr>
          <w:rFonts w:cs="Times New Roman"/>
          <w:color w:val="000000" w:themeColor="text1"/>
          <w:u w:val="single"/>
          <w:rtl/>
        </w:rPr>
        <w:t xml:space="preserve"> </w:t>
      </w:r>
      <w:r w:rsidRPr="00ED7B0E">
        <w:rPr>
          <w:rFonts w:cs="Times New Roman" w:hint="cs"/>
          <w:color w:val="000000" w:themeColor="text1"/>
          <w:u w:val="single"/>
          <w:rtl/>
        </w:rPr>
        <w:t>المنافذ</w:t>
      </w:r>
      <w:r w:rsidRPr="00ED7B0E">
        <w:rPr>
          <w:rFonts w:cs="Times New Roman"/>
          <w:color w:val="000000" w:themeColor="text1"/>
          <w:u w:val="single"/>
        </w:rPr>
        <w:t xml:space="preserve"> (Port Forwarding) </w:t>
      </w:r>
      <w:r w:rsidRPr="00ED7B0E">
        <w:rPr>
          <w:rFonts w:cs="Times New Roman" w:hint="cs"/>
          <w:color w:val="000000" w:themeColor="text1"/>
          <w:u w:val="single"/>
          <w:rtl/>
        </w:rPr>
        <w:t>لتوجيه</w:t>
      </w:r>
      <w:r w:rsidRPr="00ED7B0E">
        <w:rPr>
          <w:rFonts w:cs="Times New Roman"/>
          <w:color w:val="000000" w:themeColor="text1"/>
          <w:u w:val="single"/>
          <w:rtl/>
        </w:rPr>
        <w:t xml:space="preserve"> </w:t>
      </w:r>
      <w:r w:rsidRPr="00ED7B0E">
        <w:rPr>
          <w:rFonts w:cs="Times New Roman" w:hint="cs"/>
          <w:color w:val="000000" w:themeColor="text1"/>
          <w:u w:val="single"/>
          <w:rtl/>
        </w:rPr>
        <w:t>حركة</w:t>
      </w:r>
      <w:r w:rsidRPr="00ED7B0E">
        <w:rPr>
          <w:rFonts w:cs="Times New Roman"/>
          <w:color w:val="000000" w:themeColor="text1"/>
          <w:u w:val="single"/>
          <w:rtl/>
        </w:rPr>
        <w:t xml:space="preserve"> </w:t>
      </w:r>
      <w:r w:rsidRPr="00ED7B0E">
        <w:rPr>
          <w:rFonts w:cs="Times New Roman" w:hint="cs"/>
          <w:color w:val="000000" w:themeColor="text1"/>
          <w:u w:val="single"/>
          <w:rtl/>
        </w:rPr>
        <w:t>مرور</w:t>
      </w:r>
      <w:r w:rsidRPr="00ED7B0E">
        <w:rPr>
          <w:rFonts w:cs="Times New Roman"/>
          <w:color w:val="000000" w:themeColor="text1"/>
          <w:u w:val="single"/>
          <w:rtl/>
        </w:rPr>
        <w:t xml:space="preserve"> </w:t>
      </w:r>
      <w:r w:rsidRPr="00ED7B0E">
        <w:rPr>
          <w:rFonts w:cs="Times New Roman" w:hint="cs"/>
          <w:color w:val="000000" w:themeColor="text1"/>
          <w:u w:val="single"/>
          <w:rtl/>
        </w:rPr>
        <w:t>الإنترنت</w:t>
      </w:r>
      <w:r w:rsidRPr="00ED7B0E">
        <w:rPr>
          <w:rFonts w:cs="Times New Roman"/>
          <w:color w:val="000000" w:themeColor="text1"/>
          <w:u w:val="single"/>
          <w:rtl/>
        </w:rPr>
        <w:t xml:space="preserve"> </w:t>
      </w:r>
      <w:r w:rsidRPr="00ED7B0E">
        <w:rPr>
          <w:rFonts w:cs="Times New Roman" w:hint="cs"/>
          <w:color w:val="000000" w:themeColor="text1"/>
          <w:u w:val="single"/>
          <w:rtl/>
        </w:rPr>
        <w:t>القادمة</w:t>
      </w:r>
      <w:r w:rsidRPr="00ED7B0E">
        <w:rPr>
          <w:rFonts w:cs="Times New Roman"/>
          <w:color w:val="000000" w:themeColor="text1"/>
          <w:u w:val="single"/>
          <w:rtl/>
        </w:rPr>
        <w:t xml:space="preserve"> </w:t>
      </w:r>
      <w:r w:rsidRPr="00ED7B0E">
        <w:rPr>
          <w:rFonts w:cs="Times New Roman" w:hint="cs"/>
          <w:color w:val="000000" w:themeColor="text1"/>
          <w:u w:val="single"/>
          <w:rtl/>
        </w:rPr>
        <w:t>من</w:t>
      </w:r>
      <w:r w:rsidRPr="00ED7B0E">
        <w:rPr>
          <w:rFonts w:cs="Times New Roman"/>
          <w:color w:val="000000" w:themeColor="text1"/>
          <w:u w:val="single"/>
          <w:rtl/>
        </w:rPr>
        <w:t xml:space="preserve"> </w:t>
      </w:r>
      <w:r w:rsidRPr="00ED7B0E">
        <w:rPr>
          <w:rFonts w:cs="Times New Roman" w:hint="cs"/>
          <w:color w:val="000000" w:themeColor="text1"/>
          <w:u w:val="single"/>
          <w:rtl/>
        </w:rPr>
        <w:t>المنفذ</w:t>
      </w:r>
      <w:r w:rsidRPr="00ED7B0E">
        <w:rPr>
          <w:rFonts w:cs="Times New Roman"/>
          <w:color w:val="000000" w:themeColor="text1"/>
          <w:u w:val="single"/>
          <w:rtl/>
        </w:rPr>
        <w:t xml:space="preserve"> 80 </w:t>
      </w:r>
      <w:r w:rsidRPr="00ED7B0E">
        <w:rPr>
          <w:rFonts w:cs="Times New Roman" w:hint="cs"/>
          <w:color w:val="000000" w:themeColor="text1"/>
          <w:u w:val="single"/>
          <w:rtl/>
        </w:rPr>
        <w:t>إلى</w:t>
      </w:r>
      <w:r w:rsidRPr="00ED7B0E">
        <w:rPr>
          <w:rFonts w:cs="Times New Roman"/>
          <w:color w:val="000000" w:themeColor="text1"/>
          <w:u w:val="single"/>
          <w:rtl/>
        </w:rPr>
        <w:t xml:space="preserve"> </w:t>
      </w:r>
      <w:r w:rsidRPr="00ED7B0E">
        <w:rPr>
          <w:rFonts w:cs="Times New Roman" w:hint="cs"/>
          <w:color w:val="000000" w:themeColor="text1"/>
          <w:u w:val="single"/>
          <w:rtl/>
        </w:rPr>
        <w:t>خادم</w:t>
      </w:r>
      <w:r w:rsidRPr="00ED7B0E">
        <w:rPr>
          <w:rFonts w:cs="Times New Roman"/>
          <w:color w:val="000000" w:themeColor="text1"/>
          <w:u w:val="single"/>
          <w:rtl/>
        </w:rPr>
        <w:t xml:space="preserve"> </w:t>
      </w:r>
      <w:r w:rsidRPr="00ED7B0E">
        <w:rPr>
          <w:rFonts w:cs="Times New Roman" w:hint="cs"/>
          <w:color w:val="000000" w:themeColor="text1"/>
          <w:u w:val="single"/>
          <w:rtl/>
        </w:rPr>
        <w:t>الويب</w:t>
      </w:r>
      <w:r w:rsidRPr="00ED7B0E">
        <w:rPr>
          <w:rFonts w:cs="Times New Roman"/>
          <w:color w:val="000000" w:themeColor="text1"/>
          <w:u w:val="single"/>
          <w:rtl/>
        </w:rPr>
        <w:t xml:space="preserve"> </w:t>
      </w:r>
      <w:r w:rsidRPr="00ED7B0E">
        <w:rPr>
          <w:rFonts w:cs="Times New Roman" w:hint="cs"/>
          <w:color w:val="000000" w:themeColor="text1"/>
          <w:u w:val="single"/>
          <w:rtl/>
        </w:rPr>
        <w:t>في</w:t>
      </w:r>
      <w:r w:rsidRPr="00ED7B0E">
        <w:rPr>
          <w:rFonts w:cs="Times New Roman"/>
          <w:color w:val="000000" w:themeColor="text1"/>
          <w:u w:val="single"/>
          <w:rtl/>
        </w:rPr>
        <w:t xml:space="preserve"> </w:t>
      </w:r>
      <w:r w:rsidRPr="00ED7B0E">
        <w:rPr>
          <w:rFonts w:cs="Times New Roman" w:hint="cs"/>
          <w:color w:val="000000" w:themeColor="text1"/>
          <w:u w:val="single"/>
          <w:rtl/>
        </w:rPr>
        <w:t>الـ</w:t>
      </w:r>
      <w:r w:rsidRPr="00ED7B0E">
        <w:rPr>
          <w:rFonts w:cs="Times New Roman"/>
          <w:color w:val="000000" w:themeColor="text1"/>
          <w:u w:val="single"/>
        </w:rPr>
        <w:t xml:space="preserve"> DMZ (192.168.40.10) </w:t>
      </w:r>
      <w:r w:rsidRPr="00ED7B0E">
        <w:rPr>
          <w:rFonts w:cs="Times New Roman" w:hint="cs"/>
          <w:color w:val="000000" w:themeColor="text1"/>
          <w:u w:val="single"/>
          <w:rtl/>
        </w:rPr>
        <w:t>فقط</w:t>
      </w:r>
      <w:r w:rsidRPr="00ED7B0E">
        <w:rPr>
          <w:rFonts w:cs="Times New Roman"/>
          <w:color w:val="000000" w:themeColor="text1"/>
          <w:u w:val="single"/>
          <w:rtl/>
        </w:rPr>
        <w:t xml:space="preserve">. </w:t>
      </w:r>
      <w:r w:rsidRPr="00ED7B0E">
        <w:rPr>
          <w:rFonts w:cs="Times New Roman" w:hint="cs"/>
          <w:color w:val="000000" w:themeColor="text1"/>
          <w:u w:val="single"/>
          <w:rtl/>
        </w:rPr>
        <w:t>هذا</w:t>
      </w:r>
      <w:r w:rsidRPr="00ED7B0E">
        <w:rPr>
          <w:rFonts w:cs="Times New Roman"/>
          <w:color w:val="000000" w:themeColor="text1"/>
          <w:u w:val="single"/>
          <w:rtl/>
        </w:rPr>
        <w:t xml:space="preserve"> </w:t>
      </w:r>
      <w:r w:rsidRPr="00ED7B0E">
        <w:rPr>
          <w:rFonts w:cs="Times New Roman" w:hint="cs"/>
          <w:color w:val="000000" w:themeColor="text1"/>
          <w:u w:val="single"/>
          <w:rtl/>
        </w:rPr>
        <w:t>الإجراء</w:t>
      </w:r>
      <w:r w:rsidRPr="00ED7B0E">
        <w:rPr>
          <w:rFonts w:cs="Times New Roman"/>
          <w:color w:val="000000" w:themeColor="text1"/>
          <w:u w:val="single"/>
          <w:rtl/>
        </w:rPr>
        <w:t xml:space="preserve"> </w:t>
      </w:r>
      <w:r w:rsidRPr="00ED7B0E">
        <w:rPr>
          <w:rFonts w:cs="Times New Roman" w:hint="cs"/>
          <w:color w:val="000000" w:themeColor="text1"/>
          <w:u w:val="single"/>
          <w:rtl/>
        </w:rPr>
        <w:t>المعماري</w:t>
      </w:r>
      <w:r w:rsidRPr="00ED7B0E">
        <w:rPr>
          <w:rFonts w:cs="Times New Roman"/>
          <w:color w:val="000000" w:themeColor="text1"/>
          <w:u w:val="single"/>
          <w:rtl/>
        </w:rPr>
        <w:t xml:space="preserve"> </w:t>
      </w:r>
      <w:r w:rsidRPr="00ED7B0E">
        <w:rPr>
          <w:rFonts w:cs="Times New Roman" w:hint="cs"/>
          <w:color w:val="000000" w:themeColor="text1"/>
          <w:u w:val="single"/>
          <w:rtl/>
        </w:rPr>
        <w:t>يضمن</w:t>
      </w:r>
      <w:r w:rsidRPr="00ED7B0E">
        <w:rPr>
          <w:rFonts w:cs="Times New Roman"/>
          <w:color w:val="000000" w:themeColor="text1"/>
          <w:u w:val="single"/>
          <w:rtl/>
        </w:rPr>
        <w:t xml:space="preserve"> </w:t>
      </w:r>
      <w:r w:rsidRPr="00ED7B0E">
        <w:rPr>
          <w:rFonts w:cs="Times New Roman" w:hint="cs"/>
          <w:color w:val="000000" w:themeColor="text1"/>
          <w:u w:val="single"/>
          <w:rtl/>
        </w:rPr>
        <w:t>أنه</w:t>
      </w:r>
      <w:r w:rsidRPr="00ED7B0E">
        <w:rPr>
          <w:rFonts w:cs="Times New Roman"/>
          <w:color w:val="000000" w:themeColor="text1"/>
          <w:u w:val="single"/>
          <w:rtl/>
        </w:rPr>
        <w:t xml:space="preserve"> </w:t>
      </w:r>
      <w:r w:rsidRPr="00ED7B0E">
        <w:rPr>
          <w:rFonts w:cs="Times New Roman" w:hint="cs"/>
          <w:color w:val="000000" w:themeColor="text1"/>
          <w:u w:val="single"/>
          <w:rtl/>
        </w:rPr>
        <w:t>في</w:t>
      </w:r>
      <w:r w:rsidRPr="00ED7B0E">
        <w:rPr>
          <w:rFonts w:cs="Times New Roman"/>
          <w:color w:val="000000" w:themeColor="text1"/>
          <w:u w:val="single"/>
          <w:rtl/>
        </w:rPr>
        <w:t xml:space="preserve"> </w:t>
      </w:r>
      <w:r w:rsidRPr="00ED7B0E">
        <w:rPr>
          <w:rFonts w:cs="Times New Roman" w:hint="cs"/>
          <w:color w:val="000000" w:themeColor="text1"/>
          <w:u w:val="single"/>
          <w:rtl/>
        </w:rPr>
        <w:t>حال</w:t>
      </w:r>
      <w:r w:rsidRPr="00ED7B0E">
        <w:rPr>
          <w:rFonts w:cs="Times New Roman"/>
          <w:color w:val="000000" w:themeColor="text1"/>
          <w:u w:val="single"/>
          <w:rtl/>
        </w:rPr>
        <w:t xml:space="preserve"> </w:t>
      </w:r>
      <w:r w:rsidRPr="00ED7B0E">
        <w:rPr>
          <w:rFonts w:cs="Times New Roman" w:hint="cs"/>
          <w:color w:val="000000" w:themeColor="text1"/>
          <w:u w:val="single"/>
          <w:rtl/>
        </w:rPr>
        <w:t>تم</w:t>
      </w:r>
      <w:r w:rsidRPr="00ED7B0E">
        <w:rPr>
          <w:rFonts w:cs="Times New Roman"/>
          <w:color w:val="000000" w:themeColor="text1"/>
          <w:u w:val="single"/>
          <w:rtl/>
        </w:rPr>
        <w:t xml:space="preserve"> </w:t>
      </w:r>
      <w:r w:rsidRPr="00ED7B0E">
        <w:rPr>
          <w:rFonts w:cs="Times New Roman" w:hint="cs"/>
          <w:color w:val="000000" w:themeColor="text1"/>
          <w:u w:val="single"/>
          <w:rtl/>
        </w:rPr>
        <w:t>اختراق</w:t>
      </w:r>
      <w:r w:rsidRPr="00ED7B0E">
        <w:rPr>
          <w:rFonts w:cs="Times New Roman"/>
          <w:color w:val="000000" w:themeColor="text1"/>
          <w:u w:val="single"/>
          <w:rtl/>
        </w:rPr>
        <w:t xml:space="preserve"> </w:t>
      </w:r>
      <w:r w:rsidRPr="00ED7B0E">
        <w:rPr>
          <w:rFonts w:cs="Times New Roman" w:hint="cs"/>
          <w:color w:val="000000" w:themeColor="text1"/>
          <w:u w:val="single"/>
          <w:rtl/>
        </w:rPr>
        <w:t>خادم</w:t>
      </w:r>
      <w:r w:rsidRPr="00ED7B0E">
        <w:rPr>
          <w:rFonts w:cs="Times New Roman"/>
          <w:color w:val="000000" w:themeColor="text1"/>
          <w:u w:val="single"/>
          <w:rtl/>
        </w:rPr>
        <w:t xml:space="preserve"> </w:t>
      </w:r>
      <w:r w:rsidRPr="00ED7B0E">
        <w:rPr>
          <w:rFonts w:cs="Times New Roman" w:hint="cs"/>
          <w:color w:val="000000" w:themeColor="text1"/>
          <w:u w:val="single"/>
          <w:rtl/>
        </w:rPr>
        <w:t>الويب</w:t>
      </w:r>
      <w:r w:rsidRPr="00ED7B0E">
        <w:rPr>
          <w:rFonts w:cs="Times New Roman"/>
          <w:color w:val="000000" w:themeColor="text1"/>
          <w:u w:val="single"/>
          <w:rtl/>
        </w:rPr>
        <w:t xml:space="preserve"> </w:t>
      </w:r>
      <w:r w:rsidRPr="00ED7B0E">
        <w:rPr>
          <w:rFonts w:cs="Times New Roman" w:hint="cs"/>
          <w:color w:val="000000" w:themeColor="text1"/>
          <w:u w:val="single"/>
          <w:rtl/>
        </w:rPr>
        <w:t>العام</w:t>
      </w:r>
      <w:r w:rsidRPr="00ED7B0E">
        <w:rPr>
          <w:rFonts w:cs="Times New Roman"/>
          <w:color w:val="000000" w:themeColor="text1"/>
          <w:u w:val="single"/>
          <w:rtl/>
        </w:rPr>
        <w:t xml:space="preserve">، </w:t>
      </w:r>
      <w:r w:rsidRPr="00ED7B0E">
        <w:rPr>
          <w:rFonts w:cs="Times New Roman" w:hint="cs"/>
          <w:color w:val="000000" w:themeColor="text1"/>
          <w:u w:val="single"/>
          <w:rtl/>
        </w:rPr>
        <w:t>سيكون</w:t>
      </w:r>
      <w:r w:rsidRPr="00ED7B0E">
        <w:rPr>
          <w:rFonts w:cs="Times New Roman"/>
          <w:color w:val="000000" w:themeColor="text1"/>
          <w:u w:val="single"/>
          <w:rtl/>
        </w:rPr>
        <w:t xml:space="preserve"> </w:t>
      </w:r>
      <w:r w:rsidRPr="00ED7B0E">
        <w:rPr>
          <w:rFonts w:cs="Times New Roman" w:hint="cs"/>
          <w:color w:val="000000" w:themeColor="text1"/>
          <w:u w:val="single"/>
          <w:rtl/>
        </w:rPr>
        <w:t>المهاجم</w:t>
      </w:r>
      <w:r w:rsidRPr="00ED7B0E">
        <w:rPr>
          <w:rFonts w:cs="Times New Roman"/>
          <w:color w:val="000000" w:themeColor="text1"/>
          <w:u w:val="single"/>
          <w:rtl/>
        </w:rPr>
        <w:t xml:space="preserve"> </w:t>
      </w:r>
      <w:r w:rsidRPr="00ED7B0E">
        <w:rPr>
          <w:rFonts w:cs="Times New Roman" w:hint="cs"/>
          <w:color w:val="000000" w:themeColor="text1"/>
          <w:u w:val="single"/>
          <w:rtl/>
        </w:rPr>
        <w:t>محاصراً</w:t>
      </w:r>
      <w:r w:rsidRPr="00ED7B0E">
        <w:rPr>
          <w:rFonts w:cs="Times New Roman"/>
          <w:color w:val="000000" w:themeColor="text1"/>
          <w:u w:val="single"/>
          <w:rtl/>
        </w:rPr>
        <w:t xml:space="preserve"> </w:t>
      </w:r>
      <w:r w:rsidRPr="00ED7B0E">
        <w:rPr>
          <w:rFonts w:cs="Times New Roman" w:hint="cs"/>
          <w:color w:val="000000" w:themeColor="text1"/>
          <w:u w:val="single"/>
          <w:rtl/>
        </w:rPr>
        <w:t>داخل</w:t>
      </w:r>
      <w:r w:rsidRPr="00ED7B0E">
        <w:rPr>
          <w:rFonts w:cs="Times New Roman"/>
          <w:color w:val="000000" w:themeColor="text1"/>
          <w:u w:val="single"/>
          <w:rtl/>
        </w:rPr>
        <w:t xml:space="preserve"> </w:t>
      </w:r>
      <w:r w:rsidRPr="00ED7B0E">
        <w:rPr>
          <w:rFonts w:cs="Times New Roman" w:hint="cs"/>
          <w:color w:val="000000" w:themeColor="text1"/>
          <w:u w:val="single"/>
          <w:rtl/>
        </w:rPr>
        <w:t>الـ</w:t>
      </w:r>
      <w:r w:rsidRPr="00ED7B0E">
        <w:rPr>
          <w:rFonts w:cs="Times New Roman"/>
          <w:color w:val="000000" w:themeColor="text1"/>
          <w:u w:val="single"/>
        </w:rPr>
        <w:t xml:space="preserve"> DMZ </w:t>
      </w:r>
      <w:r w:rsidRPr="00ED7B0E">
        <w:rPr>
          <w:rFonts w:cs="Times New Roman" w:hint="cs"/>
          <w:color w:val="000000" w:themeColor="text1"/>
          <w:u w:val="single"/>
          <w:rtl/>
        </w:rPr>
        <w:t>ولن</w:t>
      </w:r>
      <w:r w:rsidRPr="00ED7B0E">
        <w:rPr>
          <w:rFonts w:cs="Times New Roman"/>
          <w:color w:val="000000" w:themeColor="text1"/>
          <w:u w:val="single"/>
          <w:rtl/>
        </w:rPr>
        <w:t xml:space="preserve"> </w:t>
      </w:r>
      <w:r w:rsidRPr="00ED7B0E">
        <w:rPr>
          <w:rFonts w:cs="Times New Roman" w:hint="cs"/>
          <w:color w:val="000000" w:themeColor="text1"/>
          <w:u w:val="single"/>
          <w:rtl/>
        </w:rPr>
        <w:t>يتمكن</w:t>
      </w:r>
      <w:r w:rsidRPr="00ED7B0E">
        <w:rPr>
          <w:rFonts w:cs="Times New Roman"/>
          <w:color w:val="000000" w:themeColor="text1"/>
          <w:u w:val="single"/>
          <w:rtl/>
        </w:rPr>
        <w:t xml:space="preserve"> </w:t>
      </w:r>
      <w:r w:rsidRPr="00ED7B0E">
        <w:rPr>
          <w:rFonts w:cs="Times New Roman" w:hint="cs"/>
          <w:color w:val="000000" w:themeColor="text1"/>
          <w:u w:val="single"/>
          <w:rtl/>
        </w:rPr>
        <w:t>من</w:t>
      </w:r>
      <w:r w:rsidRPr="00ED7B0E">
        <w:rPr>
          <w:rFonts w:cs="Times New Roman"/>
          <w:color w:val="000000" w:themeColor="text1"/>
          <w:u w:val="single"/>
          <w:rtl/>
        </w:rPr>
        <w:t xml:space="preserve"> </w:t>
      </w:r>
      <w:r w:rsidRPr="00ED7B0E">
        <w:rPr>
          <w:rFonts w:cs="Times New Roman" w:hint="cs"/>
          <w:color w:val="000000" w:themeColor="text1"/>
          <w:u w:val="single"/>
          <w:rtl/>
        </w:rPr>
        <w:t>الوصول</w:t>
      </w:r>
      <w:r w:rsidRPr="00ED7B0E">
        <w:rPr>
          <w:rFonts w:cs="Times New Roman"/>
          <w:color w:val="000000" w:themeColor="text1"/>
          <w:u w:val="single"/>
          <w:rtl/>
        </w:rPr>
        <w:t xml:space="preserve"> </w:t>
      </w:r>
      <w:r w:rsidRPr="00ED7B0E">
        <w:rPr>
          <w:rFonts w:cs="Times New Roman" w:hint="cs"/>
          <w:color w:val="000000" w:themeColor="text1"/>
          <w:u w:val="single"/>
          <w:rtl/>
        </w:rPr>
        <w:t>إلى</w:t>
      </w:r>
      <w:r w:rsidRPr="00ED7B0E">
        <w:rPr>
          <w:rFonts w:cs="Times New Roman"/>
          <w:color w:val="000000" w:themeColor="text1"/>
          <w:u w:val="single"/>
          <w:rtl/>
        </w:rPr>
        <w:t xml:space="preserve"> </w:t>
      </w:r>
      <w:r w:rsidRPr="00ED7B0E">
        <w:rPr>
          <w:rFonts w:cs="Times New Roman" w:hint="cs"/>
          <w:color w:val="000000" w:themeColor="text1"/>
          <w:u w:val="single"/>
          <w:rtl/>
        </w:rPr>
        <w:t>بيانات</w:t>
      </w:r>
      <w:r w:rsidRPr="00ED7B0E">
        <w:rPr>
          <w:rFonts w:cs="Times New Roman"/>
          <w:color w:val="000000" w:themeColor="text1"/>
          <w:u w:val="single"/>
          <w:rtl/>
        </w:rPr>
        <w:t xml:space="preserve"> </w:t>
      </w:r>
      <w:r w:rsidRPr="00ED7B0E">
        <w:rPr>
          <w:rFonts w:cs="Times New Roman" w:hint="cs"/>
          <w:color w:val="000000" w:themeColor="text1"/>
          <w:u w:val="single"/>
          <w:rtl/>
        </w:rPr>
        <w:t>الموظفين</w:t>
      </w:r>
      <w:r w:rsidRPr="00ED7B0E">
        <w:rPr>
          <w:rFonts w:cs="Times New Roman"/>
          <w:color w:val="000000" w:themeColor="text1"/>
          <w:u w:val="single"/>
          <w:rtl/>
        </w:rPr>
        <w:t xml:space="preserve"> </w:t>
      </w:r>
      <w:r w:rsidRPr="00ED7B0E">
        <w:rPr>
          <w:rFonts w:cs="Times New Roman" w:hint="cs"/>
          <w:color w:val="000000" w:themeColor="text1"/>
          <w:u w:val="single"/>
          <w:rtl/>
        </w:rPr>
        <w:t>أو</w:t>
      </w:r>
      <w:r w:rsidRPr="00ED7B0E">
        <w:rPr>
          <w:rFonts w:cs="Times New Roman"/>
          <w:color w:val="000000" w:themeColor="text1"/>
          <w:u w:val="single"/>
          <w:rtl/>
        </w:rPr>
        <w:t xml:space="preserve"> </w:t>
      </w:r>
      <w:r w:rsidRPr="00ED7B0E">
        <w:rPr>
          <w:rFonts w:cs="Times New Roman" w:hint="cs"/>
          <w:color w:val="000000" w:themeColor="text1"/>
          <w:u w:val="single"/>
          <w:rtl/>
        </w:rPr>
        <w:t>السيرفرات</w:t>
      </w:r>
      <w:r w:rsidRPr="00ED7B0E">
        <w:rPr>
          <w:rFonts w:cs="Times New Roman"/>
          <w:color w:val="000000" w:themeColor="text1"/>
          <w:u w:val="single"/>
          <w:rtl/>
        </w:rPr>
        <w:t xml:space="preserve"> </w:t>
      </w:r>
      <w:r w:rsidRPr="00ED7B0E">
        <w:rPr>
          <w:rFonts w:cs="Times New Roman" w:hint="cs"/>
          <w:color w:val="000000" w:themeColor="text1"/>
          <w:u w:val="single"/>
          <w:rtl/>
        </w:rPr>
        <w:t>الداخلية</w:t>
      </w:r>
      <w:r w:rsidRPr="00ED7B0E">
        <w:rPr>
          <w:rFonts w:cs="Times New Roman"/>
          <w:color w:val="000000" w:themeColor="text1"/>
          <w:u w:val="single"/>
        </w:rPr>
        <w:t>."</w:t>
      </w:r>
    </w:p>
    <w:p w:rsidR="00ED7B0E" w:rsidRPr="00ED7B0E" w:rsidRDefault="00ED7B0E" w:rsidP="00ED7B0E">
      <w:pPr>
        <w:tabs>
          <w:tab w:val="left" w:pos="7020"/>
        </w:tabs>
        <w:rPr>
          <w:rFonts w:cs="Times New Roman"/>
          <w:color w:val="000000" w:themeColor="text1"/>
          <w:u w:val="single"/>
        </w:rPr>
      </w:pPr>
      <w:r w:rsidRPr="00ED7B0E">
        <w:rPr>
          <w:rFonts w:cs="Times New Roman"/>
          <w:color w:val="000000" w:themeColor="text1"/>
          <w:u w:val="single"/>
        </w:rPr>
        <w:t xml:space="preserve">Technical Description (English): "Due to the client's requirement to host a web server internally, a Demilitarized Zone (DMZ) was designed on </w:t>
      </w:r>
      <w:proofErr w:type="spellStart"/>
      <w:r w:rsidRPr="00ED7B0E">
        <w:rPr>
          <w:rFonts w:cs="Times New Roman"/>
          <w:color w:val="000000" w:themeColor="text1"/>
          <w:u w:val="single"/>
        </w:rPr>
        <w:t>pfSense</w:t>
      </w:r>
      <w:proofErr w:type="spellEnd"/>
      <w:r w:rsidRPr="00ED7B0E">
        <w:rPr>
          <w:rFonts w:cs="Times New Roman"/>
          <w:color w:val="000000" w:themeColor="text1"/>
          <w:u w:val="single"/>
        </w:rPr>
        <w:t>. Strict security rules were applied: First, an Explicit Block Rule was created to completely deny any traffic from the DMZ network to the internal employee network (LAN). Second, Port Forwarding was configured to route incoming internet traffic on port 80 exclusively to the web server in the DMZ (192.168.40.10). This architectural measure ensures that if the public web server is compromised, the attacker will be trapped within the DMZ and unable to reach internal employee data or servers."</w:t>
      </w:r>
    </w:p>
    <w:p w:rsidR="00ED7B0E" w:rsidRDefault="00DB18E8" w:rsidP="00AF7EBF">
      <w:pPr>
        <w:tabs>
          <w:tab w:val="left" w:pos="7020"/>
        </w:tabs>
        <w:rPr>
          <w:rFonts w:cs="Times New Roman"/>
          <w:color w:val="000000" w:themeColor="text1"/>
          <w:u w:val="single"/>
        </w:rPr>
      </w:pPr>
      <w:r>
        <w:rPr>
          <w:rFonts w:cs="Times New Roman"/>
          <w:noProof/>
          <w:color w:val="000000" w:themeColor="text1"/>
          <w:u w:val="single"/>
          <w:rtl/>
          <w:lang w:val="ar-SA"/>
        </w:rPr>
        <w:lastRenderedPageBreak/>
        <w:drawing>
          <wp:inline distT="0" distB="0" distL="0" distR="0">
            <wp:extent cx="5943600" cy="266446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قاعدة الـ Block الصريحة من DMZ إلى LAN.png"/>
                    <pic:cNvPicPr/>
                  </pic:nvPicPr>
                  <pic:blipFill>
                    <a:blip r:embed="rId77">
                      <a:extLst>
                        <a:ext uri="{28A0092B-C50C-407E-A947-70E740481C1C}">
                          <a14:useLocalDpi xmlns:a14="http://schemas.microsoft.com/office/drawing/2010/main" val="0"/>
                        </a:ext>
                      </a:extLst>
                    </a:blip>
                    <a:stretch>
                      <a:fillRect/>
                    </a:stretch>
                  </pic:blipFill>
                  <pic:spPr>
                    <a:xfrm>
                      <a:off x="0" y="0"/>
                      <a:ext cx="5943600" cy="2664460"/>
                    </a:xfrm>
                    <a:prstGeom prst="rect">
                      <a:avLst/>
                    </a:prstGeom>
                  </pic:spPr>
                </pic:pic>
              </a:graphicData>
            </a:graphic>
          </wp:inline>
        </w:drawing>
      </w:r>
    </w:p>
    <w:p w:rsidR="00DB18E8" w:rsidRDefault="00DB08C8" w:rsidP="00AF7EBF">
      <w:pPr>
        <w:tabs>
          <w:tab w:val="left" w:pos="7020"/>
        </w:tabs>
        <w:rPr>
          <w:rFonts w:cs="Times New Roman"/>
          <w:color w:val="000000" w:themeColor="text1"/>
          <w:u w:val="single"/>
        </w:rPr>
      </w:pPr>
      <w:r>
        <w:rPr>
          <w:rFonts w:cs="Times New Roman"/>
          <w:noProof/>
          <w:color w:val="000000" w:themeColor="text1"/>
          <w:u w:val="single"/>
          <w:rtl/>
          <w:lang w:val="ar-SA"/>
        </w:rPr>
        <w:drawing>
          <wp:inline distT="0" distB="0" distL="0" distR="0">
            <wp:extent cx="5943600" cy="280924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إعدادات الـ Port Forwarding التي وجهت الإنترنت إلى خادم الـ DMZ..png"/>
                    <pic:cNvPicPr/>
                  </pic:nvPicPr>
                  <pic:blipFill>
                    <a:blip r:embed="rId78">
                      <a:extLst>
                        <a:ext uri="{28A0092B-C50C-407E-A947-70E740481C1C}">
                          <a14:useLocalDpi xmlns:a14="http://schemas.microsoft.com/office/drawing/2010/main" val="0"/>
                        </a:ext>
                      </a:extLst>
                    </a:blip>
                    <a:stretch>
                      <a:fillRect/>
                    </a:stretch>
                  </pic:blipFill>
                  <pic:spPr>
                    <a:xfrm>
                      <a:off x="0" y="0"/>
                      <a:ext cx="5943600" cy="2809240"/>
                    </a:xfrm>
                    <a:prstGeom prst="rect">
                      <a:avLst/>
                    </a:prstGeom>
                  </pic:spPr>
                </pic:pic>
              </a:graphicData>
            </a:graphic>
          </wp:inline>
        </w:drawing>
      </w:r>
    </w:p>
    <w:p w:rsidR="00DB08C8" w:rsidRDefault="009932B4" w:rsidP="00AF7EBF">
      <w:pPr>
        <w:pBdr>
          <w:bottom w:val="single" w:sz="6" w:space="1" w:color="auto"/>
        </w:pBdr>
        <w:tabs>
          <w:tab w:val="left" w:pos="7020"/>
        </w:tabs>
        <w:rPr>
          <w:rFonts w:cs="Times New Roman"/>
          <w:color w:val="000000" w:themeColor="text1"/>
          <w:u w:val="single"/>
        </w:rPr>
      </w:pPr>
      <w:r>
        <w:rPr>
          <w:rFonts w:cs="Times New Roman"/>
          <w:noProof/>
          <w:color w:val="000000" w:themeColor="text1"/>
          <w:u w:val="single"/>
          <w:rtl/>
          <w:lang w:val="ar-SA"/>
        </w:rPr>
        <w:lastRenderedPageBreak/>
        <w:drawing>
          <wp:inline distT="0" distB="0" distL="0" distR="0">
            <wp:extent cx="5943600" cy="283337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قواعد تبويب DMZ_VLAN مرتبة كالتالي(1. Block to LAN, 2. Pass to Any).png"/>
                    <pic:cNvPicPr/>
                  </pic:nvPicPr>
                  <pic:blipFill>
                    <a:blip r:embed="rId79">
                      <a:extLst>
                        <a:ext uri="{28A0092B-C50C-407E-A947-70E740481C1C}">
                          <a14:useLocalDpi xmlns:a14="http://schemas.microsoft.com/office/drawing/2010/main" val="0"/>
                        </a:ext>
                      </a:extLst>
                    </a:blip>
                    <a:stretch>
                      <a:fillRect/>
                    </a:stretch>
                  </pic:blipFill>
                  <pic:spPr>
                    <a:xfrm>
                      <a:off x="0" y="0"/>
                      <a:ext cx="5943600" cy="2833370"/>
                    </a:xfrm>
                    <a:prstGeom prst="rect">
                      <a:avLst/>
                    </a:prstGeom>
                  </pic:spPr>
                </pic:pic>
              </a:graphicData>
            </a:graphic>
          </wp:inline>
        </w:drawing>
      </w:r>
    </w:p>
    <w:p w:rsidR="00C56DE6" w:rsidRDefault="00C56DE6" w:rsidP="00AF7EBF">
      <w:pPr>
        <w:tabs>
          <w:tab w:val="left" w:pos="7020"/>
        </w:tabs>
        <w:rPr>
          <w:rFonts w:cs="Times New Roman"/>
          <w:color w:val="000000" w:themeColor="text1"/>
          <w:u w:val="single"/>
        </w:rPr>
      </w:pPr>
    </w:p>
    <w:p w:rsidR="00C56DE6" w:rsidRDefault="00C56DE6" w:rsidP="00AF7EBF">
      <w:pPr>
        <w:tabs>
          <w:tab w:val="left" w:pos="7020"/>
        </w:tabs>
        <w:rPr>
          <w:rFonts w:cs="Times New Roman"/>
          <w:color w:val="000000" w:themeColor="text1"/>
          <w:u w:val="single"/>
        </w:rPr>
      </w:pPr>
    </w:p>
    <w:p w:rsidR="00C56DE6" w:rsidRDefault="00C56DE6" w:rsidP="00AF7EBF">
      <w:pPr>
        <w:tabs>
          <w:tab w:val="left" w:pos="7020"/>
        </w:tabs>
        <w:rPr>
          <w:rFonts w:cs="Times New Roman"/>
          <w:color w:val="000000" w:themeColor="text1"/>
          <w:u w:val="single"/>
        </w:rPr>
      </w:pPr>
    </w:p>
    <w:p w:rsidR="00C56DE6" w:rsidRDefault="00C56DE6" w:rsidP="00AF7EBF">
      <w:pPr>
        <w:tabs>
          <w:tab w:val="left" w:pos="7020"/>
        </w:tabs>
        <w:rPr>
          <w:rFonts w:cs="Times New Roman"/>
          <w:color w:val="000000" w:themeColor="text1"/>
          <w:u w:val="single"/>
        </w:rPr>
      </w:pPr>
    </w:p>
    <w:p w:rsidR="00C56DE6" w:rsidRDefault="00C56DE6" w:rsidP="00AF7EBF">
      <w:pPr>
        <w:tabs>
          <w:tab w:val="left" w:pos="7020"/>
        </w:tabs>
        <w:rPr>
          <w:rFonts w:cs="Times New Roman"/>
          <w:color w:val="000000" w:themeColor="text1"/>
          <w:u w:val="single"/>
        </w:rPr>
      </w:pPr>
    </w:p>
    <w:p w:rsidR="00C56DE6" w:rsidRDefault="00C56DE6" w:rsidP="00AF7EBF">
      <w:pPr>
        <w:tabs>
          <w:tab w:val="left" w:pos="7020"/>
        </w:tabs>
        <w:rPr>
          <w:rFonts w:cs="Times New Roman"/>
          <w:color w:val="000000" w:themeColor="text1"/>
          <w:u w:val="single"/>
        </w:rPr>
      </w:pPr>
    </w:p>
    <w:p w:rsidR="00C56DE6" w:rsidRDefault="00C56DE6" w:rsidP="00AF7EBF">
      <w:pPr>
        <w:tabs>
          <w:tab w:val="left" w:pos="7020"/>
        </w:tabs>
        <w:rPr>
          <w:rFonts w:cs="Times New Roman"/>
          <w:color w:val="000000" w:themeColor="text1"/>
          <w:u w:val="single"/>
        </w:rPr>
      </w:pPr>
    </w:p>
    <w:p w:rsidR="00422F10" w:rsidRDefault="00422F10" w:rsidP="00422F10">
      <w:pPr>
        <w:tabs>
          <w:tab w:val="left" w:pos="7020"/>
        </w:tabs>
        <w:rPr>
          <w:rFonts w:cs="Times New Roman"/>
          <w:color w:val="000000" w:themeColor="text1"/>
          <w:u w:val="single"/>
          <w:rtl/>
        </w:rPr>
      </w:pPr>
      <w:r w:rsidRPr="00422F10">
        <w:rPr>
          <w:rFonts w:ascii="Segoe UI Emoji" w:hAnsi="Segoe UI Emoji" w:cs="Segoe UI Emoji"/>
          <w:color w:val="000000" w:themeColor="text1"/>
          <w:u w:val="single"/>
        </w:rPr>
        <w:t>📌</w:t>
      </w:r>
      <w:r w:rsidRPr="00422F10">
        <w:rPr>
          <w:rFonts w:cs="Times New Roman"/>
          <w:color w:val="000000" w:themeColor="text1"/>
          <w:u w:val="single"/>
        </w:rPr>
        <w:t xml:space="preserve"> </w:t>
      </w:r>
      <w:r w:rsidRPr="00422F10">
        <w:rPr>
          <w:rFonts w:cs="Times New Roman" w:hint="cs"/>
          <w:color w:val="000000" w:themeColor="text1"/>
          <w:u w:val="single"/>
          <w:rtl/>
        </w:rPr>
        <w:t>الخطوة</w:t>
      </w:r>
      <w:r w:rsidRPr="00422F10">
        <w:rPr>
          <w:rFonts w:cs="Times New Roman"/>
          <w:color w:val="000000" w:themeColor="text1"/>
          <w:u w:val="single"/>
          <w:rtl/>
        </w:rPr>
        <w:t xml:space="preserve"> </w:t>
      </w:r>
      <w:r w:rsidRPr="00422F10">
        <w:rPr>
          <w:rFonts w:cs="Times New Roman" w:hint="cs"/>
          <w:color w:val="000000" w:themeColor="text1"/>
          <w:u w:val="single"/>
          <w:rtl/>
        </w:rPr>
        <w:t>رقم</w:t>
      </w:r>
      <w:r w:rsidRPr="00422F10">
        <w:rPr>
          <w:rFonts w:cs="Times New Roman"/>
          <w:color w:val="000000" w:themeColor="text1"/>
          <w:u w:val="single"/>
          <w:rtl/>
        </w:rPr>
        <w:t xml:space="preserve"> (51): </w:t>
      </w:r>
      <w:r w:rsidRPr="00422F10">
        <w:rPr>
          <w:rFonts w:cs="Times New Roman" w:hint="cs"/>
          <w:color w:val="000000" w:themeColor="text1"/>
          <w:u w:val="single"/>
          <w:rtl/>
        </w:rPr>
        <w:t>تأمين</w:t>
      </w:r>
      <w:r w:rsidRPr="00422F10">
        <w:rPr>
          <w:rFonts w:cs="Times New Roman"/>
          <w:color w:val="000000" w:themeColor="text1"/>
          <w:u w:val="single"/>
          <w:rtl/>
        </w:rPr>
        <w:t xml:space="preserve"> </w:t>
      </w:r>
      <w:r w:rsidRPr="00422F10">
        <w:rPr>
          <w:rFonts w:cs="Times New Roman" w:hint="cs"/>
          <w:color w:val="000000" w:themeColor="text1"/>
          <w:u w:val="single"/>
          <w:rtl/>
        </w:rPr>
        <w:t>الوصول</w:t>
      </w:r>
      <w:r w:rsidRPr="00422F10">
        <w:rPr>
          <w:rFonts w:cs="Times New Roman"/>
          <w:color w:val="000000" w:themeColor="text1"/>
          <w:u w:val="single"/>
          <w:rtl/>
        </w:rPr>
        <w:t xml:space="preserve"> </w:t>
      </w:r>
      <w:r w:rsidRPr="00422F10">
        <w:rPr>
          <w:rFonts w:cs="Times New Roman" w:hint="cs"/>
          <w:color w:val="000000" w:themeColor="text1"/>
          <w:u w:val="single"/>
          <w:rtl/>
        </w:rPr>
        <w:t>عن</w:t>
      </w:r>
      <w:r w:rsidRPr="00422F10">
        <w:rPr>
          <w:rFonts w:cs="Times New Roman"/>
          <w:color w:val="000000" w:themeColor="text1"/>
          <w:u w:val="single"/>
          <w:rtl/>
        </w:rPr>
        <w:t xml:space="preserve"> </w:t>
      </w:r>
      <w:r w:rsidRPr="00422F10">
        <w:rPr>
          <w:rFonts w:cs="Times New Roman" w:hint="cs"/>
          <w:color w:val="000000" w:themeColor="text1"/>
          <w:u w:val="single"/>
          <w:rtl/>
        </w:rPr>
        <w:t>بعد</w:t>
      </w:r>
      <w:r w:rsidRPr="00422F10">
        <w:rPr>
          <w:rFonts w:cs="Times New Roman"/>
          <w:color w:val="000000" w:themeColor="text1"/>
          <w:u w:val="single"/>
          <w:rtl/>
        </w:rPr>
        <w:t xml:space="preserve"> </w:t>
      </w:r>
      <w:r w:rsidRPr="00422F10">
        <w:rPr>
          <w:rFonts w:cs="Times New Roman" w:hint="cs"/>
          <w:color w:val="000000" w:themeColor="text1"/>
          <w:u w:val="single"/>
          <w:rtl/>
        </w:rPr>
        <w:t>للموظفين</w:t>
      </w:r>
      <w:r w:rsidRPr="00422F10">
        <w:rPr>
          <w:rFonts w:cs="Times New Roman"/>
          <w:color w:val="000000" w:themeColor="text1"/>
          <w:u w:val="single"/>
        </w:rPr>
        <w:t xml:space="preserve"> </w:t>
      </w:r>
    </w:p>
    <w:p w:rsidR="00422F10" w:rsidRPr="00422F10" w:rsidRDefault="00422F10" w:rsidP="00422F10">
      <w:pPr>
        <w:tabs>
          <w:tab w:val="left" w:pos="7020"/>
        </w:tabs>
        <w:rPr>
          <w:rFonts w:cs="Times New Roman"/>
          <w:color w:val="000000" w:themeColor="text1"/>
          <w:u w:val="single"/>
        </w:rPr>
      </w:pPr>
      <w:r w:rsidRPr="00422F10">
        <w:rPr>
          <w:rFonts w:cs="Times New Roman"/>
          <w:color w:val="000000" w:themeColor="text1"/>
          <w:u w:val="single"/>
        </w:rPr>
        <w:t xml:space="preserve">(Remote Access VPN - </w:t>
      </w:r>
      <w:proofErr w:type="spellStart"/>
      <w:r w:rsidRPr="00422F10">
        <w:rPr>
          <w:rFonts w:cs="Times New Roman"/>
          <w:color w:val="000000" w:themeColor="text1"/>
          <w:u w:val="single"/>
        </w:rPr>
        <w:t>WireGuard</w:t>
      </w:r>
      <w:proofErr w:type="spellEnd"/>
      <w:r w:rsidRPr="00422F10">
        <w:rPr>
          <w:rFonts w:cs="Times New Roman"/>
          <w:color w:val="000000" w:themeColor="text1"/>
          <w:u w:val="single"/>
        </w:rPr>
        <w:t>)</w:t>
      </w:r>
    </w:p>
    <w:p w:rsidR="00422F10" w:rsidRPr="00422F10" w:rsidRDefault="00422F10" w:rsidP="00422F10">
      <w:pPr>
        <w:tabs>
          <w:tab w:val="left" w:pos="7020"/>
        </w:tabs>
        <w:rPr>
          <w:rFonts w:cs="Times New Roman"/>
          <w:color w:val="000000" w:themeColor="text1"/>
          <w:u w:val="single"/>
        </w:rPr>
      </w:pPr>
      <w:r w:rsidRPr="00422F10">
        <w:rPr>
          <w:rFonts w:cs="Times New Roman" w:hint="cs"/>
          <w:color w:val="000000" w:themeColor="text1"/>
          <w:u w:val="single"/>
          <w:rtl/>
        </w:rPr>
        <w:t>الوصف</w:t>
      </w:r>
      <w:r w:rsidRPr="00422F10">
        <w:rPr>
          <w:rFonts w:cs="Times New Roman"/>
          <w:color w:val="000000" w:themeColor="text1"/>
          <w:u w:val="single"/>
          <w:rtl/>
        </w:rPr>
        <w:t xml:space="preserve"> </w:t>
      </w:r>
      <w:r w:rsidRPr="00422F10">
        <w:rPr>
          <w:rFonts w:cs="Times New Roman" w:hint="cs"/>
          <w:color w:val="000000" w:themeColor="text1"/>
          <w:u w:val="single"/>
          <w:rtl/>
        </w:rPr>
        <w:t>الفني</w:t>
      </w:r>
      <w:r w:rsidRPr="00422F10">
        <w:rPr>
          <w:rFonts w:cs="Times New Roman"/>
          <w:color w:val="000000" w:themeColor="text1"/>
          <w:u w:val="single"/>
          <w:rtl/>
        </w:rPr>
        <w:t xml:space="preserve"> (</w:t>
      </w:r>
      <w:r w:rsidRPr="00422F10">
        <w:rPr>
          <w:rFonts w:cs="Times New Roman" w:hint="cs"/>
          <w:color w:val="000000" w:themeColor="text1"/>
          <w:u w:val="single"/>
          <w:rtl/>
        </w:rPr>
        <w:t>بالعربية</w:t>
      </w:r>
      <w:r w:rsidRPr="00422F10">
        <w:rPr>
          <w:rFonts w:cs="Times New Roman"/>
          <w:color w:val="000000" w:themeColor="text1"/>
          <w:u w:val="single"/>
          <w:rtl/>
        </w:rPr>
        <w:t>): "</w:t>
      </w:r>
      <w:r w:rsidRPr="00422F10">
        <w:rPr>
          <w:rFonts w:cs="Times New Roman" w:hint="cs"/>
          <w:color w:val="000000" w:themeColor="text1"/>
          <w:u w:val="single"/>
          <w:rtl/>
        </w:rPr>
        <w:t>لتأمين</w:t>
      </w:r>
      <w:r w:rsidRPr="00422F10">
        <w:rPr>
          <w:rFonts w:cs="Times New Roman"/>
          <w:color w:val="000000" w:themeColor="text1"/>
          <w:u w:val="single"/>
          <w:rtl/>
        </w:rPr>
        <w:t xml:space="preserve"> </w:t>
      </w:r>
      <w:r w:rsidRPr="00422F10">
        <w:rPr>
          <w:rFonts w:cs="Times New Roman" w:hint="cs"/>
          <w:color w:val="000000" w:themeColor="text1"/>
          <w:u w:val="single"/>
          <w:rtl/>
        </w:rPr>
        <w:t>عمل</w:t>
      </w:r>
      <w:r w:rsidRPr="00422F10">
        <w:rPr>
          <w:rFonts w:cs="Times New Roman"/>
          <w:color w:val="000000" w:themeColor="text1"/>
          <w:u w:val="single"/>
          <w:rtl/>
        </w:rPr>
        <w:t xml:space="preserve"> </w:t>
      </w:r>
      <w:r w:rsidRPr="00422F10">
        <w:rPr>
          <w:rFonts w:cs="Times New Roman" w:hint="cs"/>
          <w:color w:val="000000" w:themeColor="text1"/>
          <w:u w:val="single"/>
          <w:rtl/>
        </w:rPr>
        <w:t>الموظفين</w:t>
      </w:r>
      <w:r w:rsidRPr="00422F10">
        <w:rPr>
          <w:rFonts w:cs="Times New Roman"/>
          <w:color w:val="000000" w:themeColor="text1"/>
          <w:u w:val="single"/>
          <w:rtl/>
        </w:rPr>
        <w:t xml:space="preserve"> </w:t>
      </w:r>
      <w:r w:rsidRPr="00422F10">
        <w:rPr>
          <w:rFonts w:cs="Times New Roman" w:hint="cs"/>
          <w:color w:val="000000" w:themeColor="text1"/>
          <w:u w:val="single"/>
          <w:rtl/>
        </w:rPr>
        <w:t>من</w:t>
      </w:r>
      <w:r w:rsidRPr="00422F10">
        <w:rPr>
          <w:rFonts w:cs="Times New Roman"/>
          <w:color w:val="000000" w:themeColor="text1"/>
          <w:u w:val="single"/>
          <w:rtl/>
        </w:rPr>
        <w:t xml:space="preserve"> </w:t>
      </w:r>
      <w:r w:rsidRPr="00422F10">
        <w:rPr>
          <w:rFonts w:cs="Times New Roman" w:hint="cs"/>
          <w:color w:val="000000" w:themeColor="text1"/>
          <w:u w:val="single"/>
          <w:rtl/>
        </w:rPr>
        <w:t>المنزل</w:t>
      </w:r>
      <w:r w:rsidRPr="00422F10">
        <w:rPr>
          <w:rFonts w:cs="Times New Roman"/>
          <w:color w:val="000000" w:themeColor="text1"/>
          <w:u w:val="single"/>
          <w:rtl/>
        </w:rPr>
        <w:t xml:space="preserve"> </w:t>
      </w:r>
      <w:r w:rsidRPr="00422F10">
        <w:rPr>
          <w:rFonts w:cs="Times New Roman" w:hint="cs"/>
          <w:color w:val="000000" w:themeColor="text1"/>
          <w:u w:val="single"/>
          <w:rtl/>
        </w:rPr>
        <w:t>دون</w:t>
      </w:r>
      <w:r w:rsidRPr="00422F10">
        <w:rPr>
          <w:rFonts w:cs="Times New Roman"/>
          <w:color w:val="000000" w:themeColor="text1"/>
          <w:u w:val="single"/>
          <w:rtl/>
        </w:rPr>
        <w:t xml:space="preserve"> </w:t>
      </w:r>
      <w:r w:rsidRPr="00422F10">
        <w:rPr>
          <w:rFonts w:cs="Times New Roman" w:hint="cs"/>
          <w:color w:val="000000" w:themeColor="text1"/>
          <w:u w:val="single"/>
          <w:rtl/>
        </w:rPr>
        <w:t>الحاجة</w:t>
      </w:r>
      <w:r w:rsidRPr="00422F10">
        <w:rPr>
          <w:rFonts w:cs="Times New Roman"/>
          <w:color w:val="000000" w:themeColor="text1"/>
          <w:u w:val="single"/>
          <w:rtl/>
        </w:rPr>
        <w:t xml:space="preserve"> </w:t>
      </w:r>
      <w:r w:rsidRPr="00422F10">
        <w:rPr>
          <w:rFonts w:cs="Times New Roman" w:hint="cs"/>
          <w:color w:val="000000" w:themeColor="text1"/>
          <w:u w:val="single"/>
          <w:rtl/>
        </w:rPr>
        <w:t>لشراء</w:t>
      </w:r>
      <w:r w:rsidRPr="00422F10">
        <w:rPr>
          <w:rFonts w:cs="Times New Roman"/>
          <w:color w:val="000000" w:themeColor="text1"/>
          <w:u w:val="single"/>
          <w:rtl/>
        </w:rPr>
        <w:t xml:space="preserve"> </w:t>
      </w:r>
      <w:r w:rsidRPr="00422F10">
        <w:rPr>
          <w:rFonts w:cs="Times New Roman" w:hint="cs"/>
          <w:color w:val="000000" w:themeColor="text1"/>
          <w:u w:val="single"/>
          <w:rtl/>
        </w:rPr>
        <w:t>حلول</w:t>
      </w:r>
      <w:r w:rsidRPr="00422F10">
        <w:rPr>
          <w:rFonts w:cs="Times New Roman"/>
          <w:color w:val="000000" w:themeColor="text1"/>
          <w:u w:val="single"/>
        </w:rPr>
        <w:t xml:space="preserve"> VPN </w:t>
      </w:r>
      <w:r w:rsidRPr="00422F10">
        <w:rPr>
          <w:rFonts w:cs="Times New Roman" w:hint="cs"/>
          <w:color w:val="000000" w:themeColor="text1"/>
          <w:u w:val="single"/>
          <w:rtl/>
        </w:rPr>
        <w:t>مدفوعة</w:t>
      </w:r>
      <w:r w:rsidRPr="00422F10">
        <w:rPr>
          <w:rFonts w:cs="Times New Roman"/>
          <w:color w:val="000000" w:themeColor="text1"/>
          <w:u w:val="single"/>
          <w:rtl/>
        </w:rPr>
        <w:t xml:space="preserve"> </w:t>
      </w:r>
      <w:r w:rsidRPr="00422F10">
        <w:rPr>
          <w:rFonts w:cs="Times New Roman" w:hint="cs"/>
          <w:color w:val="000000" w:themeColor="text1"/>
          <w:u w:val="single"/>
          <w:rtl/>
        </w:rPr>
        <w:t>أو</w:t>
      </w:r>
      <w:r w:rsidRPr="00422F10">
        <w:rPr>
          <w:rFonts w:cs="Times New Roman"/>
          <w:color w:val="000000" w:themeColor="text1"/>
          <w:u w:val="single"/>
          <w:rtl/>
        </w:rPr>
        <w:t xml:space="preserve"> </w:t>
      </w:r>
      <w:r w:rsidRPr="00422F10">
        <w:rPr>
          <w:rFonts w:cs="Times New Roman" w:hint="cs"/>
          <w:color w:val="000000" w:themeColor="text1"/>
          <w:u w:val="single"/>
          <w:rtl/>
        </w:rPr>
        <w:t>فتح</w:t>
      </w:r>
      <w:r w:rsidRPr="00422F10">
        <w:rPr>
          <w:rFonts w:cs="Times New Roman"/>
          <w:color w:val="000000" w:themeColor="text1"/>
          <w:u w:val="single"/>
          <w:rtl/>
        </w:rPr>
        <w:t xml:space="preserve"> </w:t>
      </w:r>
      <w:r w:rsidRPr="00422F10">
        <w:rPr>
          <w:rFonts w:cs="Times New Roman" w:hint="cs"/>
          <w:color w:val="000000" w:themeColor="text1"/>
          <w:u w:val="single"/>
          <w:rtl/>
        </w:rPr>
        <w:t>منافذ</w:t>
      </w:r>
      <w:r w:rsidRPr="00422F10">
        <w:rPr>
          <w:rFonts w:cs="Times New Roman"/>
          <w:color w:val="000000" w:themeColor="text1"/>
          <w:u w:val="single"/>
          <w:rtl/>
        </w:rPr>
        <w:t xml:space="preserve"> </w:t>
      </w:r>
      <w:r w:rsidRPr="00422F10">
        <w:rPr>
          <w:rFonts w:cs="Times New Roman" w:hint="cs"/>
          <w:color w:val="000000" w:themeColor="text1"/>
          <w:u w:val="single"/>
          <w:rtl/>
        </w:rPr>
        <w:t>خطيرة</w:t>
      </w:r>
      <w:r w:rsidRPr="00422F10">
        <w:rPr>
          <w:rFonts w:cs="Times New Roman"/>
          <w:color w:val="000000" w:themeColor="text1"/>
          <w:u w:val="single"/>
          <w:rtl/>
        </w:rPr>
        <w:t xml:space="preserve"> </w:t>
      </w:r>
      <w:r w:rsidRPr="00422F10">
        <w:rPr>
          <w:rFonts w:cs="Times New Roman" w:hint="cs"/>
          <w:color w:val="000000" w:themeColor="text1"/>
          <w:u w:val="single"/>
          <w:rtl/>
        </w:rPr>
        <w:t>كـ</w:t>
      </w:r>
      <w:r w:rsidRPr="00422F10">
        <w:rPr>
          <w:rFonts w:cs="Times New Roman"/>
          <w:color w:val="000000" w:themeColor="text1"/>
          <w:u w:val="single"/>
        </w:rPr>
        <w:t xml:space="preserve"> RDP</w:t>
      </w:r>
      <w:r w:rsidRPr="00422F10">
        <w:rPr>
          <w:rFonts w:cs="Times New Roman"/>
          <w:color w:val="000000" w:themeColor="text1"/>
          <w:u w:val="single"/>
          <w:rtl/>
        </w:rPr>
        <w:t xml:space="preserve">، </w:t>
      </w:r>
      <w:r w:rsidRPr="00422F10">
        <w:rPr>
          <w:rFonts w:cs="Times New Roman" w:hint="cs"/>
          <w:color w:val="000000" w:themeColor="text1"/>
          <w:u w:val="single"/>
          <w:rtl/>
        </w:rPr>
        <w:t>تم</w:t>
      </w:r>
      <w:r w:rsidRPr="00422F10">
        <w:rPr>
          <w:rFonts w:cs="Times New Roman"/>
          <w:color w:val="000000" w:themeColor="text1"/>
          <w:u w:val="single"/>
          <w:rtl/>
        </w:rPr>
        <w:t xml:space="preserve"> </w:t>
      </w:r>
      <w:r w:rsidRPr="00422F10">
        <w:rPr>
          <w:rFonts w:cs="Times New Roman" w:hint="cs"/>
          <w:color w:val="000000" w:themeColor="text1"/>
          <w:u w:val="single"/>
          <w:rtl/>
        </w:rPr>
        <w:t>تثبيت</w:t>
      </w:r>
      <w:r w:rsidRPr="00422F10">
        <w:rPr>
          <w:rFonts w:cs="Times New Roman"/>
          <w:color w:val="000000" w:themeColor="text1"/>
          <w:u w:val="single"/>
          <w:rtl/>
        </w:rPr>
        <w:t xml:space="preserve"> </w:t>
      </w:r>
      <w:r w:rsidRPr="00422F10">
        <w:rPr>
          <w:rFonts w:cs="Times New Roman" w:hint="cs"/>
          <w:color w:val="000000" w:themeColor="text1"/>
          <w:u w:val="single"/>
          <w:rtl/>
        </w:rPr>
        <w:t>وتكوين</w:t>
      </w:r>
      <w:r w:rsidRPr="00422F10">
        <w:rPr>
          <w:rFonts w:cs="Times New Roman"/>
          <w:color w:val="000000" w:themeColor="text1"/>
          <w:u w:val="single"/>
          <w:rtl/>
        </w:rPr>
        <w:t xml:space="preserve"> </w:t>
      </w:r>
      <w:r w:rsidRPr="00422F10">
        <w:rPr>
          <w:rFonts w:cs="Times New Roman" w:hint="cs"/>
          <w:color w:val="000000" w:themeColor="text1"/>
          <w:u w:val="single"/>
          <w:rtl/>
        </w:rPr>
        <w:t>بروتوكول</w:t>
      </w:r>
      <w:r w:rsidRPr="00422F10">
        <w:rPr>
          <w:rFonts w:cs="Times New Roman"/>
          <w:color w:val="000000" w:themeColor="text1"/>
          <w:u w:val="single"/>
        </w:rPr>
        <w:t xml:space="preserve"> </w:t>
      </w:r>
      <w:proofErr w:type="spellStart"/>
      <w:r w:rsidRPr="00422F10">
        <w:rPr>
          <w:rFonts w:cs="Times New Roman"/>
          <w:color w:val="000000" w:themeColor="text1"/>
          <w:u w:val="single"/>
        </w:rPr>
        <w:t>WireGuard</w:t>
      </w:r>
      <w:proofErr w:type="spellEnd"/>
      <w:r w:rsidRPr="00422F10">
        <w:rPr>
          <w:rFonts w:cs="Times New Roman"/>
          <w:color w:val="000000" w:themeColor="text1"/>
          <w:u w:val="single"/>
        </w:rPr>
        <w:t xml:space="preserve"> </w:t>
      </w:r>
      <w:r w:rsidRPr="00422F10">
        <w:rPr>
          <w:rFonts w:cs="Times New Roman" w:hint="cs"/>
          <w:color w:val="000000" w:themeColor="text1"/>
          <w:u w:val="single"/>
          <w:rtl/>
        </w:rPr>
        <w:t>المفتوح</w:t>
      </w:r>
      <w:r w:rsidRPr="00422F10">
        <w:rPr>
          <w:rFonts w:cs="Times New Roman"/>
          <w:color w:val="000000" w:themeColor="text1"/>
          <w:u w:val="single"/>
          <w:rtl/>
        </w:rPr>
        <w:t xml:space="preserve"> </w:t>
      </w:r>
      <w:r w:rsidRPr="00422F10">
        <w:rPr>
          <w:rFonts w:cs="Times New Roman" w:hint="cs"/>
          <w:color w:val="000000" w:themeColor="text1"/>
          <w:u w:val="single"/>
          <w:rtl/>
        </w:rPr>
        <w:t>المصدر</w:t>
      </w:r>
      <w:r w:rsidRPr="00422F10">
        <w:rPr>
          <w:rFonts w:cs="Times New Roman"/>
          <w:color w:val="000000" w:themeColor="text1"/>
          <w:u w:val="single"/>
          <w:rtl/>
        </w:rPr>
        <w:t xml:space="preserve"> </w:t>
      </w:r>
      <w:r w:rsidRPr="00422F10">
        <w:rPr>
          <w:rFonts w:cs="Times New Roman" w:hint="cs"/>
          <w:color w:val="000000" w:themeColor="text1"/>
          <w:u w:val="single"/>
          <w:rtl/>
        </w:rPr>
        <w:t>على</w:t>
      </w:r>
      <w:r w:rsidRPr="00422F10">
        <w:rPr>
          <w:rFonts w:cs="Times New Roman"/>
          <w:color w:val="000000" w:themeColor="text1"/>
          <w:u w:val="single"/>
          <w:rtl/>
        </w:rPr>
        <w:t xml:space="preserve"> </w:t>
      </w:r>
      <w:r w:rsidRPr="00422F10">
        <w:rPr>
          <w:rFonts w:cs="Times New Roman" w:hint="cs"/>
          <w:color w:val="000000" w:themeColor="text1"/>
          <w:u w:val="single"/>
          <w:rtl/>
        </w:rPr>
        <w:t>جدار</w:t>
      </w:r>
      <w:r w:rsidRPr="00422F10">
        <w:rPr>
          <w:rFonts w:cs="Times New Roman"/>
          <w:color w:val="000000" w:themeColor="text1"/>
          <w:u w:val="single"/>
          <w:rtl/>
        </w:rPr>
        <w:t xml:space="preserve"> </w:t>
      </w:r>
      <w:r w:rsidRPr="00422F10">
        <w:rPr>
          <w:rFonts w:cs="Times New Roman" w:hint="cs"/>
          <w:color w:val="000000" w:themeColor="text1"/>
          <w:u w:val="single"/>
          <w:rtl/>
        </w:rPr>
        <w:t>الحماية</w:t>
      </w:r>
      <w:r w:rsidRPr="00422F10">
        <w:rPr>
          <w:rFonts w:cs="Times New Roman"/>
          <w:color w:val="000000" w:themeColor="text1"/>
          <w:u w:val="single"/>
        </w:rPr>
        <w:t xml:space="preserve"> </w:t>
      </w:r>
      <w:proofErr w:type="spellStart"/>
      <w:r w:rsidRPr="00422F10">
        <w:rPr>
          <w:rFonts w:cs="Times New Roman"/>
          <w:color w:val="000000" w:themeColor="text1"/>
          <w:u w:val="single"/>
        </w:rPr>
        <w:t>pfSense</w:t>
      </w:r>
      <w:proofErr w:type="spellEnd"/>
      <w:r w:rsidRPr="00422F10">
        <w:rPr>
          <w:rFonts w:cs="Times New Roman"/>
          <w:color w:val="000000" w:themeColor="text1"/>
          <w:u w:val="single"/>
        </w:rPr>
        <w:t xml:space="preserve">. </w:t>
      </w:r>
      <w:r w:rsidRPr="00422F10">
        <w:rPr>
          <w:rFonts w:cs="Times New Roman" w:hint="cs"/>
          <w:color w:val="000000" w:themeColor="text1"/>
          <w:u w:val="single"/>
          <w:rtl/>
        </w:rPr>
        <w:t>تم</w:t>
      </w:r>
      <w:r w:rsidRPr="00422F10">
        <w:rPr>
          <w:rFonts w:cs="Times New Roman"/>
          <w:color w:val="000000" w:themeColor="text1"/>
          <w:u w:val="single"/>
          <w:rtl/>
        </w:rPr>
        <w:t xml:space="preserve"> </w:t>
      </w:r>
      <w:r w:rsidRPr="00422F10">
        <w:rPr>
          <w:rFonts w:cs="Times New Roman" w:hint="cs"/>
          <w:color w:val="000000" w:themeColor="text1"/>
          <w:u w:val="single"/>
          <w:rtl/>
        </w:rPr>
        <w:t>تخصيص</w:t>
      </w:r>
      <w:r w:rsidRPr="00422F10">
        <w:rPr>
          <w:rFonts w:cs="Times New Roman"/>
          <w:color w:val="000000" w:themeColor="text1"/>
          <w:u w:val="single"/>
          <w:rtl/>
        </w:rPr>
        <w:t xml:space="preserve"> </w:t>
      </w:r>
      <w:r w:rsidRPr="00422F10">
        <w:rPr>
          <w:rFonts w:cs="Times New Roman" w:hint="cs"/>
          <w:color w:val="000000" w:themeColor="text1"/>
          <w:u w:val="single"/>
          <w:rtl/>
        </w:rPr>
        <w:t>منفذ</w:t>
      </w:r>
      <w:r w:rsidRPr="00422F10">
        <w:rPr>
          <w:rFonts w:cs="Times New Roman"/>
          <w:color w:val="000000" w:themeColor="text1"/>
          <w:u w:val="single"/>
          <w:rtl/>
        </w:rPr>
        <w:t xml:space="preserve"> (51820) </w:t>
      </w:r>
      <w:r w:rsidRPr="00422F10">
        <w:rPr>
          <w:rFonts w:cs="Times New Roman" w:hint="cs"/>
          <w:color w:val="000000" w:themeColor="text1"/>
          <w:u w:val="single"/>
          <w:rtl/>
        </w:rPr>
        <w:t>وتوليد</w:t>
      </w:r>
      <w:r w:rsidRPr="00422F10">
        <w:rPr>
          <w:rFonts w:cs="Times New Roman"/>
          <w:color w:val="000000" w:themeColor="text1"/>
          <w:u w:val="single"/>
          <w:rtl/>
        </w:rPr>
        <w:t xml:space="preserve"> </w:t>
      </w:r>
      <w:r w:rsidRPr="00422F10">
        <w:rPr>
          <w:rFonts w:cs="Times New Roman" w:hint="cs"/>
          <w:color w:val="000000" w:themeColor="text1"/>
          <w:u w:val="single"/>
          <w:rtl/>
        </w:rPr>
        <w:t>مفاتيح</w:t>
      </w:r>
      <w:r w:rsidRPr="00422F10">
        <w:rPr>
          <w:rFonts w:cs="Times New Roman"/>
          <w:color w:val="000000" w:themeColor="text1"/>
          <w:u w:val="single"/>
          <w:rtl/>
        </w:rPr>
        <w:t xml:space="preserve"> </w:t>
      </w:r>
      <w:r w:rsidRPr="00422F10">
        <w:rPr>
          <w:rFonts w:cs="Times New Roman" w:hint="cs"/>
          <w:color w:val="000000" w:themeColor="text1"/>
          <w:u w:val="single"/>
          <w:rtl/>
        </w:rPr>
        <w:t>تشفير</w:t>
      </w:r>
      <w:r w:rsidRPr="00422F10">
        <w:rPr>
          <w:rFonts w:cs="Times New Roman"/>
          <w:color w:val="000000" w:themeColor="text1"/>
          <w:u w:val="single"/>
          <w:rtl/>
        </w:rPr>
        <w:t xml:space="preserve"> </w:t>
      </w:r>
      <w:r w:rsidRPr="00422F10">
        <w:rPr>
          <w:rFonts w:cs="Times New Roman" w:hint="cs"/>
          <w:color w:val="000000" w:themeColor="text1"/>
          <w:u w:val="single"/>
          <w:rtl/>
        </w:rPr>
        <w:t>غير</w:t>
      </w:r>
      <w:r w:rsidRPr="00422F10">
        <w:rPr>
          <w:rFonts w:cs="Times New Roman"/>
          <w:color w:val="000000" w:themeColor="text1"/>
          <w:u w:val="single"/>
          <w:rtl/>
        </w:rPr>
        <w:t xml:space="preserve"> </w:t>
      </w:r>
      <w:r w:rsidRPr="00422F10">
        <w:rPr>
          <w:rFonts w:cs="Times New Roman" w:hint="cs"/>
          <w:color w:val="000000" w:themeColor="text1"/>
          <w:u w:val="single"/>
          <w:rtl/>
        </w:rPr>
        <w:t>متماثلة</w:t>
      </w:r>
      <w:r w:rsidRPr="00422F10">
        <w:rPr>
          <w:rFonts w:cs="Times New Roman"/>
          <w:color w:val="000000" w:themeColor="text1"/>
          <w:u w:val="single"/>
        </w:rPr>
        <w:t xml:space="preserve"> (Public/Private Keys) </w:t>
      </w:r>
      <w:r w:rsidRPr="00422F10">
        <w:rPr>
          <w:rFonts w:cs="Times New Roman" w:hint="cs"/>
          <w:color w:val="000000" w:themeColor="text1"/>
          <w:u w:val="single"/>
          <w:rtl/>
        </w:rPr>
        <w:t>للخادم</w:t>
      </w:r>
      <w:r w:rsidRPr="00422F10">
        <w:rPr>
          <w:rFonts w:cs="Times New Roman"/>
          <w:color w:val="000000" w:themeColor="text1"/>
          <w:u w:val="single"/>
          <w:rtl/>
        </w:rPr>
        <w:t xml:space="preserve"> </w:t>
      </w:r>
      <w:r w:rsidRPr="00422F10">
        <w:rPr>
          <w:rFonts w:cs="Times New Roman" w:hint="cs"/>
          <w:color w:val="000000" w:themeColor="text1"/>
          <w:u w:val="single"/>
          <w:rtl/>
        </w:rPr>
        <w:t>وللموظفين</w:t>
      </w:r>
      <w:r w:rsidRPr="00422F10">
        <w:rPr>
          <w:rFonts w:cs="Times New Roman"/>
          <w:color w:val="000000" w:themeColor="text1"/>
          <w:u w:val="single"/>
          <w:rtl/>
        </w:rPr>
        <w:t xml:space="preserve">. </w:t>
      </w:r>
      <w:r w:rsidRPr="00422F10">
        <w:rPr>
          <w:rFonts w:cs="Times New Roman" w:hint="cs"/>
          <w:color w:val="000000" w:themeColor="text1"/>
          <w:u w:val="single"/>
          <w:rtl/>
        </w:rPr>
        <w:t>كما</w:t>
      </w:r>
      <w:r w:rsidRPr="00422F10">
        <w:rPr>
          <w:rFonts w:cs="Times New Roman"/>
          <w:color w:val="000000" w:themeColor="text1"/>
          <w:u w:val="single"/>
          <w:rtl/>
        </w:rPr>
        <w:t xml:space="preserve"> </w:t>
      </w:r>
      <w:r w:rsidRPr="00422F10">
        <w:rPr>
          <w:rFonts w:cs="Times New Roman" w:hint="cs"/>
          <w:color w:val="000000" w:themeColor="text1"/>
          <w:u w:val="single"/>
          <w:rtl/>
        </w:rPr>
        <w:t>تم</w:t>
      </w:r>
      <w:r w:rsidRPr="00422F10">
        <w:rPr>
          <w:rFonts w:cs="Times New Roman"/>
          <w:color w:val="000000" w:themeColor="text1"/>
          <w:u w:val="single"/>
          <w:rtl/>
        </w:rPr>
        <w:t xml:space="preserve"> </w:t>
      </w:r>
      <w:r w:rsidRPr="00422F10">
        <w:rPr>
          <w:rFonts w:cs="Times New Roman" w:hint="cs"/>
          <w:color w:val="000000" w:themeColor="text1"/>
          <w:u w:val="single"/>
          <w:rtl/>
        </w:rPr>
        <w:t>تخصيص</w:t>
      </w:r>
      <w:r w:rsidRPr="00422F10">
        <w:rPr>
          <w:rFonts w:cs="Times New Roman"/>
          <w:color w:val="000000" w:themeColor="text1"/>
          <w:u w:val="single"/>
          <w:rtl/>
        </w:rPr>
        <w:t xml:space="preserve"> </w:t>
      </w:r>
      <w:r w:rsidRPr="00422F10">
        <w:rPr>
          <w:rFonts w:cs="Times New Roman" w:hint="cs"/>
          <w:color w:val="000000" w:themeColor="text1"/>
          <w:u w:val="single"/>
          <w:rtl/>
        </w:rPr>
        <w:t>نطاق</w:t>
      </w:r>
      <w:r w:rsidRPr="00422F10">
        <w:rPr>
          <w:rFonts w:cs="Times New Roman"/>
          <w:color w:val="000000" w:themeColor="text1"/>
          <w:u w:val="single"/>
          <w:rtl/>
        </w:rPr>
        <w:t xml:space="preserve"> </w:t>
      </w:r>
      <w:r w:rsidRPr="00422F10">
        <w:rPr>
          <w:rFonts w:cs="Times New Roman" w:hint="cs"/>
          <w:color w:val="000000" w:themeColor="text1"/>
          <w:u w:val="single"/>
          <w:rtl/>
        </w:rPr>
        <w:t>شبكي</w:t>
      </w:r>
      <w:r w:rsidRPr="00422F10">
        <w:rPr>
          <w:rFonts w:cs="Times New Roman"/>
          <w:color w:val="000000" w:themeColor="text1"/>
          <w:u w:val="single"/>
          <w:rtl/>
        </w:rPr>
        <w:t xml:space="preserve"> </w:t>
      </w:r>
      <w:r w:rsidRPr="00422F10">
        <w:rPr>
          <w:rFonts w:cs="Times New Roman" w:hint="cs"/>
          <w:color w:val="000000" w:themeColor="text1"/>
          <w:u w:val="single"/>
          <w:rtl/>
        </w:rPr>
        <w:t>داخلي</w:t>
      </w:r>
      <w:r w:rsidRPr="00422F10">
        <w:rPr>
          <w:rFonts w:cs="Times New Roman"/>
          <w:color w:val="000000" w:themeColor="text1"/>
          <w:u w:val="single"/>
        </w:rPr>
        <w:t xml:space="preserve"> (192.168.50.x) </w:t>
      </w:r>
      <w:r w:rsidRPr="00422F10">
        <w:rPr>
          <w:rFonts w:cs="Times New Roman" w:hint="cs"/>
          <w:color w:val="000000" w:themeColor="text1"/>
          <w:u w:val="single"/>
          <w:rtl/>
        </w:rPr>
        <w:t>للموظفين</w:t>
      </w:r>
      <w:r w:rsidRPr="00422F10">
        <w:rPr>
          <w:rFonts w:cs="Times New Roman"/>
          <w:color w:val="000000" w:themeColor="text1"/>
          <w:u w:val="single"/>
          <w:rtl/>
        </w:rPr>
        <w:t xml:space="preserve"> </w:t>
      </w:r>
      <w:r w:rsidRPr="00422F10">
        <w:rPr>
          <w:rFonts w:cs="Times New Roman" w:hint="cs"/>
          <w:color w:val="000000" w:themeColor="text1"/>
          <w:u w:val="single"/>
          <w:rtl/>
        </w:rPr>
        <w:t>المتصلين</w:t>
      </w:r>
      <w:r w:rsidRPr="00422F10">
        <w:rPr>
          <w:rFonts w:cs="Times New Roman"/>
          <w:color w:val="000000" w:themeColor="text1"/>
          <w:u w:val="single"/>
          <w:rtl/>
        </w:rPr>
        <w:t xml:space="preserve"> </w:t>
      </w:r>
      <w:r w:rsidRPr="00422F10">
        <w:rPr>
          <w:rFonts w:cs="Times New Roman" w:hint="cs"/>
          <w:color w:val="000000" w:themeColor="text1"/>
          <w:u w:val="single"/>
          <w:rtl/>
        </w:rPr>
        <w:t>عن</w:t>
      </w:r>
      <w:r w:rsidRPr="00422F10">
        <w:rPr>
          <w:rFonts w:cs="Times New Roman"/>
          <w:color w:val="000000" w:themeColor="text1"/>
          <w:u w:val="single"/>
          <w:rtl/>
        </w:rPr>
        <w:t xml:space="preserve"> </w:t>
      </w:r>
      <w:r w:rsidRPr="00422F10">
        <w:rPr>
          <w:rFonts w:cs="Times New Roman" w:hint="cs"/>
          <w:color w:val="000000" w:themeColor="text1"/>
          <w:u w:val="single"/>
          <w:rtl/>
        </w:rPr>
        <w:t>بعد</w:t>
      </w:r>
      <w:r w:rsidRPr="00422F10">
        <w:rPr>
          <w:rFonts w:cs="Times New Roman"/>
          <w:color w:val="000000" w:themeColor="text1"/>
          <w:u w:val="single"/>
          <w:rtl/>
        </w:rPr>
        <w:t xml:space="preserve">، </w:t>
      </w:r>
      <w:r w:rsidRPr="00422F10">
        <w:rPr>
          <w:rFonts w:cs="Times New Roman" w:hint="cs"/>
          <w:color w:val="000000" w:themeColor="text1"/>
          <w:u w:val="single"/>
          <w:rtl/>
        </w:rPr>
        <w:t>مع</w:t>
      </w:r>
      <w:r w:rsidRPr="00422F10">
        <w:rPr>
          <w:rFonts w:cs="Times New Roman"/>
          <w:color w:val="000000" w:themeColor="text1"/>
          <w:u w:val="single"/>
          <w:rtl/>
        </w:rPr>
        <w:t xml:space="preserve"> </w:t>
      </w:r>
      <w:r w:rsidRPr="00422F10">
        <w:rPr>
          <w:rFonts w:cs="Times New Roman" w:hint="cs"/>
          <w:color w:val="000000" w:themeColor="text1"/>
          <w:u w:val="single"/>
          <w:rtl/>
        </w:rPr>
        <w:t>تطبيق</w:t>
      </w:r>
      <w:r w:rsidRPr="00422F10">
        <w:rPr>
          <w:rFonts w:cs="Times New Roman"/>
          <w:color w:val="000000" w:themeColor="text1"/>
          <w:u w:val="single"/>
          <w:rtl/>
        </w:rPr>
        <w:t xml:space="preserve"> </w:t>
      </w:r>
      <w:r w:rsidRPr="00422F10">
        <w:rPr>
          <w:rFonts w:cs="Times New Roman" w:hint="cs"/>
          <w:color w:val="000000" w:themeColor="text1"/>
          <w:u w:val="single"/>
          <w:rtl/>
        </w:rPr>
        <w:t>قواعد</w:t>
      </w:r>
      <w:r w:rsidRPr="00422F10">
        <w:rPr>
          <w:rFonts w:cs="Times New Roman"/>
          <w:color w:val="000000" w:themeColor="text1"/>
          <w:u w:val="single"/>
          <w:rtl/>
        </w:rPr>
        <w:t xml:space="preserve"> </w:t>
      </w:r>
      <w:r w:rsidRPr="00422F10">
        <w:rPr>
          <w:rFonts w:cs="Times New Roman" w:hint="cs"/>
          <w:color w:val="000000" w:themeColor="text1"/>
          <w:u w:val="single"/>
          <w:rtl/>
        </w:rPr>
        <w:t>جدار</w:t>
      </w:r>
      <w:r w:rsidRPr="00422F10">
        <w:rPr>
          <w:rFonts w:cs="Times New Roman"/>
          <w:color w:val="000000" w:themeColor="text1"/>
          <w:u w:val="single"/>
          <w:rtl/>
        </w:rPr>
        <w:t xml:space="preserve"> </w:t>
      </w:r>
      <w:r w:rsidRPr="00422F10">
        <w:rPr>
          <w:rFonts w:cs="Times New Roman" w:hint="cs"/>
          <w:color w:val="000000" w:themeColor="text1"/>
          <w:u w:val="single"/>
          <w:rtl/>
        </w:rPr>
        <w:t>حماية</w:t>
      </w:r>
      <w:r w:rsidRPr="00422F10">
        <w:rPr>
          <w:rFonts w:cs="Times New Roman"/>
          <w:color w:val="000000" w:themeColor="text1"/>
          <w:u w:val="single"/>
          <w:rtl/>
        </w:rPr>
        <w:t xml:space="preserve"> </w:t>
      </w:r>
      <w:r w:rsidRPr="00422F10">
        <w:rPr>
          <w:rFonts w:cs="Times New Roman" w:hint="cs"/>
          <w:color w:val="000000" w:themeColor="text1"/>
          <w:u w:val="single"/>
          <w:rtl/>
        </w:rPr>
        <w:t>صارمة</w:t>
      </w:r>
      <w:r w:rsidRPr="00422F10">
        <w:rPr>
          <w:rFonts w:cs="Times New Roman"/>
          <w:color w:val="000000" w:themeColor="text1"/>
          <w:u w:val="single"/>
          <w:rtl/>
        </w:rPr>
        <w:t xml:space="preserve"> </w:t>
      </w:r>
      <w:r w:rsidRPr="00422F10">
        <w:rPr>
          <w:rFonts w:cs="Times New Roman" w:hint="cs"/>
          <w:color w:val="000000" w:themeColor="text1"/>
          <w:u w:val="single"/>
          <w:rtl/>
        </w:rPr>
        <w:t>تسمح</w:t>
      </w:r>
      <w:r w:rsidRPr="00422F10">
        <w:rPr>
          <w:rFonts w:cs="Times New Roman"/>
          <w:color w:val="000000" w:themeColor="text1"/>
          <w:u w:val="single"/>
          <w:rtl/>
        </w:rPr>
        <w:t xml:space="preserve"> </w:t>
      </w:r>
      <w:r w:rsidRPr="00422F10">
        <w:rPr>
          <w:rFonts w:cs="Times New Roman" w:hint="cs"/>
          <w:color w:val="000000" w:themeColor="text1"/>
          <w:u w:val="single"/>
          <w:rtl/>
        </w:rPr>
        <w:t>لهم</w:t>
      </w:r>
      <w:r w:rsidRPr="00422F10">
        <w:rPr>
          <w:rFonts w:cs="Times New Roman"/>
          <w:color w:val="000000" w:themeColor="text1"/>
          <w:u w:val="single"/>
          <w:rtl/>
        </w:rPr>
        <w:t xml:space="preserve"> </w:t>
      </w:r>
      <w:r w:rsidRPr="00422F10">
        <w:rPr>
          <w:rFonts w:cs="Times New Roman" w:hint="cs"/>
          <w:color w:val="000000" w:themeColor="text1"/>
          <w:u w:val="single"/>
          <w:rtl/>
        </w:rPr>
        <w:t>بالوصول</w:t>
      </w:r>
      <w:r w:rsidRPr="00422F10">
        <w:rPr>
          <w:rFonts w:cs="Times New Roman"/>
          <w:color w:val="000000" w:themeColor="text1"/>
          <w:u w:val="single"/>
          <w:rtl/>
        </w:rPr>
        <w:t xml:space="preserve"> </w:t>
      </w:r>
      <w:r w:rsidRPr="00422F10">
        <w:rPr>
          <w:rFonts w:cs="Times New Roman" w:hint="cs"/>
          <w:color w:val="000000" w:themeColor="text1"/>
          <w:u w:val="single"/>
          <w:rtl/>
        </w:rPr>
        <w:t>إلى</w:t>
      </w:r>
      <w:r w:rsidRPr="00422F10">
        <w:rPr>
          <w:rFonts w:cs="Times New Roman"/>
          <w:color w:val="000000" w:themeColor="text1"/>
          <w:u w:val="single"/>
          <w:rtl/>
        </w:rPr>
        <w:t xml:space="preserve"> </w:t>
      </w:r>
      <w:r w:rsidRPr="00422F10">
        <w:rPr>
          <w:rFonts w:cs="Times New Roman" w:hint="cs"/>
          <w:color w:val="000000" w:themeColor="text1"/>
          <w:u w:val="single"/>
          <w:rtl/>
        </w:rPr>
        <w:t>شبكة</w:t>
      </w:r>
      <w:r w:rsidRPr="00422F10">
        <w:rPr>
          <w:rFonts w:cs="Times New Roman"/>
          <w:color w:val="000000" w:themeColor="text1"/>
          <w:u w:val="single"/>
          <w:rtl/>
        </w:rPr>
        <w:t xml:space="preserve"> </w:t>
      </w:r>
      <w:r w:rsidRPr="00422F10">
        <w:rPr>
          <w:rFonts w:cs="Times New Roman" w:hint="cs"/>
          <w:color w:val="000000" w:themeColor="text1"/>
          <w:u w:val="single"/>
          <w:rtl/>
        </w:rPr>
        <w:t>الشركة</w:t>
      </w:r>
      <w:r w:rsidRPr="00422F10">
        <w:rPr>
          <w:rFonts w:cs="Times New Roman"/>
          <w:color w:val="000000" w:themeColor="text1"/>
          <w:u w:val="single"/>
        </w:rPr>
        <w:t xml:space="preserve"> (LAN) </w:t>
      </w:r>
      <w:r w:rsidRPr="00422F10">
        <w:rPr>
          <w:rFonts w:cs="Times New Roman" w:hint="cs"/>
          <w:color w:val="000000" w:themeColor="text1"/>
          <w:u w:val="single"/>
          <w:rtl/>
        </w:rPr>
        <w:t>فقط</w:t>
      </w:r>
      <w:r w:rsidRPr="00422F10">
        <w:rPr>
          <w:rFonts w:cs="Times New Roman"/>
          <w:color w:val="000000" w:themeColor="text1"/>
          <w:u w:val="single"/>
          <w:rtl/>
        </w:rPr>
        <w:t xml:space="preserve"> </w:t>
      </w:r>
      <w:r w:rsidRPr="00422F10">
        <w:rPr>
          <w:rFonts w:cs="Times New Roman" w:hint="cs"/>
          <w:color w:val="000000" w:themeColor="text1"/>
          <w:u w:val="single"/>
          <w:rtl/>
        </w:rPr>
        <w:t>عبر</w:t>
      </w:r>
      <w:r w:rsidRPr="00422F10">
        <w:rPr>
          <w:rFonts w:cs="Times New Roman"/>
          <w:color w:val="000000" w:themeColor="text1"/>
          <w:u w:val="single"/>
          <w:rtl/>
        </w:rPr>
        <w:t xml:space="preserve"> </w:t>
      </w:r>
      <w:r w:rsidRPr="00422F10">
        <w:rPr>
          <w:rFonts w:cs="Times New Roman" w:hint="cs"/>
          <w:color w:val="000000" w:themeColor="text1"/>
          <w:u w:val="single"/>
          <w:rtl/>
        </w:rPr>
        <w:t>النفق</w:t>
      </w:r>
      <w:r w:rsidRPr="00422F10">
        <w:rPr>
          <w:rFonts w:cs="Times New Roman"/>
          <w:color w:val="000000" w:themeColor="text1"/>
          <w:u w:val="single"/>
          <w:rtl/>
        </w:rPr>
        <w:t xml:space="preserve"> </w:t>
      </w:r>
      <w:r w:rsidRPr="00422F10">
        <w:rPr>
          <w:rFonts w:cs="Times New Roman" w:hint="cs"/>
          <w:color w:val="000000" w:themeColor="text1"/>
          <w:u w:val="single"/>
          <w:rtl/>
        </w:rPr>
        <w:t>المشفر</w:t>
      </w:r>
      <w:r w:rsidRPr="00422F10">
        <w:rPr>
          <w:rFonts w:cs="Times New Roman"/>
          <w:color w:val="000000" w:themeColor="text1"/>
          <w:u w:val="single"/>
          <w:rtl/>
        </w:rPr>
        <w:t xml:space="preserve">، </w:t>
      </w:r>
      <w:r w:rsidRPr="00422F10">
        <w:rPr>
          <w:rFonts w:cs="Times New Roman" w:hint="cs"/>
          <w:color w:val="000000" w:themeColor="text1"/>
          <w:u w:val="single"/>
          <w:rtl/>
        </w:rPr>
        <w:t>مما</w:t>
      </w:r>
      <w:r w:rsidRPr="00422F10">
        <w:rPr>
          <w:rFonts w:cs="Times New Roman"/>
          <w:color w:val="000000" w:themeColor="text1"/>
          <w:u w:val="single"/>
          <w:rtl/>
        </w:rPr>
        <w:t xml:space="preserve"> </w:t>
      </w:r>
      <w:r w:rsidRPr="00422F10">
        <w:rPr>
          <w:rFonts w:cs="Times New Roman" w:hint="cs"/>
          <w:color w:val="000000" w:themeColor="text1"/>
          <w:u w:val="single"/>
          <w:rtl/>
        </w:rPr>
        <w:t>يضمن</w:t>
      </w:r>
      <w:r w:rsidRPr="00422F10">
        <w:rPr>
          <w:rFonts w:cs="Times New Roman"/>
          <w:color w:val="000000" w:themeColor="text1"/>
          <w:u w:val="single"/>
          <w:rtl/>
        </w:rPr>
        <w:t xml:space="preserve"> </w:t>
      </w:r>
      <w:r w:rsidRPr="00422F10">
        <w:rPr>
          <w:rFonts w:cs="Times New Roman" w:hint="cs"/>
          <w:color w:val="000000" w:themeColor="text1"/>
          <w:u w:val="single"/>
          <w:rtl/>
        </w:rPr>
        <w:t>أقصى</w:t>
      </w:r>
      <w:r w:rsidRPr="00422F10">
        <w:rPr>
          <w:rFonts w:cs="Times New Roman"/>
          <w:color w:val="000000" w:themeColor="text1"/>
          <w:u w:val="single"/>
          <w:rtl/>
        </w:rPr>
        <w:t xml:space="preserve"> </w:t>
      </w:r>
      <w:r w:rsidRPr="00422F10">
        <w:rPr>
          <w:rFonts w:cs="Times New Roman" w:hint="cs"/>
          <w:color w:val="000000" w:themeColor="text1"/>
          <w:u w:val="single"/>
          <w:rtl/>
        </w:rPr>
        <w:t>درجات</w:t>
      </w:r>
      <w:r w:rsidRPr="00422F10">
        <w:rPr>
          <w:rFonts w:cs="Times New Roman"/>
          <w:color w:val="000000" w:themeColor="text1"/>
          <w:u w:val="single"/>
          <w:rtl/>
        </w:rPr>
        <w:t xml:space="preserve"> </w:t>
      </w:r>
      <w:r w:rsidRPr="00422F10">
        <w:rPr>
          <w:rFonts w:cs="Times New Roman" w:hint="cs"/>
          <w:color w:val="000000" w:themeColor="text1"/>
          <w:u w:val="single"/>
          <w:rtl/>
        </w:rPr>
        <w:t>الأمان</w:t>
      </w:r>
      <w:r w:rsidRPr="00422F10">
        <w:rPr>
          <w:rFonts w:cs="Times New Roman"/>
          <w:color w:val="000000" w:themeColor="text1"/>
          <w:u w:val="single"/>
          <w:rtl/>
        </w:rPr>
        <w:t xml:space="preserve"> </w:t>
      </w:r>
      <w:r w:rsidRPr="00422F10">
        <w:rPr>
          <w:rFonts w:cs="Times New Roman" w:hint="cs"/>
          <w:color w:val="000000" w:themeColor="text1"/>
          <w:u w:val="single"/>
          <w:rtl/>
        </w:rPr>
        <w:t>لتبادل</w:t>
      </w:r>
      <w:r w:rsidRPr="00422F10">
        <w:rPr>
          <w:rFonts w:cs="Times New Roman"/>
          <w:color w:val="000000" w:themeColor="text1"/>
          <w:u w:val="single"/>
          <w:rtl/>
        </w:rPr>
        <w:t xml:space="preserve"> </w:t>
      </w:r>
      <w:r w:rsidRPr="00422F10">
        <w:rPr>
          <w:rFonts w:cs="Times New Roman" w:hint="cs"/>
          <w:color w:val="000000" w:themeColor="text1"/>
          <w:u w:val="single"/>
          <w:rtl/>
        </w:rPr>
        <w:t>البيانات</w:t>
      </w:r>
      <w:r w:rsidRPr="00422F10">
        <w:rPr>
          <w:rFonts w:cs="Times New Roman"/>
          <w:color w:val="000000" w:themeColor="text1"/>
          <w:u w:val="single"/>
        </w:rPr>
        <w:t>."</w:t>
      </w:r>
    </w:p>
    <w:p w:rsidR="00C56DE6" w:rsidRDefault="00422F10" w:rsidP="00422F10">
      <w:pPr>
        <w:tabs>
          <w:tab w:val="left" w:pos="7020"/>
        </w:tabs>
        <w:rPr>
          <w:rFonts w:cs="Times New Roman"/>
          <w:color w:val="000000" w:themeColor="text1"/>
          <w:u w:val="single"/>
          <w:rtl/>
        </w:rPr>
      </w:pPr>
      <w:r w:rsidRPr="00422F10">
        <w:rPr>
          <w:rFonts w:cs="Times New Roman"/>
          <w:color w:val="000000" w:themeColor="text1"/>
          <w:u w:val="single"/>
        </w:rPr>
        <w:t xml:space="preserve">Technical Description (English): "To secure remote work for employees without purchasing paid VPN solutions or exposing dangerous ports like RDP, the open-source </w:t>
      </w:r>
      <w:proofErr w:type="spellStart"/>
      <w:r w:rsidRPr="00422F10">
        <w:rPr>
          <w:rFonts w:cs="Times New Roman"/>
          <w:color w:val="000000" w:themeColor="text1"/>
          <w:u w:val="single"/>
        </w:rPr>
        <w:t>WireGuard</w:t>
      </w:r>
      <w:proofErr w:type="spellEnd"/>
      <w:r w:rsidRPr="00422F10">
        <w:rPr>
          <w:rFonts w:cs="Times New Roman"/>
          <w:color w:val="000000" w:themeColor="text1"/>
          <w:u w:val="single"/>
        </w:rPr>
        <w:t xml:space="preserve"> protocol was installed and configured on the </w:t>
      </w:r>
      <w:proofErr w:type="spellStart"/>
      <w:r w:rsidRPr="00422F10">
        <w:rPr>
          <w:rFonts w:cs="Times New Roman"/>
          <w:color w:val="000000" w:themeColor="text1"/>
          <w:u w:val="single"/>
        </w:rPr>
        <w:t>pfSense</w:t>
      </w:r>
      <w:proofErr w:type="spellEnd"/>
      <w:r w:rsidRPr="00422F10">
        <w:rPr>
          <w:rFonts w:cs="Times New Roman"/>
          <w:color w:val="000000" w:themeColor="text1"/>
          <w:u w:val="single"/>
        </w:rPr>
        <w:t xml:space="preserve"> firewall. Port 51820 was assigned, and asymmetric encryption keys (Public/Private) were generated for both the server and employees. A dedicated internal subnet (192.168.50.x) was allocated for remote employees, with strict firewall rules </w:t>
      </w:r>
      <w:r w:rsidRPr="00422F10">
        <w:rPr>
          <w:rFonts w:cs="Times New Roman"/>
          <w:color w:val="000000" w:themeColor="text1"/>
          <w:u w:val="single"/>
        </w:rPr>
        <w:lastRenderedPageBreak/>
        <w:t>applied allowing them to access the company network (LAN) only via the encrypted tunnel, ensuring maximum data exchange security."</w:t>
      </w:r>
    </w:p>
    <w:p w:rsidR="001677B4" w:rsidRDefault="00057D06" w:rsidP="00422F10">
      <w:pPr>
        <w:tabs>
          <w:tab w:val="left" w:pos="7020"/>
        </w:tabs>
        <w:rPr>
          <w:rFonts w:cs="Times New Roman"/>
          <w:color w:val="000000" w:themeColor="text1"/>
          <w:u w:val="single"/>
          <w:rtl/>
        </w:rPr>
      </w:pPr>
      <w:r>
        <w:rPr>
          <w:rFonts w:cs="Times New Roman" w:hint="cs"/>
          <w:noProof/>
          <w:color w:val="000000" w:themeColor="text1"/>
          <w:u w:val="single"/>
          <w:rtl/>
          <w:lang w:val="ar-SA"/>
        </w:rPr>
        <w:drawing>
          <wp:inline distT="0" distB="0" distL="0" distR="0">
            <wp:extent cx="5943600" cy="351472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تثبيت حزمة WireGuard في Package Manager.png"/>
                    <pic:cNvPicPr/>
                  </pic:nvPicPr>
                  <pic:blipFill>
                    <a:blip r:embed="rId80">
                      <a:extLst>
                        <a:ext uri="{28A0092B-C50C-407E-A947-70E740481C1C}">
                          <a14:useLocalDpi xmlns:a14="http://schemas.microsoft.com/office/drawing/2010/main" val="0"/>
                        </a:ext>
                      </a:extLst>
                    </a:blip>
                    <a:stretch>
                      <a:fillRect/>
                    </a:stretch>
                  </pic:blipFill>
                  <pic:spPr>
                    <a:xfrm>
                      <a:off x="0" y="0"/>
                      <a:ext cx="5943600" cy="3514725"/>
                    </a:xfrm>
                    <a:prstGeom prst="rect">
                      <a:avLst/>
                    </a:prstGeom>
                  </pic:spPr>
                </pic:pic>
              </a:graphicData>
            </a:graphic>
          </wp:inline>
        </w:drawing>
      </w:r>
    </w:p>
    <w:p w:rsidR="00057D06" w:rsidRDefault="0022656E" w:rsidP="00422F10">
      <w:pPr>
        <w:tabs>
          <w:tab w:val="left" w:pos="7020"/>
        </w:tabs>
        <w:rPr>
          <w:rFonts w:cs="Times New Roman"/>
          <w:color w:val="000000" w:themeColor="text1"/>
          <w:u w:val="single"/>
          <w:rtl/>
        </w:rPr>
      </w:pPr>
      <w:r>
        <w:rPr>
          <w:rFonts w:cs="Times New Roman" w:hint="cs"/>
          <w:noProof/>
          <w:color w:val="000000" w:themeColor="text1"/>
          <w:u w:val="single"/>
          <w:rtl/>
          <w:lang w:val="ar-SA"/>
        </w:rPr>
        <w:drawing>
          <wp:inline distT="0" distB="0" distL="0" distR="0">
            <wp:extent cx="5943600" cy="309753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إعدادات الـ Tunnel مع المنفذ 51820 وعنوان الإي بي 192.168.50.1.png"/>
                    <pic:cNvPicPr/>
                  </pic:nvPicPr>
                  <pic:blipFill>
                    <a:blip r:embed="rId81">
                      <a:extLst>
                        <a:ext uri="{28A0092B-C50C-407E-A947-70E740481C1C}">
                          <a14:useLocalDpi xmlns:a14="http://schemas.microsoft.com/office/drawing/2010/main" val="0"/>
                        </a:ext>
                      </a:extLst>
                    </a:blip>
                    <a:stretch>
                      <a:fillRect/>
                    </a:stretch>
                  </pic:blipFill>
                  <pic:spPr>
                    <a:xfrm>
                      <a:off x="0" y="0"/>
                      <a:ext cx="5943600" cy="3097530"/>
                    </a:xfrm>
                    <a:prstGeom prst="rect">
                      <a:avLst/>
                    </a:prstGeom>
                  </pic:spPr>
                </pic:pic>
              </a:graphicData>
            </a:graphic>
          </wp:inline>
        </w:drawing>
      </w:r>
    </w:p>
    <w:p w:rsidR="0022656E" w:rsidRDefault="00C700D9" w:rsidP="00422F10">
      <w:pPr>
        <w:tabs>
          <w:tab w:val="left" w:pos="7020"/>
        </w:tabs>
        <w:rPr>
          <w:rFonts w:cs="Times New Roman"/>
          <w:color w:val="000000" w:themeColor="text1"/>
          <w:u w:val="single"/>
          <w:rtl/>
        </w:rPr>
      </w:pPr>
      <w:r>
        <w:rPr>
          <w:rFonts w:cs="Times New Roman" w:hint="cs"/>
          <w:noProof/>
          <w:color w:val="000000" w:themeColor="text1"/>
          <w:u w:val="single"/>
          <w:rtl/>
          <w:lang w:val="ar-SA"/>
        </w:rPr>
        <w:lastRenderedPageBreak/>
        <w:drawing>
          <wp:inline distT="0" distB="0" distL="0" distR="0">
            <wp:extent cx="5943600" cy="22987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إعدادات الـ Peer الجديد وعنوانه 192.168.50.2.png"/>
                    <pic:cNvPicPr/>
                  </pic:nvPicPr>
                  <pic:blipFill>
                    <a:blip r:embed="rId82">
                      <a:extLst>
                        <a:ext uri="{28A0092B-C50C-407E-A947-70E740481C1C}">
                          <a14:useLocalDpi xmlns:a14="http://schemas.microsoft.com/office/drawing/2010/main" val="0"/>
                        </a:ext>
                      </a:extLst>
                    </a:blip>
                    <a:stretch>
                      <a:fillRect/>
                    </a:stretch>
                  </pic:blipFill>
                  <pic:spPr>
                    <a:xfrm>
                      <a:off x="0" y="0"/>
                      <a:ext cx="5943600" cy="2298700"/>
                    </a:xfrm>
                    <a:prstGeom prst="rect">
                      <a:avLst/>
                    </a:prstGeom>
                  </pic:spPr>
                </pic:pic>
              </a:graphicData>
            </a:graphic>
          </wp:inline>
        </w:drawing>
      </w:r>
    </w:p>
    <w:p w:rsidR="00AD73CC" w:rsidRDefault="00AD73CC" w:rsidP="00422F10">
      <w:pPr>
        <w:pBdr>
          <w:bottom w:val="single" w:sz="6" w:space="1" w:color="auto"/>
        </w:pBdr>
        <w:tabs>
          <w:tab w:val="left" w:pos="7020"/>
        </w:tabs>
        <w:rPr>
          <w:rFonts w:cs="Times New Roman"/>
          <w:color w:val="000000" w:themeColor="text1"/>
          <w:u w:val="single"/>
          <w:rtl/>
        </w:rPr>
      </w:pPr>
    </w:p>
    <w:p w:rsidR="00AD73CC" w:rsidRDefault="00AD73CC" w:rsidP="00422F10">
      <w:pPr>
        <w:pBdr>
          <w:bottom w:val="single" w:sz="6" w:space="1" w:color="auto"/>
        </w:pBdr>
        <w:tabs>
          <w:tab w:val="left" w:pos="7020"/>
        </w:tabs>
        <w:rPr>
          <w:rFonts w:cs="Times New Roman"/>
          <w:color w:val="000000" w:themeColor="text1"/>
          <w:u w:val="single"/>
          <w:rtl/>
        </w:rPr>
      </w:pPr>
    </w:p>
    <w:p w:rsidR="00C700D9" w:rsidRDefault="00AD73CC" w:rsidP="00422F10">
      <w:pPr>
        <w:pBdr>
          <w:bottom w:val="single" w:sz="6" w:space="1" w:color="auto"/>
        </w:pBdr>
        <w:tabs>
          <w:tab w:val="left" w:pos="7020"/>
        </w:tabs>
        <w:rPr>
          <w:rFonts w:cs="Times New Roman"/>
          <w:color w:val="000000" w:themeColor="text1"/>
          <w:u w:val="single"/>
          <w:rtl/>
        </w:rPr>
      </w:pPr>
      <w:r>
        <w:rPr>
          <w:rFonts w:cs="Times New Roman" w:hint="cs"/>
          <w:noProof/>
          <w:color w:val="000000" w:themeColor="text1"/>
          <w:u w:val="single"/>
          <w:rtl/>
          <w:lang w:val="ar-SA"/>
        </w:rPr>
        <w:drawing>
          <wp:inline distT="0" distB="0" distL="0" distR="0">
            <wp:extent cx="5943600" cy="257111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قواعد التبويب الجديد التي تسمح للموظفين بالوصول الداخلي.png"/>
                    <pic:cNvPicPr/>
                  </pic:nvPicPr>
                  <pic:blipFill>
                    <a:blip r:embed="rId83">
                      <a:extLst>
                        <a:ext uri="{28A0092B-C50C-407E-A947-70E740481C1C}">
                          <a14:useLocalDpi xmlns:a14="http://schemas.microsoft.com/office/drawing/2010/main" val="0"/>
                        </a:ext>
                      </a:extLst>
                    </a:blip>
                    <a:stretch>
                      <a:fillRect/>
                    </a:stretch>
                  </pic:blipFill>
                  <pic:spPr>
                    <a:xfrm>
                      <a:off x="0" y="0"/>
                      <a:ext cx="5943600" cy="2571115"/>
                    </a:xfrm>
                    <a:prstGeom prst="rect">
                      <a:avLst/>
                    </a:prstGeom>
                  </pic:spPr>
                </pic:pic>
              </a:graphicData>
            </a:graphic>
          </wp:inline>
        </w:drawing>
      </w:r>
    </w:p>
    <w:p w:rsidR="00AD73CC" w:rsidRDefault="00AD73CC" w:rsidP="00422F10">
      <w:pPr>
        <w:tabs>
          <w:tab w:val="left" w:pos="7020"/>
        </w:tabs>
        <w:rPr>
          <w:rFonts w:cs="Times New Roman" w:hint="cs"/>
          <w:color w:val="000000" w:themeColor="text1"/>
          <w:u w:val="single"/>
          <w:rtl/>
        </w:rPr>
      </w:pPr>
    </w:p>
    <w:p w:rsidR="00256D90" w:rsidRDefault="00256D90" w:rsidP="00AF7EBF">
      <w:pPr>
        <w:tabs>
          <w:tab w:val="left" w:pos="7020"/>
        </w:tabs>
        <w:rPr>
          <w:rFonts w:cs="Times New Roman"/>
          <w:color w:val="000000" w:themeColor="text1"/>
          <w:u w:val="single"/>
          <w:rtl/>
        </w:rPr>
      </w:pPr>
    </w:p>
    <w:p w:rsidR="00256D90" w:rsidRDefault="00256D90" w:rsidP="00AF7EBF">
      <w:pPr>
        <w:tabs>
          <w:tab w:val="left" w:pos="7020"/>
        </w:tabs>
        <w:rPr>
          <w:rFonts w:cs="Times New Roman"/>
          <w:color w:val="000000" w:themeColor="text1"/>
          <w:u w:val="single"/>
          <w:rtl/>
        </w:rPr>
      </w:pPr>
    </w:p>
    <w:p w:rsidR="00256D90" w:rsidRDefault="00256D90" w:rsidP="00AF7EBF">
      <w:pPr>
        <w:tabs>
          <w:tab w:val="left" w:pos="7020"/>
        </w:tabs>
        <w:rPr>
          <w:rFonts w:cs="Times New Roman"/>
          <w:color w:val="000000" w:themeColor="text1"/>
          <w:u w:val="single"/>
          <w:rtl/>
        </w:rPr>
      </w:pPr>
    </w:p>
    <w:p w:rsidR="00256D90" w:rsidRDefault="00256D90" w:rsidP="00AF7EBF">
      <w:pPr>
        <w:tabs>
          <w:tab w:val="left" w:pos="7020"/>
        </w:tabs>
        <w:rPr>
          <w:rFonts w:cs="Times New Roman"/>
          <w:color w:val="000000" w:themeColor="text1"/>
          <w:u w:val="single"/>
          <w:rtl/>
        </w:rPr>
      </w:pPr>
    </w:p>
    <w:p w:rsidR="00256D90" w:rsidRDefault="00256D90" w:rsidP="00AF7EBF">
      <w:pPr>
        <w:tabs>
          <w:tab w:val="left" w:pos="7020"/>
        </w:tabs>
        <w:rPr>
          <w:rFonts w:cs="Times New Roman"/>
          <w:color w:val="000000" w:themeColor="text1"/>
          <w:u w:val="single"/>
          <w:rtl/>
        </w:rPr>
      </w:pPr>
    </w:p>
    <w:p w:rsidR="00256D90" w:rsidRDefault="00256D90" w:rsidP="00AF7EBF">
      <w:pPr>
        <w:tabs>
          <w:tab w:val="left" w:pos="7020"/>
        </w:tabs>
        <w:rPr>
          <w:rFonts w:cs="Times New Roman"/>
          <w:color w:val="000000" w:themeColor="text1"/>
          <w:u w:val="single"/>
          <w:rtl/>
        </w:rPr>
      </w:pPr>
    </w:p>
    <w:p w:rsidR="00256D90" w:rsidRDefault="00256D90" w:rsidP="00AF7EBF">
      <w:pPr>
        <w:tabs>
          <w:tab w:val="left" w:pos="7020"/>
        </w:tabs>
        <w:rPr>
          <w:rFonts w:cs="Times New Roman"/>
          <w:color w:val="000000" w:themeColor="text1"/>
          <w:u w:val="single"/>
          <w:rtl/>
        </w:rPr>
      </w:pPr>
    </w:p>
    <w:p w:rsidR="00AD73CC" w:rsidRDefault="00AD73CC" w:rsidP="00AF7EBF">
      <w:pPr>
        <w:tabs>
          <w:tab w:val="left" w:pos="7020"/>
        </w:tabs>
        <w:rPr>
          <w:rFonts w:cs="Times New Roman"/>
          <w:color w:val="000000" w:themeColor="text1"/>
          <w:u w:val="single"/>
          <w:rtl/>
        </w:rPr>
      </w:pPr>
    </w:p>
    <w:p w:rsidR="00AD73CC" w:rsidRDefault="00AD73CC" w:rsidP="00AF7EBF">
      <w:pPr>
        <w:tabs>
          <w:tab w:val="left" w:pos="7020"/>
        </w:tabs>
        <w:rPr>
          <w:rFonts w:cs="Times New Roman"/>
          <w:color w:val="000000" w:themeColor="text1"/>
          <w:u w:val="single"/>
          <w:rtl/>
        </w:rPr>
      </w:pPr>
    </w:p>
    <w:p w:rsidR="00AD73CC" w:rsidRDefault="00AD73CC" w:rsidP="00AF7EBF">
      <w:pPr>
        <w:tabs>
          <w:tab w:val="left" w:pos="7020"/>
        </w:tabs>
        <w:rPr>
          <w:rFonts w:cs="Times New Roman"/>
          <w:color w:val="000000" w:themeColor="text1"/>
          <w:u w:val="single"/>
          <w:rtl/>
        </w:rPr>
      </w:pPr>
    </w:p>
    <w:p w:rsidR="00AD73CC" w:rsidRDefault="00AD73CC" w:rsidP="00AF7EBF">
      <w:pPr>
        <w:tabs>
          <w:tab w:val="left" w:pos="7020"/>
        </w:tabs>
        <w:rPr>
          <w:rFonts w:cs="Times New Roman"/>
          <w:color w:val="000000" w:themeColor="text1"/>
          <w:u w:val="single"/>
          <w:rtl/>
        </w:rPr>
      </w:pPr>
    </w:p>
    <w:p w:rsidR="00AD73CC" w:rsidRDefault="00AD73CC" w:rsidP="00AF7EBF">
      <w:pPr>
        <w:tabs>
          <w:tab w:val="left" w:pos="7020"/>
        </w:tabs>
        <w:rPr>
          <w:rFonts w:cs="Times New Roman"/>
          <w:color w:val="000000" w:themeColor="text1"/>
          <w:u w:val="single"/>
          <w:rtl/>
        </w:rPr>
      </w:pPr>
    </w:p>
    <w:p w:rsidR="00AD73CC" w:rsidRDefault="00AD73CC" w:rsidP="00AF7EBF">
      <w:pPr>
        <w:tabs>
          <w:tab w:val="left" w:pos="7020"/>
        </w:tabs>
        <w:rPr>
          <w:rFonts w:cs="Times New Roman"/>
          <w:color w:val="000000" w:themeColor="text1"/>
          <w:u w:val="single"/>
          <w:rtl/>
        </w:rPr>
      </w:pPr>
    </w:p>
    <w:p w:rsidR="00AD73CC" w:rsidRDefault="00AD73CC" w:rsidP="00AF7EBF">
      <w:pPr>
        <w:tabs>
          <w:tab w:val="left" w:pos="7020"/>
        </w:tabs>
        <w:rPr>
          <w:rFonts w:cs="Times New Roman"/>
          <w:color w:val="000000" w:themeColor="text1"/>
          <w:u w:val="single"/>
          <w:rtl/>
        </w:rPr>
      </w:pPr>
    </w:p>
    <w:p w:rsidR="00AD73CC" w:rsidRDefault="00AD73CC" w:rsidP="00AF7EBF">
      <w:pPr>
        <w:tabs>
          <w:tab w:val="left" w:pos="7020"/>
        </w:tabs>
        <w:rPr>
          <w:rFonts w:cs="Times New Roman"/>
          <w:color w:val="000000" w:themeColor="text1"/>
          <w:u w:val="single"/>
          <w:rtl/>
        </w:rPr>
      </w:pPr>
    </w:p>
    <w:p w:rsidR="00AD73CC" w:rsidRDefault="00AD73CC" w:rsidP="00AF7EBF">
      <w:pPr>
        <w:tabs>
          <w:tab w:val="left" w:pos="7020"/>
        </w:tabs>
        <w:rPr>
          <w:rFonts w:cs="Times New Roman"/>
          <w:color w:val="000000" w:themeColor="text1"/>
          <w:u w:val="single"/>
          <w:rtl/>
        </w:rPr>
      </w:pPr>
    </w:p>
    <w:p w:rsidR="005A7EB5" w:rsidRDefault="005A7EB5" w:rsidP="005A7EB5">
      <w:pPr>
        <w:tabs>
          <w:tab w:val="left" w:pos="7020"/>
        </w:tabs>
        <w:rPr>
          <w:rFonts w:cs="Times New Roman"/>
          <w:color w:val="000000" w:themeColor="text1"/>
          <w:u w:val="single"/>
          <w:rtl/>
        </w:rPr>
      </w:pPr>
      <w:r w:rsidRPr="005A7EB5">
        <w:rPr>
          <w:rFonts w:ascii="Segoe UI Emoji" w:hAnsi="Segoe UI Emoji" w:cs="Segoe UI Emoji"/>
          <w:color w:val="000000" w:themeColor="text1"/>
          <w:u w:val="single"/>
        </w:rPr>
        <w:t>📌</w:t>
      </w:r>
      <w:r w:rsidRPr="005A7EB5">
        <w:rPr>
          <w:rFonts w:cs="Times New Roman"/>
          <w:color w:val="000000" w:themeColor="text1"/>
          <w:u w:val="single"/>
        </w:rPr>
        <w:t xml:space="preserve"> </w:t>
      </w:r>
      <w:r w:rsidRPr="005A7EB5">
        <w:rPr>
          <w:rFonts w:cs="Times New Roman" w:hint="cs"/>
          <w:color w:val="000000" w:themeColor="text1"/>
          <w:u w:val="single"/>
          <w:rtl/>
        </w:rPr>
        <w:t>الخطوة</w:t>
      </w:r>
      <w:r w:rsidRPr="005A7EB5">
        <w:rPr>
          <w:rFonts w:cs="Times New Roman"/>
          <w:color w:val="000000" w:themeColor="text1"/>
          <w:u w:val="single"/>
          <w:rtl/>
        </w:rPr>
        <w:t xml:space="preserve"> </w:t>
      </w:r>
      <w:r w:rsidRPr="005A7EB5">
        <w:rPr>
          <w:rFonts w:cs="Times New Roman" w:hint="cs"/>
          <w:color w:val="000000" w:themeColor="text1"/>
          <w:u w:val="single"/>
          <w:rtl/>
        </w:rPr>
        <w:t>رقم</w:t>
      </w:r>
      <w:r w:rsidRPr="005A7EB5">
        <w:rPr>
          <w:rFonts w:cs="Times New Roman"/>
          <w:color w:val="000000" w:themeColor="text1"/>
          <w:u w:val="single"/>
          <w:rtl/>
        </w:rPr>
        <w:t xml:space="preserve"> (52): </w:t>
      </w:r>
      <w:r w:rsidRPr="005A7EB5">
        <w:rPr>
          <w:rFonts w:cs="Times New Roman" w:hint="cs"/>
          <w:color w:val="000000" w:themeColor="text1"/>
          <w:u w:val="single"/>
          <w:rtl/>
        </w:rPr>
        <w:t>نشر</w:t>
      </w:r>
      <w:r w:rsidRPr="005A7EB5">
        <w:rPr>
          <w:rFonts w:cs="Times New Roman"/>
          <w:color w:val="000000" w:themeColor="text1"/>
          <w:u w:val="single"/>
          <w:rtl/>
        </w:rPr>
        <w:t xml:space="preserve"> </w:t>
      </w:r>
      <w:r w:rsidRPr="005A7EB5">
        <w:rPr>
          <w:rFonts w:cs="Times New Roman" w:hint="cs"/>
          <w:color w:val="000000" w:themeColor="text1"/>
          <w:u w:val="single"/>
          <w:rtl/>
        </w:rPr>
        <w:t>نظام</w:t>
      </w:r>
      <w:r w:rsidRPr="005A7EB5">
        <w:rPr>
          <w:rFonts w:cs="Times New Roman"/>
          <w:color w:val="000000" w:themeColor="text1"/>
          <w:u w:val="single"/>
          <w:rtl/>
        </w:rPr>
        <w:t xml:space="preserve"> </w:t>
      </w:r>
      <w:r w:rsidRPr="005A7EB5">
        <w:rPr>
          <w:rFonts w:cs="Times New Roman" w:hint="cs"/>
          <w:color w:val="000000" w:themeColor="text1"/>
          <w:u w:val="single"/>
          <w:rtl/>
        </w:rPr>
        <w:t>كشف</w:t>
      </w:r>
      <w:r w:rsidRPr="005A7EB5">
        <w:rPr>
          <w:rFonts w:cs="Times New Roman"/>
          <w:color w:val="000000" w:themeColor="text1"/>
          <w:u w:val="single"/>
          <w:rtl/>
        </w:rPr>
        <w:t xml:space="preserve"> </w:t>
      </w:r>
      <w:r w:rsidRPr="005A7EB5">
        <w:rPr>
          <w:rFonts w:cs="Times New Roman" w:hint="cs"/>
          <w:color w:val="000000" w:themeColor="text1"/>
          <w:u w:val="single"/>
          <w:rtl/>
        </w:rPr>
        <w:t>ومنع</w:t>
      </w:r>
      <w:r w:rsidRPr="005A7EB5">
        <w:rPr>
          <w:rFonts w:cs="Times New Roman"/>
          <w:color w:val="000000" w:themeColor="text1"/>
          <w:u w:val="single"/>
          <w:rtl/>
        </w:rPr>
        <w:t xml:space="preserve"> </w:t>
      </w:r>
      <w:r w:rsidRPr="005A7EB5">
        <w:rPr>
          <w:rFonts w:cs="Times New Roman" w:hint="cs"/>
          <w:color w:val="000000" w:themeColor="text1"/>
          <w:u w:val="single"/>
          <w:rtl/>
        </w:rPr>
        <w:t>التسلل</w:t>
      </w:r>
      <w:r w:rsidRPr="005A7EB5">
        <w:rPr>
          <w:rFonts w:cs="Times New Roman"/>
          <w:color w:val="000000" w:themeColor="text1"/>
          <w:u w:val="single"/>
        </w:rPr>
        <w:t xml:space="preserve"> </w:t>
      </w:r>
    </w:p>
    <w:p w:rsidR="005A7EB5" w:rsidRPr="005A7EB5" w:rsidRDefault="005A7EB5" w:rsidP="005A7EB5">
      <w:pPr>
        <w:tabs>
          <w:tab w:val="left" w:pos="7020"/>
        </w:tabs>
        <w:rPr>
          <w:rFonts w:cs="Times New Roman"/>
          <w:color w:val="000000" w:themeColor="text1"/>
          <w:u w:val="single"/>
        </w:rPr>
      </w:pPr>
      <w:r w:rsidRPr="005A7EB5">
        <w:rPr>
          <w:rFonts w:cs="Times New Roman"/>
          <w:color w:val="000000" w:themeColor="text1"/>
          <w:u w:val="single"/>
        </w:rPr>
        <w:t>(IDS/IPS via Suricata)</w:t>
      </w:r>
    </w:p>
    <w:p w:rsidR="005A7EB5" w:rsidRPr="005A7EB5" w:rsidRDefault="005A7EB5" w:rsidP="005A7EB5">
      <w:pPr>
        <w:tabs>
          <w:tab w:val="left" w:pos="7020"/>
        </w:tabs>
        <w:rPr>
          <w:rFonts w:cs="Times New Roman"/>
          <w:color w:val="000000" w:themeColor="text1"/>
          <w:u w:val="single"/>
        </w:rPr>
      </w:pPr>
      <w:r w:rsidRPr="005A7EB5">
        <w:rPr>
          <w:rFonts w:cs="Times New Roman" w:hint="cs"/>
          <w:color w:val="000000" w:themeColor="text1"/>
          <w:u w:val="single"/>
          <w:rtl/>
        </w:rPr>
        <w:t>الوصف</w:t>
      </w:r>
      <w:r w:rsidRPr="005A7EB5">
        <w:rPr>
          <w:rFonts w:cs="Times New Roman"/>
          <w:color w:val="000000" w:themeColor="text1"/>
          <w:u w:val="single"/>
          <w:rtl/>
        </w:rPr>
        <w:t xml:space="preserve"> </w:t>
      </w:r>
      <w:r w:rsidRPr="005A7EB5">
        <w:rPr>
          <w:rFonts w:cs="Times New Roman" w:hint="cs"/>
          <w:color w:val="000000" w:themeColor="text1"/>
          <w:u w:val="single"/>
          <w:rtl/>
        </w:rPr>
        <w:t>الفني</w:t>
      </w:r>
      <w:r w:rsidRPr="005A7EB5">
        <w:rPr>
          <w:rFonts w:cs="Times New Roman"/>
          <w:color w:val="000000" w:themeColor="text1"/>
          <w:u w:val="single"/>
          <w:rtl/>
        </w:rPr>
        <w:t xml:space="preserve"> (</w:t>
      </w:r>
      <w:r w:rsidRPr="005A7EB5">
        <w:rPr>
          <w:rFonts w:cs="Times New Roman" w:hint="cs"/>
          <w:color w:val="000000" w:themeColor="text1"/>
          <w:u w:val="single"/>
          <w:rtl/>
        </w:rPr>
        <w:t>بالعربية</w:t>
      </w:r>
      <w:r w:rsidRPr="005A7EB5">
        <w:rPr>
          <w:rFonts w:cs="Times New Roman"/>
          <w:color w:val="000000" w:themeColor="text1"/>
          <w:u w:val="single"/>
          <w:rtl/>
        </w:rPr>
        <w:t>): "</w:t>
      </w:r>
      <w:r w:rsidRPr="005A7EB5">
        <w:rPr>
          <w:rFonts w:cs="Times New Roman" w:hint="cs"/>
          <w:color w:val="000000" w:themeColor="text1"/>
          <w:u w:val="single"/>
          <w:rtl/>
        </w:rPr>
        <w:t>لتحويل</w:t>
      </w:r>
      <w:r w:rsidRPr="005A7EB5">
        <w:rPr>
          <w:rFonts w:cs="Times New Roman"/>
          <w:color w:val="000000" w:themeColor="text1"/>
          <w:u w:val="single"/>
        </w:rPr>
        <w:t xml:space="preserve"> </w:t>
      </w:r>
      <w:proofErr w:type="spellStart"/>
      <w:r w:rsidRPr="005A7EB5">
        <w:rPr>
          <w:rFonts w:cs="Times New Roman"/>
          <w:color w:val="000000" w:themeColor="text1"/>
          <w:u w:val="single"/>
        </w:rPr>
        <w:t>pfSense</w:t>
      </w:r>
      <w:proofErr w:type="spellEnd"/>
      <w:r w:rsidRPr="005A7EB5">
        <w:rPr>
          <w:rFonts w:cs="Times New Roman"/>
          <w:color w:val="000000" w:themeColor="text1"/>
          <w:u w:val="single"/>
        </w:rPr>
        <w:t xml:space="preserve"> </w:t>
      </w:r>
      <w:r w:rsidRPr="005A7EB5">
        <w:rPr>
          <w:rFonts w:cs="Times New Roman" w:hint="cs"/>
          <w:color w:val="000000" w:themeColor="text1"/>
          <w:u w:val="single"/>
          <w:rtl/>
        </w:rPr>
        <w:t>من</w:t>
      </w:r>
      <w:r w:rsidRPr="005A7EB5">
        <w:rPr>
          <w:rFonts w:cs="Times New Roman"/>
          <w:color w:val="000000" w:themeColor="text1"/>
          <w:u w:val="single"/>
          <w:rtl/>
        </w:rPr>
        <w:t xml:space="preserve"> </w:t>
      </w:r>
      <w:r w:rsidRPr="005A7EB5">
        <w:rPr>
          <w:rFonts w:cs="Times New Roman" w:hint="cs"/>
          <w:color w:val="000000" w:themeColor="text1"/>
          <w:u w:val="single"/>
          <w:rtl/>
        </w:rPr>
        <w:t>جدار</w:t>
      </w:r>
      <w:r w:rsidRPr="005A7EB5">
        <w:rPr>
          <w:rFonts w:cs="Times New Roman"/>
          <w:color w:val="000000" w:themeColor="text1"/>
          <w:u w:val="single"/>
          <w:rtl/>
        </w:rPr>
        <w:t xml:space="preserve"> </w:t>
      </w:r>
      <w:r w:rsidRPr="005A7EB5">
        <w:rPr>
          <w:rFonts w:cs="Times New Roman" w:hint="cs"/>
          <w:color w:val="000000" w:themeColor="text1"/>
          <w:u w:val="single"/>
          <w:rtl/>
        </w:rPr>
        <w:t>حماية</w:t>
      </w:r>
      <w:r w:rsidRPr="005A7EB5">
        <w:rPr>
          <w:rFonts w:cs="Times New Roman"/>
          <w:color w:val="000000" w:themeColor="text1"/>
          <w:u w:val="single"/>
          <w:rtl/>
        </w:rPr>
        <w:t xml:space="preserve"> </w:t>
      </w:r>
      <w:r w:rsidRPr="005A7EB5">
        <w:rPr>
          <w:rFonts w:cs="Times New Roman" w:hint="cs"/>
          <w:color w:val="000000" w:themeColor="text1"/>
          <w:u w:val="single"/>
          <w:rtl/>
        </w:rPr>
        <w:t>تقليدي</w:t>
      </w:r>
      <w:r w:rsidRPr="005A7EB5">
        <w:rPr>
          <w:rFonts w:cs="Times New Roman"/>
          <w:color w:val="000000" w:themeColor="text1"/>
          <w:u w:val="single"/>
          <w:rtl/>
        </w:rPr>
        <w:t xml:space="preserve"> </w:t>
      </w:r>
      <w:r w:rsidRPr="005A7EB5">
        <w:rPr>
          <w:rFonts w:cs="Times New Roman" w:hint="cs"/>
          <w:color w:val="000000" w:themeColor="text1"/>
          <w:u w:val="single"/>
          <w:rtl/>
        </w:rPr>
        <w:t>إلى</w:t>
      </w:r>
      <w:r w:rsidRPr="005A7EB5">
        <w:rPr>
          <w:rFonts w:cs="Times New Roman"/>
          <w:color w:val="000000" w:themeColor="text1"/>
          <w:u w:val="single"/>
          <w:rtl/>
        </w:rPr>
        <w:t xml:space="preserve"> </w:t>
      </w:r>
      <w:r w:rsidRPr="005A7EB5">
        <w:rPr>
          <w:rFonts w:cs="Times New Roman" w:hint="cs"/>
          <w:color w:val="000000" w:themeColor="text1"/>
          <w:u w:val="single"/>
          <w:rtl/>
        </w:rPr>
        <w:t>نظام</w:t>
      </w:r>
      <w:r w:rsidRPr="005A7EB5">
        <w:rPr>
          <w:rFonts w:cs="Times New Roman"/>
          <w:color w:val="000000" w:themeColor="text1"/>
          <w:u w:val="single"/>
          <w:rtl/>
        </w:rPr>
        <w:t xml:space="preserve"> </w:t>
      </w:r>
      <w:r w:rsidRPr="005A7EB5">
        <w:rPr>
          <w:rFonts w:cs="Times New Roman" w:hint="cs"/>
          <w:color w:val="000000" w:themeColor="text1"/>
          <w:u w:val="single"/>
          <w:rtl/>
        </w:rPr>
        <w:t>حماية</w:t>
      </w:r>
      <w:r w:rsidRPr="005A7EB5">
        <w:rPr>
          <w:rFonts w:cs="Times New Roman"/>
          <w:color w:val="000000" w:themeColor="text1"/>
          <w:u w:val="single"/>
          <w:rtl/>
        </w:rPr>
        <w:t xml:space="preserve"> </w:t>
      </w:r>
      <w:r w:rsidRPr="005A7EB5">
        <w:rPr>
          <w:rFonts w:cs="Times New Roman" w:hint="cs"/>
          <w:color w:val="000000" w:themeColor="text1"/>
          <w:u w:val="single"/>
          <w:rtl/>
        </w:rPr>
        <w:t>استباقي</w:t>
      </w:r>
      <w:r w:rsidRPr="005A7EB5">
        <w:rPr>
          <w:rFonts w:cs="Times New Roman"/>
          <w:color w:val="000000" w:themeColor="text1"/>
          <w:u w:val="single"/>
          <w:rtl/>
        </w:rPr>
        <w:t xml:space="preserve">، </w:t>
      </w:r>
      <w:r w:rsidRPr="005A7EB5">
        <w:rPr>
          <w:rFonts w:cs="Times New Roman" w:hint="cs"/>
          <w:color w:val="000000" w:themeColor="text1"/>
          <w:u w:val="single"/>
          <w:rtl/>
        </w:rPr>
        <w:t>تم</w:t>
      </w:r>
      <w:r w:rsidRPr="005A7EB5">
        <w:rPr>
          <w:rFonts w:cs="Times New Roman"/>
          <w:color w:val="000000" w:themeColor="text1"/>
          <w:u w:val="single"/>
          <w:rtl/>
        </w:rPr>
        <w:t xml:space="preserve"> </w:t>
      </w:r>
      <w:r w:rsidRPr="005A7EB5">
        <w:rPr>
          <w:rFonts w:cs="Times New Roman" w:hint="cs"/>
          <w:color w:val="000000" w:themeColor="text1"/>
          <w:u w:val="single"/>
          <w:rtl/>
        </w:rPr>
        <w:t>تفعيل</w:t>
      </w:r>
      <w:r w:rsidRPr="005A7EB5">
        <w:rPr>
          <w:rFonts w:cs="Times New Roman"/>
          <w:color w:val="000000" w:themeColor="text1"/>
          <w:u w:val="single"/>
          <w:rtl/>
        </w:rPr>
        <w:t xml:space="preserve"> </w:t>
      </w:r>
      <w:r w:rsidRPr="005A7EB5">
        <w:rPr>
          <w:rFonts w:cs="Times New Roman" w:hint="cs"/>
          <w:color w:val="000000" w:themeColor="text1"/>
          <w:u w:val="single"/>
          <w:rtl/>
        </w:rPr>
        <w:t>حزمة</w:t>
      </w:r>
      <w:r w:rsidRPr="005A7EB5">
        <w:rPr>
          <w:rFonts w:cs="Times New Roman"/>
          <w:color w:val="000000" w:themeColor="text1"/>
          <w:u w:val="single"/>
        </w:rPr>
        <w:t xml:space="preserve"> Suricata </w:t>
      </w:r>
      <w:r w:rsidRPr="005A7EB5">
        <w:rPr>
          <w:rFonts w:cs="Times New Roman" w:hint="cs"/>
          <w:color w:val="000000" w:themeColor="text1"/>
          <w:u w:val="single"/>
          <w:rtl/>
        </w:rPr>
        <w:t>المفتوحة</w:t>
      </w:r>
      <w:r w:rsidRPr="005A7EB5">
        <w:rPr>
          <w:rFonts w:cs="Times New Roman"/>
          <w:color w:val="000000" w:themeColor="text1"/>
          <w:u w:val="single"/>
          <w:rtl/>
        </w:rPr>
        <w:t xml:space="preserve"> </w:t>
      </w:r>
      <w:r w:rsidRPr="005A7EB5">
        <w:rPr>
          <w:rFonts w:cs="Times New Roman" w:hint="cs"/>
          <w:color w:val="000000" w:themeColor="text1"/>
          <w:u w:val="single"/>
          <w:rtl/>
        </w:rPr>
        <w:t>المصدر</w:t>
      </w:r>
      <w:r w:rsidRPr="005A7EB5">
        <w:rPr>
          <w:rFonts w:cs="Times New Roman"/>
          <w:color w:val="000000" w:themeColor="text1"/>
          <w:u w:val="single"/>
          <w:rtl/>
        </w:rPr>
        <w:t xml:space="preserve">. </w:t>
      </w:r>
      <w:r w:rsidRPr="005A7EB5">
        <w:rPr>
          <w:rFonts w:cs="Times New Roman" w:hint="cs"/>
          <w:color w:val="000000" w:themeColor="text1"/>
          <w:u w:val="single"/>
          <w:rtl/>
        </w:rPr>
        <w:t>تم</w:t>
      </w:r>
      <w:r w:rsidRPr="005A7EB5">
        <w:rPr>
          <w:rFonts w:cs="Times New Roman"/>
          <w:color w:val="000000" w:themeColor="text1"/>
          <w:u w:val="single"/>
          <w:rtl/>
        </w:rPr>
        <w:t xml:space="preserve"> </w:t>
      </w:r>
      <w:r w:rsidRPr="005A7EB5">
        <w:rPr>
          <w:rFonts w:cs="Times New Roman" w:hint="cs"/>
          <w:color w:val="000000" w:themeColor="text1"/>
          <w:u w:val="single"/>
          <w:rtl/>
        </w:rPr>
        <w:t>توجيه</w:t>
      </w:r>
      <w:r w:rsidRPr="005A7EB5">
        <w:rPr>
          <w:rFonts w:cs="Times New Roman"/>
          <w:color w:val="000000" w:themeColor="text1"/>
          <w:u w:val="single"/>
        </w:rPr>
        <w:t xml:space="preserve"> Suricata </w:t>
      </w:r>
      <w:r w:rsidRPr="005A7EB5">
        <w:rPr>
          <w:rFonts w:cs="Times New Roman" w:hint="cs"/>
          <w:color w:val="000000" w:themeColor="text1"/>
          <w:u w:val="single"/>
          <w:rtl/>
        </w:rPr>
        <w:t>لمراقبة</w:t>
      </w:r>
      <w:r w:rsidRPr="005A7EB5">
        <w:rPr>
          <w:rFonts w:cs="Times New Roman"/>
          <w:color w:val="000000" w:themeColor="text1"/>
          <w:u w:val="single"/>
          <w:rtl/>
        </w:rPr>
        <w:t xml:space="preserve"> </w:t>
      </w:r>
      <w:r w:rsidRPr="005A7EB5">
        <w:rPr>
          <w:rFonts w:cs="Times New Roman" w:hint="cs"/>
          <w:color w:val="000000" w:themeColor="text1"/>
          <w:u w:val="single"/>
          <w:rtl/>
        </w:rPr>
        <w:t>حركة</w:t>
      </w:r>
      <w:r w:rsidRPr="005A7EB5">
        <w:rPr>
          <w:rFonts w:cs="Times New Roman"/>
          <w:color w:val="000000" w:themeColor="text1"/>
          <w:u w:val="single"/>
          <w:rtl/>
        </w:rPr>
        <w:t xml:space="preserve"> </w:t>
      </w:r>
      <w:r w:rsidRPr="005A7EB5">
        <w:rPr>
          <w:rFonts w:cs="Times New Roman" w:hint="cs"/>
          <w:color w:val="000000" w:themeColor="text1"/>
          <w:u w:val="single"/>
          <w:rtl/>
        </w:rPr>
        <w:t>المرور</w:t>
      </w:r>
      <w:r w:rsidRPr="005A7EB5">
        <w:rPr>
          <w:rFonts w:cs="Times New Roman"/>
          <w:color w:val="000000" w:themeColor="text1"/>
          <w:u w:val="single"/>
          <w:rtl/>
        </w:rPr>
        <w:t xml:space="preserve"> </w:t>
      </w:r>
      <w:r w:rsidRPr="005A7EB5">
        <w:rPr>
          <w:rFonts w:cs="Times New Roman" w:hint="cs"/>
          <w:color w:val="000000" w:themeColor="text1"/>
          <w:u w:val="single"/>
          <w:rtl/>
        </w:rPr>
        <w:t>على</w:t>
      </w:r>
      <w:r w:rsidRPr="005A7EB5">
        <w:rPr>
          <w:rFonts w:cs="Times New Roman"/>
          <w:color w:val="000000" w:themeColor="text1"/>
          <w:u w:val="single"/>
          <w:rtl/>
        </w:rPr>
        <w:t xml:space="preserve"> </w:t>
      </w:r>
      <w:r w:rsidRPr="005A7EB5">
        <w:rPr>
          <w:rFonts w:cs="Times New Roman" w:hint="cs"/>
          <w:color w:val="000000" w:themeColor="text1"/>
          <w:u w:val="single"/>
          <w:rtl/>
        </w:rPr>
        <w:t>واجهة</w:t>
      </w:r>
      <w:r w:rsidRPr="005A7EB5">
        <w:rPr>
          <w:rFonts w:cs="Times New Roman"/>
          <w:color w:val="000000" w:themeColor="text1"/>
          <w:u w:val="single"/>
          <w:rtl/>
        </w:rPr>
        <w:t xml:space="preserve"> </w:t>
      </w:r>
      <w:r w:rsidRPr="005A7EB5">
        <w:rPr>
          <w:rFonts w:cs="Times New Roman" w:hint="cs"/>
          <w:color w:val="000000" w:themeColor="text1"/>
          <w:u w:val="single"/>
          <w:rtl/>
        </w:rPr>
        <w:t>الـ</w:t>
      </w:r>
      <w:r w:rsidRPr="005A7EB5">
        <w:rPr>
          <w:rFonts w:cs="Times New Roman"/>
          <w:color w:val="000000" w:themeColor="text1"/>
          <w:u w:val="single"/>
        </w:rPr>
        <w:t xml:space="preserve"> WAN </w:t>
      </w:r>
      <w:r w:rsidRPr="005A7EB5">
        <w:rPr>
          <w:rFonts w:cs="Times New Roman" w:hint="cs"/>
          <w:color w:val="000000" w:themeColor="text1"/>
          <w:u w:val="single"/>
          <w:rtl/>
        </w:rPr>
        <w:t>وتفعيل</w:t>
      </w:r>
      <w:r w:rsidRPr="005A7EB5">
        <w:rPr>
          <w:rFonts w:cs="Times New Roman"/>
          <w:color w:val="000000" w:themeColor="text1"/>
          <w:u w:val="single"/>
          <w:rtl/>
        </w:rPr>
        <w:t xml:space="preserve"> </w:t>
      </w:r>
      <w:r w:rsidRPr="005A7EB5">
        <w:rPr>
          <w:rFonts w:cs="Times New Roman" w:hint="cs"/>
          <w:color w:val="000000" w:themeColor="text1"/>
          <w:u w:val="single"/>
          <w:rtl/>
        </w:rPr>
        <w:t>وضع</w:t>
      </w:r>
      <w:r w:rsidRPr="005A7EB5">
        <w:rPr>
          <w:rFonts w:cs="Times New Roman"/>
          <w:color w:val="000000" w:themeColor="text1"/>
          <w:u w:val="single"/>
          <w:rtl/>
        </w:rPr>
        <w:t xml:space="preserve"> </w:t>
      </w:r>
      <w:r w:rsidRPr="005A7EB5">
        <w:rPr>
          <w:rFonts w:cs="Times New Roman" w:hint="cs"/>
          <w:color w:val="000000" w:themeColor="text1"/>
          <w:u w:val="single"/>
          <w:rtl/>
        </w:rPr>
        <w:t>المنع</w:t>
      </w:r>
      <w:r w:rsidRPr="005A7EB5">
        <w:rPr>
          <w:rFonts w:cs="Times New Roman"/>
          <w:color w:val="000000" w:themeColor="text1"/>
          <w:u w:val="single"/>
        </w:rPr>
        <w:t xml:space="preserve"> (IPS Mode). </w:t>
      </w:r>
      <w:r w:rsidRPr="005A7EB5">
        <w:rPr>
          <w:rFonts w:cs="Times New Roman" w:hint="cs"/>
          <w:color w:val="000000" w:themeColor="text1"/>
          <w:u w:val="single"/>
          <w:rtl/>
        </w:rPr>
        <w:t>تم</w:t>
      </w:r>
      <w:r w:rsidRPr="005A7EB5">
        <w:rPr>
          <w:rFonts w:cs="Times New Roman"/>
          <w:color w:val="000000" w:themeColor="text1"/>
          <w:u w:val="single"/>
          <w:rtl/>
        </w:rPr>
        <w:t xml:space="preserve"> </w:t>
      </w:r>
      <w:r w:rsidRPr="005A7EB5">
        <w:rPr>
          <w:rFonts w:cs="Times New Roman" w:hint="cs"/>
          <w:color w:val="000000" w:themeColor="text1"/>
          <w:u w:val="single"/>
          <w:rtl/>
        </w:rPr>
        <w:t>تطبيق</w:t>
      </w:r>
      <w:r w:rsidRPr="005A7EB5">
        <w:rPr>
          <w:rFonts w:cs="Times New Roman"/>
          <w:color w:val="000000" w:themeColor="text1"/>
          <w:u w:val="single"/>
          <w:rtl/>
        </w:rPr>
        <w:t xml:space="preserve"> </w:t>
      </w:r>
      <w:r w:rsidRPr="005A7EB5">
        <w:rPr>
          <w:rFonts w:cs="Times New Roman" w:hint="cs"/>
          <w:color w:val="000000" w:themeColor="text1"/>
          <w:u w:val="single"/>
          <w:rtl/>
        </w:rPr>
        <w:t>قواعد</w:t>
      </w:r>
      <w:r w:rsidRPr="005A7EB5">
        <w:rPr>
          <w:rFonts w:cs="Times New Roman"/>
          <w:color w:val="000000" w:themeColor="text1"/>
          <w:u w:val="single"/>
          <w:rtl/>
        </w:rPr>
        <w:t xml:space="preserve"> </w:t>
      </w:r>
      <w:r w:rsidRPr="005A7EB5">
        <w:rPr>
          <w:rFonts w:cs="Times New Roman" w:hint="cs"/>
          <w:color w:val="000000" w:themeColor="text1"/>
          <w:u w:val="single"/>
          <w:rtl/>
        </w:rPr>
        <w:t>الكشف</w:t>
      </w:r>
      <w:r w:rsidRPr="005A7EB5">
        <w:rPr>
          <w:rFonts w:cs="Times New Roman"/>
          <w:color w:val="000000" w:themeColor="text1"/>
          <w:u w:val="single"/>
        </w:rPr>
        <w:t xml:space="preserve"> (Signature-based Detection) </w:t>
      </w:r>
      <w:r w:rsidRPr="005A7EB5">
        <w:rPr>
          <w:rFonts w:cs="Times New Roman" w:hint="cs"/>
          <w:color w:val="000000" w:themeColor="text1"/>
          <w:u w:val="single"/>
          <w:rtl/>
        </w:rPr>
        <w:t>لاعتراض</w:t>
      </w:r>
      <w:r w:rsidRPr="005A7EB5">
        <w:rPr>
          <w:rFonts w:cs="Times New Roman"/>
          <w:color w:val="000000" w:themeColor="text1"/>
          <w:u w:val="single"/>
          <w:rtl/>
        </w:rPr>
        <w:t xml:space="preserve"> </w:t>
      </w:r>
      <w:r w:rsidRPr="005A7EB5">
        <w:rPr>
          <w:rFonts w:cs="Times New Roman" w:hint="cs"/>
          <w:color w:val="000000" w:themeColor="text1"/>
          <w:u w:val="single"/>
          <w:rtl/>
        </w:rPr>
        <w:t>محاولات</w:t>
      </w:r>
      <w:r w:rsidRPr="005A7EB5">
        <w:rPr>
          <w:rFonts w:cs="Times New Roman"/>
          <w:color w:val="000000" w:themeColor="text1"/>
          <w:u w:val="single"/>
          <w:rtl/>
        </w:rPr>
        <w:t xml:space="preserve"> </w:t>
      </w:r>
      <w:r w:rsidRPr="005A7EB5">
        <w:rPr>
          <w:rFonts w:cs="Times New Roman" w:hint="cs"/>
          <w:color w:val="000000" w:themeColor="text1"/>
          <w:u w:val="single"/>
          <w:rtl/>
        </w:rPr>
        <w:t>المسح</w:t>
      </w:r>
      <w:r w:rsidRPr="005A7EB5">
        <w:rPr>
          <w:rFonts w:cs="Times New Roman"/>
          <w:color w:val="000000" w:themeColor="text1"/>
          <w:u w:val="single"/>
          <w:rtl/>
        </w:rPr>
        <w:t xml:space="preserve"> </w:t>
      </w:r>
      <w:r w:rsidRPr="005A7EB5">
        <w:rPr>
          <w:rFonts w:cs="Times New Roman" w:hint="cs"/>
          <w:color w:val="000000" w:themeColor="text1"/>
          <w:u w:val="single"/>
          <w:rtl/>
        </w:rPr>
        <w:t>الشبكي</w:t>
      </w:r>
      <w:r w:rsidRPr="005A7EB5">
        <w:rPr>
          <w:rFonts w:cs="Times New Roman"/>
          <w:color w:val="000000" w:themeColor="text1"/>
          <w:u w:val="single"/>
        </w:rPr>
        <w:t xml:space="preserve"> (Nmap) </w:t>
      </w:r>
      <w:r w:rsidRPr="005A7EB5">
        <w:rPr>
          <w:rFonts w:cs="Times New Roman" w:hint="cs"/>
          <w:color w:val="000000" w:themeColor="text1"/>
          <w:u w:val="single"/>
          <w:rtl/>
        </w:rPr>
        <w:t>وهجمات</w:t>
      </w:r>
      <w:r w:rsidRPr="005A7EB5">
        <w:rPr>
          <w:rFonts w:cs="Times New Roman"/>
          <w:color w:val="000000" w:themeColor="text1"/>
          <w:u w:val="single"/>
          <w:rtl/>
        </w:rPr>
        <w:t xml:space="preserve"> </w:t>
      </w:r>
      <w:r w:rsidRPr="005A7EB5">
        <w:rPr>
          <w:rFonts w:cs="Times New Roman" w:hint="cs"/>
          <w:color w:val="000000" w:themeColor="text1"/>
          <w:u w:val="single"/>
          <w:rtl/>
        </w:rPr>
        <w:t>حجب</w:t>
      </w:r>
      <w:r w:rsidRPr="005A7EB5">
        <w:rPr>
          <w:rFonts w:cs="Times New Roman"/>
          <w:color w:val="000000" w:themeColor="text1"/>
          <w:u w:val="single"/>
          <w:rtl/>
        </w:rPr>
        <w:t xml:space="preserve"> </w:t>
      </w:r>
      <w:r w:rsidRPr="005A7EB5">
        <w:rPr>
          <w:rFonts w:cs="Times New Roman" w:hint="cs"/>
          <w:color w:val="000000" w:themeColor="text1"/>
          <w:u w:val="single"/>
          <w:rtl/>
        </w:rPr>
        <w:t>الخدمة</w:t>
      </w:r>
      <w:r w:rsidRPr="005A7EB5">
        <w:rPr>
          <w:rFonts w:cs="Times New Roman"/>
          <w:color w:val="000000" w:themeColor="text1"/>
          <w:u w:val="single"/>
        </w:rPr>
        <w:t xml:space="preserve"> (DoS) </w:t>
      </w:r>
      <w:r w:rsidRPr="005A7EB5">
        <w:rPr>
          <w:rFonts w:cs="Times New Roman" w:hint="cs"/>
          <w:color w:val="000000" w:themeColor="text1"/>
          <w:u w:val="single"/>
          <w:rtl/>
        </w:rPr>
        <w:t>وإسقاط</w:t>
      </w:r>
      <w:r w:rsidRPr="005A7EB5">
        <w:rPr>
          <w:rFonts w:cs="Times New Roman"/>
          <w:color w:val="000000" w:themeColor="text1"/>
          <w:u w:val="single"/>
          <w:rtl/>
        </w:rPr>
        <w:t xml:space="preserve"> </w:t>
      </w:r>
      <w:r w:rsidRPr="005A7EB5">
        <w:rPr>
          <w:rFonts w:cs="Times New Roman" w:hint="cs"/>
          <w:color w:val="000000" w:themeColor="text1"/>
          <w:u w:val="single"/>
          <w:rtl/>
        </w:rPr>
        <w:t>الاتصالات</w:t>
      </w:r>
      <w:r w:rsidRPr="005A7EB5">
        <w:rPr>
          <w:rFonts w:cs="Times New Roman"/>
          <w:color w:val="000000" w:themeColor="text1"/>
          <w:u w:val="single"/>
          <w:rtl/>
        </w:rPr>
        <w:t xml:space="preserve"> </w:t>
      </w:r>
      <w:r w:rsidRPr="005A7EB5">
        <w:rPr>
          <w:rFonts w:cs="Times New Roman" w:hint="cs"/>
          <w:color w:val="000000" w:themeColor="text1"/>
          <w:u w:val="single"/>
          <w:rtl/>
        </w:rPr>
        <w:t>الضارة</w:t>
      </w:r>
      <w:r w:rsidRPr="005A7EB5">
        <w:rPr>
          <w:rFonts w:cs="Times New Roman"/>
          <w:color w:val="000000" w:themeColor="text1"/>
          <w:u w:val="single"/>
          <w:rtl/>
        </w:rPr>
        <w:t xml:space="preserve"> </w:t>
      </w:r>
      <w:r w:rsidRPr="005A7EB5">
        <w:rPr>
          <w:rFonts w:cs="Times New Roman" w:hint="cs"/>
          <w:color w:val="000000" w:themeColor="text1"/>
          <w:u w:val="single"/>
          <w:rtl/>
        </w:rPr>
        <w:t>فوراً</w:t>
      </w:r>
      <w:r w:rsidRPr="005A7EB5">
        <w:rPr>
          <w:rFonts w:cs="Times New Roman"/>
          <w:color w:val="000000" w:themeColor="text1"/>
          <w:u w:val="single"/>
        </w:rPr>
        <w:t xml:space="preserve"> (Drop) </w:t>
      </w:r>
      <w:r w:rsidRPr="005A7EB5">
        <w:rPr>
          <w:rFonts w:cs="Times New Roman" w:hint="cs"/>
          <w:color w:val="000000" w:themeColor="text1"/>
          <w:u w:val="single"/>
          <w:rtl/>
        </w:rPr>
        <w:t>بدلاً</w:t>
      </w:r>
      <w:r w:rsidRPr="005A7EB5">
        <w:rPr>
          <w:rFonts w:cs="Times New Roman"/>
          <w:color w:val="000000" w:themeColor="text1"/>
          <w:u w:val="single"/>
          <w:rtl/>
        </w:rPr>
        <w:t xml:space="preserve"> </w:t>
      </w:r>
      <w:r w:rsidRPr="005A7EB5">
        <w:rPr>
          <w:rFonts w:cs="Times New Roman" w:hint="cs"/>
          <w:color w:val="000000" w:themeColor="text1"/>
          <w:u w:val="single"/>
          <w:rtl/>
        </w:rPr>
        <w:t>من</w:t>
      </w:r>
      <w:r w:rsidRPr="005A7EB5">
        <w:rPr>
          <w:rFonts w:cs="Times New Roman"/>
          <w:color w:val="000000" w:themeColor="text1"/>
          <w:u w:val="single"/>
          <w:rtl/>
        </w:rPr>
        <w:t xml:space="preserve"> </w:t>
      </w:r>
      <w:r w:rsidRPr="005A7EB5">
        <w:rPr>
          <w:rFonts w:cs="Times New Roman" w:hint="cs"/>
          <w:color w:val="000000" w:themeColor="text1"/>
          <w:u w:val="single"/>
          <w:rtl/>
        </w:rPr>
        <w:t>مجرد</w:t>
      </w:r>
      <w:r w:rsidRPr="005A7EB5">
        <w:rPr>
          <w:rFonts w:cs="Times New Roman"/>
          <w:color w:val="000000" w:themeColor="text1"/>
          <w:u w:val="single"/>
          <w:rtl/>
        </w:rPr>
        <w:t xml:space="preserve"> </w:t>
      </w:r>
      <w:r w:rsidRPr="005A7EB5">
        <w:rPr>
          <w:rFonts w:cs="Times New Roman" w:hint="cs"/>
          <w:color w:val="000000" w:themeColor="text1"/>
          <w:u w:val="single"/>
          <w:rtl/>
        </w:rPr>
        <w:t>تسجيلها</w:t>
      </w:r>
      <w:r w:rsidRPr="005A7EB5">
        <w:rPr>
          <w:rFonts w:cs="Times New Roman"/>
          <w:color w:val="000000" w:themeColor="text1"/>
          <w:u w:val="single"/>
          <w:rtl/>
        </w:rPr>
        <w:t xml:space="preserve">، </w:t>
      </w:r>
      <w:r w:rsidRPr="005A7EB5">
        <w:rPr>
          <w:rFonts w:cs="Times New Roman" w:hint="cs"/>
          <w:color w:val="000000" w:themeColor="text1"/>
          <w:u w:val="single"/>
          <w:rtl/>
        </w:rPr>
        <w:t>مما</w:t>
      </w:r>
      <w:r w:rsidRPr="005A7EB5">
        <w:rPr>
          <w:rFonts w:cs="Times New Roman"/>
          <w:color w:val="000000" w:themeColor="text1"/>
          <w:u w:val="single"/>
          <w:rtl/>
        </w:rPr>
        <w:t xml:space="preserve"> </w:t>
      </w:r>
      <w:r w:rsidRPr="005A7EB5">
        <w:rPr>
          <w:rFonts w:cs="Times New Roman" w:hint="cs"/>
          <w:color w:val="000000" w:themeColor="text1"/>
          <w:u w:val="single"/>
          <w:rtl/>
        </w:rPr>
        <w:t>يوفر</w:t>
      </w:r>
      <w:r w:rsidRPr="005A7EB5">
        <w:rPr>
          <w:rFonts w:cs="Times New Roman"/>
          <w:color w:val="000000" w:themeColor="text1"/>
          <w:u w:val="single"/>
          <w:rtl/>
        </w:rPr>
        <w:t xml:space="preserve"> </w:t>
      </w:r>
      <w:r w:rsidRPr="005A7EB5">
        <w:rPr>
          <w:rFonts w:cs="Times New Roman" w:hint="cs"/>
          <w:color w:val="000000" w:themeColor="text1"/>
          <w:u w:val="single"/>
          <w:rtl/>
        </w:rPr>
        <w:t>حماية</w:t>
      </w:r>
      <w:r w:rsidRPr="005A7EB5">
        <w:rPr>
          <w:rFonts w:cs="Times New Roman"/>
          <w:color w:val="000000" w:themeColor="text1"/>
          <w:u w:val="single"/>
          <w:rtl/>
        </w:rPr>
        <w:t xml:space="preserve"> </w:t>
      </w:r>
      <w:r w:rsidRPr="005A7EB5">
        <w:rPr>
          <w:rFonts w:cs="Times New Roman" w:hint="cs"/>
          <w:color w:val="000000" w:themeColor="text1"/>
          <w:u w:val="single"/>
          <w:rtl/>
        </w:rPr>
        <w:t>عميقة</w:t>
      </w:r>
      <w:r w:rsidRPr="005A7EB5">
        <w:rPr>
          <w:rFonts w:cs="Times New Roman"/>
          <w:color w:val="000000" w:themeColor="text1"/>
          <w:u w:val="single"/>
        </w:rPr>
        <w:t xml:space="preserve"> (Deep Packet Inspection) </w:t>
      </w:r>
      <w:r w:rsidRPr="005A7EB5">
        <w:rPr>
          <w:rFonts w:cs="Times New Roman" w:hint="cs"/>
          <w:color w:val="000000" w:themeColor="text1"/>
          <w:u w:val="single"/>
          <w:rtl/>
        </w:rPr>
        <w:t>للبنية</w:t>
      </w:r>
      <w:r w:rsidRPr="005A7EB5">
        <w:rPr>
          <w:rFonts w:cs="Times New Roman"/>
          <w:color w:val="000000" w:themeColor="text1"/>
          <w:u w:val="single"/>
          <w:rtl/>
        </w:rPr>
        <w:t xml:space="preserve"> </w:t>
      </w:r>
      <w:r w:rsidRPr="005A7EB5">
        <w:rPr>
          <w:rFonts w:cs="Times New Roman" w:hint="cs"/>
          <w:color w:val="000000" w:themeColor="text1"/>
          <w:u w:val="single"/>
          <w:rtl/>
        </w:rPr>
        <w:t>التحتية</w:t>
      </w:r>
      <w:r w:rsidRPr="005A7EB5">
        <w:rPr>
          <w:rFonts w:cs="Times New Roman"/>
          <w:color w:val="000000" w:themeColor="text1"/>
          <w:u w:val="single"/>
          <w:rtl/>
        </w:rPr>
        <w:t xml:space="preserve"> </w:t>
      </w:r>
      <w:r w:rsidRPr="005A7EB5">
        <w:rPr>
          <w:rFonts w:cs="Times New Roman" w:hint="cs"/>
          <w:color w:val="000000" w:themeColor="text1"/>
          <w:u w:val="single"/>
          <w:rtl/>
        </w:rPr>
        <w:t>ضد</w:t>
      </w:r>
      <w:r w:rsidRPr="005A7EB5">
        <w:rPr>
          <w:rFonts w:cs="Times New Roman"/>
          <w:color w:val="000000" w:themeColor="text1"/>
          <w:u w:val="single"/>
          <w:rtl/>
        </w:rPr>
        <w:t xml:space="preserve"> </w:t>
      </w:r>
      <w:r w:rsidRPr="005A7EB5">
        <w:rPr>
          <w:rFonts w:cs="Times New Roman" w:hint="cs"/>
          <w:color w:val="000000" w:themeColor="text1"/>
          <w:u w:val="single"/>
          <w:rtl/>
        </w:rPr>
        <w:t>الهجمات</w:t>
      </w:r>
      <w:r w:rsidRPr="005A7EB5">
        <w:rPr>
          <w:rFonts w:cs="Times New Roman"/>
          <w:color w:val="000000" w:themeColor="text1"/>
          <w:u w:val="single"/>
          <w:rtl/>
        </w:rPr>
        <w:t xml:space="preserve"> </w:t>
      </w:r>
      <w:r w:rsidRPr="005A7EB5">
        <w:rPr>
          <w:rFonts w:cs="Times New Roman" w:hint="cs"/>
          <w:color w:val="000000" w:themeColor="text1"/>
          <w:u w:val="single"/>
          <w:rtl/>
        </w:rPr>
        <w:t>الخارجية</w:t>
      </w:r>
      <w:r w:rsidRPr="005A7EB5">
        <w:rPr>
          <w:rFonts w:cs="Times New Roman"/>
          <w:color w:val="000000" w:themeColor="text1"/>
          <w:u w:val="single"/>
          <w:rtl/>
        </w:rPr>
        <w:t xml:space="preserve"> </w:t>
      </w:r>
      <w:r w:rsidRPr="005A7EB5">
        <w:rPr>
          <w:rFonts w:cs="Times New Roman" w:hint="cs"/>
          <w:color w:val="000000" w:themeColor="text1"/>
          <w:u w:val="single"/>
          <w:rtl/>
        </w:rPr>
        <w:t>المعروفة</w:t>
      </w:r>
      <w:r w:rsidRPr="005A7EB5">
        <w:rPr>
          <w:rFonts w:cs="Times New Roman"/>
          <w:color w:val="000000" w:themeColor="text1"/>
          <w:u w:val="single"/>
        </w:rPr>
        <w:t>."</w:t>
      </w:r>
    </w:p>
    <w:p w:rsidR="005A7EB5" w:rsidRPr="005A7EB5" w:rsidRDefault="005A7EB5" w:rsidP="005A7EB5">
      <w:pPr>
        <w:tabs>
          <w:tab w:val="left" w:pos="7020"/>
        </w:tabs>
        <w:rPr>
          <w:rFonts w:cs="Times New Roman"/>
          <w:color w:val="000000" w:themeColor="text1"/>
          <w:u w:val="single"/>
        </w:rPr>
      </w:pPr>
      <w:r w:rsidRPr="005A7EB5">
        <w:rPr>
          <w:rFonts w:cs="Times New Roman"/>
          <w:color w:val="000000" w:themeColor="text1"/>
          <w:u w:val="single"/>
        </w:rPr>
        <w:t xml:space="preserve">Technical Description (English): "To upgrade </w:t>
      </w:r>
      <w:proofErr w:type="spellStart"/>
      <w:r w:rsidRPr="005A7EB5">
        <w:rPr>
          <w:rFonts w:cs="Times New Roman"/>
          <w:color w:val="000000" w:themeColor="text1"/>
          <w:u w:val="single"/>
        </w:rPr>
        <w:t>pfSense</w:t>
      </w:r>
      <w:proofErr w:type="spellEnd"/>
      <w:r w:rsidRPr="005A7EB5">
        <w:rPr>
          <w:rFonts w:cs="Times New Roman"/>
          <w:color w:val="000000" w:themeColor="text1"/>
          <w:u w:val="single"/>
        </w:rPr>
        <w:t xml:space="preserve"> from a traditional firewall to a proactive protection system, the open-source Suricata package was enabled. Suricata was directed to monitor traffic on the WAN interface with IPS Mode enabled. Signature-based Detection rules were applied to intercept network scanning attempts (Nmap) and Denial of Service (DoS) attacks, immediately dropping malicious connections rather than just logging them. This provides Deep Packet Inspection for the infrastructure against known external attacks."</w:t>
      </w:r>
    </w:p>
    <w:p w:rsidR="00AD73CC" w:rsidRDefault="00AD73CC" w:rsidP="00AF7EBF">
      <w:pPr>
        <w:tabs>
          <w:tab w:val="left" w:pos="7020"/>
        </w:tabs>
        <w:rPr>
          <w:rFonts w:cs="Times New Roman"/>
          <w:color w:val="000000" w:themeColor="text1"/>
          <w:u w:val="single"/>
          <w:rtl/>
        </w:rPr>
      </w:pPr>
    </w:p>
    <w:p w:rsidR="00256D90" w:rsidRDefault="00750F75" w:rsidP="00AF7EBF">
      <w:pPr>
        <w:tabs>
          <w:tab w:val="left" w:pos="7020"/>
        </w:tabs>
        <w:rPr>
          <w:rFonts w:cs="Times New Roman"/>
          <w:color w:val="000000" w:themeColor="text1"/>
          <w:u w:val="single"/>
          <w:rtl/>
        </w:rPr>
      </w:pPr>
      <w:r>
        <w:rPr>
          <w:rFonts w:cs="Times New Roman"/>
          <w:noProof/>
          <w:color w:val="000000" w:themeColor="text1"/>
          <w:u w:val="single"/>
          <w:rtl/>
          <w:lang w:val="ar-SA"/>
        </w:rPr>
        <w:lastRenderedPageBreak/>
        <w:drawing>
          <wp:inline distT="0" distB="0" distL="0" distR="0">
            <wp:extent cx="5943600" cy="346202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نجاح تثبيت حزمة Suricata في Package Manager.png"/>
                    <pic:cNvPicPr/>
                  </pic:nvPicPr>
                  <pic:blipFill>
                    <a:blip r:embed="rId84">
                      <a:extLst>
                        <a:ext uri="{28A0092B-C50C-407E-A947-70E740481C1C}">
                          <a14:useLocalDpi xmlns:a14="http://schemas.microsoft.com/office/drawing/2010/main" val="0"/>
                        </a:ext>
                      </a:extLst>
                    </a:blip>
                    <a:stretch>
                      <a:fillRect/>
                    </a:stretch>
                  </pic:blipFill>
                  <pic:spPr>
                    <a:xfrm>
                      <a:off x="0" y="0"/>
                      <a:ext cx="5943600" cy="3462020"/>
                    </a:xfrm>
                    <a:prstGeom prst="rect">
                      <a:avLst/>
                    </a:prstGeom>
                  </pic:spPr>
                </pic:pic>
              </a:graphicData>
            </a:graphic>
          </wp:inline>
        </w:drawing>
      </w:r>
    </w:p>
    <w:p w:rsidR="00750F75" w:rsidRDefault="00750F75" w:rsidP="00AF7EBF">
      <w:pPr>
        <w:tabs>
          <w:tab w:val="left" w:pos="7020"/>
        </w:tabs>
        <w:rPr>
          <w:rFonts w:cs="Times New Roman"/>
          <w:color w:val="000000" w:themeColor="text1"/>
          <w:u w:val="single"/>
          <w:rtl/>
        </w:rPr>
      </w:pPr>
      <w:r>
        <w:rPr>
          <w:rFonts w:cs="Times New Roman"/>
          <w:noProof/>
          <w:color w:val="000000" w:themeColor="text1"/>
          <w:u w:val="single"/>
          <w:rtl/>
          <w:lang w:val="ar-SA"/>
        </w:rPr>
        <w:drawing>
          <wp:inline distT="0" distB="0" distL="0" distR="0">
            <wp:extent cx="5943600" cy="351218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تظهر حالة Suricata تعمل (Running) على واجهة WAN..png"/>
                    <pic:cNvPicPr/>
                  </pic:nvPicPr>
                  <pic:blipFill>
                    <a:blip r:embed="rId85">
                      <a:extLst>
                        <a:ext uri="{28A0092B-C50C-407E-A947-70E740481C1C}">
                          <a14:useLocalDpi xmlns:a14="http://schemas.microsoft.com/office/drawing/2010/main" val="0"/>
                        </a:ext>
                      </a:extLst>
                    </a:blip>
                    <a:stretch>
                      <a:fillRect/>
                    </a:stretch>
                  </pic:blipFill>
                  <pic:spPr>
                    <a:xfrm>
                      <a:off x="0" y="0"/>
                      <a:ext cx="5943600" cy="3512185"/>
                    </a:xfrm>
                    <a:prstGeom prst="rect">
                      <a:avLst/>
                    </a:prstGeom>
                  </pic:spPr>
                </pic:pic>
              </a:graphicData>
            </a:graphic>
          </wp:inline>
        </w:drawing>
      </w:r>
    </w:p>
    <w:p w:rsidR="00750F75" w:rsidRDefault="00750F75" w:rsidP="00AF7EBF">
      <w:pPr>
        <w:tabs>
          <w:tab w:val="left" w:pos="7020"/>
        </w:tabs>
        <w:rPr>
          <w:rFonts w:cs="Times New Roman"/>
          <w:color w:val="000000" w:themeColor="text1"/>
          <w:u w:val="single"/>
          <w:rtl/>
        </w:rPr>
      </w:pPr>
    </w:p>
    <w:p w:rsidR="00760272" w:rsidRDefault="00760272" w:rsidP="004D0F20">
      <w:pPr>
        <w:tabs>
          <w:tab w:val="left" w:pos="7020"/>
        </w:tabs>
        <w:rPr>
          <w:rFonts w:cs="Times New Roman"/>
          <w:noProof/>
          <w:color w:val="000000" w:themeColor="text1"/>
          <w:u w:val="single"/>
          <w:rtl/>
          <w:lang w:val="ar-SA"/>
        </w:rPr>
      </w:pPr>
    </w:p>
    <w:p w:rsidR="00256D90" w:rsidRDefault="004D0F20" w:rsidP="004D0F20">
      <w:pPr>
        <w:tabs>
          <w:tab w:val="left" w:pos="7020"/>
        </w:tabs>
        <w:rPr>
          <w:rFonts w:cs="Times New Roman"/>
          <w:color w:val="000000" w:themeColor="text1"/>
          <w:u w:val="single"/>
          <w:rtl/>
        </w:rPr>
      </w:pPr>
      <w:r>
        <w:rPr>
          <w:rFonts w:cs="Times New Roman"/>
          <w:noProof/>
          <w:color w:val="000000" w:themeColor="text1"/>
          <w:u w:val="single"/>
          <w:rtl/>
          <w:lang w:val="ar-SA"/>
        </w:rPr>
        <w:lastRenderedPageBreak/>
        <w:drawing>
          <wp:inline distT="0" distB="0" distL="0" distR="0">
            <wp:extent cx="5943600" cy="241173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تظهر حالة Suricata تعمل (Running) على واجهة WAN.png"/>
                    <pic:cNvPicPr/>
                  </pic:nvPicPr>
                  <pic:blipFill>
                    <a:blip r:embed="rId86">
                      <a:extLst>
                        <a:ext uri="{28A0092B-C50C-407E-A947-70E740481C1C}">
                          <a14:useLocalDpi xmlns:a14="http://schemas.microsoft.com/office/drawing/2010/main" val="0"/>
                        </a:ext>
                      </a:extLst>
                    </a:blip>
                    <a:stretch>
                      <a:fillRect/>
                    </a:stretch>
                  </pic:blipFill>
                  <pic:spPr>
                    <a:xfrm>
                      <a:off x="0" y="0"/>
                      <a:ext cx="5943600" cy="2411730"/>
                    </a:xfrm>
                    <a:prstGeom prst="rect">
                      <a:avLst/>
                    </a:prstGeom>
                  </pic:spPr>
                </pic:pic>
              </a:graphicData>
            </a:graphic>
          </wp:inline>
        </w:drawing>
      </w:r>
    </w:p>
    <w:p w:rsidR="00760272" w:rsidRDefault="00760272" w:rsidP="004D0F20">
      <w:pPr>
        <w:tabs>
          <w:tab w:val="left" w:pos="7020"/>
        </w:tabs>
        <w:rPr>
          <w:rFonts w:cs="Times New Roman"/>
          <w:color w:val="000000" w:themeColor="text1"/>
          <w:u w:val="single"/>
          <w:rtl/>
        </w:rPr>
      </w:pPr>
    </w:p>
    <w:p w:rsidR="00760272" w:rsidRDefault="00760272" w:rsidP="004D0F20">
      <w:pPr>
        <w:tabs>
          <w:tab w:val="left" w:pos="7020"/>
        </w:tabs>
        <w:rPr>
          <w:rFonts w:cs="Times New Roman"/>
          <w:color w:val="000000" w:themeColor="text1"/>
          <w:u w:val="single"/>
          <w:rtl/>
        </w:rPr>
      </w:pPr>
    </w:p>
    <w:p w:rsidR="00760272" w:rsidRDefault="00760272" w:rsidP="004D0F20">
      <w:pPr>
        <w:tabs>
          <w:tab w:val="left" w:pos="7020"/>
        </w:tabs>
        <w:rPr>
          <w:rFonts w:cs="Times New Roman"/>
          <w:color w:val="000000" w:themeColor="text1"/>
          <w:u w:val="single"/>
          <w:rtl/>
        </w:rPr>
      </w:pPr>
    </w:p>
    <w:p w:rsidR="00760272" w:rsidRDefault="00760272" w:rsidP="004D0F20">
      <w:pPr>
        <w:tabs>
          <w:tab w:val="left" w:pos="7020"/>
        </w:tabs>
        <w:rPr>
          <w:rFonts w:cs="Times New Roman"/>
          <w:color w:val="000000" w:themeColor="text1"/>
          <w:u w:val="single"/>
          <w:rtl/>
        </w:rPr>
      </w:pPr>
    </w:p>
    <w:p w:rsidR="00760272" w:rsidRDefault="00760272" w:rsidP="004D0F20">
      <w:pPr>
        <w:tabs>
          <w:tab w:val="left" w:pos="7020"/>
        </w:tabs>
        <w:rPr>
          <w:rFonts w:cs="Times New Roman"/>
          <w:color w:val="000000" w:themeColor="text1"/>
          <w:u w:val="single"/>
          <w:rtl/>
        </w:rPr>
      </w:pPr>
      <w:r>
        <w:rPr>
          <w:rFonts w:cs="Times New Roman"/>
          <w:noProof/>
          <w:color w:val="000000" w:themeColor="text1"/>
          <w:u w:val="single"/>
          <w:rtl/>
          <w:lang w:val="ar-SA"/>
        </w:rPr>
        <w:drawing>
          <wp:inline distT="0" distB="0" distL="0" distR="0">
            <wp:extent cx="5943600" cy="367411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سجل التنبيهات (Alerts) الذي رصد محاولة المسح (Nmap) وقام بإسقاطها (Drop).2.png"/>
                    <pic:cNvPicPr/>
                  </pic:nvPicPr>
                  <pic:blipFill>
                    <a:blip r:embed="rId87">
                      <a:extLst>
                        <a:ext uri="{28A0092B-C50C-407E-A947-70E740481C1C}">
                          <a14:useLocalDpi xmlns:a14="http://schemas.microsoft.com/office/drawing/2010/main" val="0"/>
                        </a:ext>
                      </a:extLst>
                    </a:blip>
                    <a:stretch>
                      <a:fillRect/>
                    </a:stretch>
                  </pic:blipFill>
                  <pic:spPr>
                    <a:xfrm>
                      <a:off x="0" y="0"/>
                      <a:ext cx="5943600" cy="3674110"/>
                    </a:xfrm>
                    <a:prstGeom prst="rect">
                      <a:avLst/>
                    </a:prstGeom>
                  </pic:spPr>
                </pic:pic>
              </a:graphicData>
            </a:graphic>
          </wp:inline>
        </w:drawing>
      </w:r>
    </w:p>
    <w:p w:rsidR="00E25092" w:rsidRDefault="00B92F1A" w:rsidP="004D0F20">
      <w:pPr>
        <w:tabs>
          <w:tab w:val="left" w:pos="7020"/>
        </w:tabs>
        <w:rPr>
          <w:rFonts w:cs="Times New Roman"/>
          <w:color w:val="000000" w:themeColor="text1"/>
          <w:u w:val="single"/>
          <w:rtl/>
        </w:rPr>
      </w:pPr>
      <w:r>
        <w:rPr>
          <w:rFonts w:cs="Times New Roman"/>
          <w:noProof/>
          <w:color w:val="000000" w:themeColor="text1"/>
          <w:u w:val="single"/>
          <w:rtl/>
          <w:lang w:val="ar-SA"/>
        </w:rPr>
        <w:lastRenderedPageBreak/>
        <w:drawing>
          <wp:inline distT="0" distB="0" distL="0" distR="0">
            <wp:extent cx="5943600" cy="360172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سجل التنبيهات (Alerts) الذي رصد محاولة المسح (Nmap) وقام بإسقاطها (Drop)..png"/>
                    <pic:cNvPicPr/>
                  </pic:nvPicPr>
                  <pic:blipFill>
                    <a:blip r:embed="rId88">
                      <a:extLst>
                        <a:ext uri="{28A0092B-C50C-407E-A947-70E740481C1C}">
                          <a14:useLocalDpi xmlns:a14="http://schemas.microsoft.com/office/drawing/2010/main" val="0"/>
                        </a:ext>
                      </a:extLst>
                    </a:blip>
                    <a:stretch>
                      <a:fillRect/>
                    </a:stretch>
                  </pic:blipFill>
                  <pic:spPr>
                    <a:xfrm>
                      <a:off x="0" y="0"/>
                      <a:ext cx="5943600" cy="3601720"/>
                    </a:xfrm>
                    <a:prstGeom prst="rect">
                      <a:avLst/>
                    </a:prstGeom>
                  </pic:spPr>
                </pic:pic>
              </a:graphicData>
            </a:graphic>
          </wp:inline>
        </w:drawing>
      </w:r>
    </w:p>
    <w:p w:rsidR="00C96F07" w:rsidRDefault="00C96F07" w:rsidP="004D0F20">
      <w:pPr>
        <w:tabs>
          <w:tab w:val="left" w:pos="7020"/>
        </w:tabs>
        <w:rPr>
          <w:rFonts w:cs="Times New Roman"/>
          <w:color w:val="000000" w:themeColor="text1"/>
          <w:u w:val="single"/>
          <w:rtl/>
        </w:rPr>
      </w:pPr>
      <w:r>
        <w:rPr>
          <w:rFonts w:cs="Times New Roman" w:hint="cs"/>
          <w:color w:val="000000" w:themeColor="text1"/>
          <w:u w:val="single"/>
          <w:rtl/>
        </w:rPr>
        <w:t>---------------------------------------------------------------------------------------------------------------------------</w:t>
      </w:r>
    </w:p>
    <w:p w:rsidR="00DF69A3" w:rsidRDefault="00DF69A3" w:rsidP="004D0F20">
      <w:pPr>
        <w:tabs>
          <w:tab w:val="left" w:pos="7020"/>
        </w:tabs>
        <w:rPr>
          <w:rFonts w:cs="Times New Roman"/>
          <w:color w:val="000000" w:themeColor="text1"/>
          <w:u w:val="single"/>
          <w:rtl/>
        </w:rPr>
      </w:pPr>
    </w:p>
    <w:p w:rsidR="003568F5" w:rsidRDefault="003568F5" w:rsidP="003568F5">
      <w:pPr>
        <w:tabs>
          <w:tab w:val="left" w:pos="7020"/>
        </w:tabs>
        <w:rPr>
          <w:rFonts w:cs="Times New Roman"/>
          <w:color w:val="000000" w:themeColor="text1"/>
          <w:u w:val="single"/>
          <w:rtl/>
        </w:rPr>
      </w:pPr>
      <w:r w:rsidRPr="003568F5">
        <w:rPr>
          <w:rFonts w:ascii="Segoe UI Emoji" w:hAnsi="Segoe UI Emoji" w:cs="Segoe UI Emoji"/>
          <w:color w:val="000000" w:themeColor="text1"/>
          <w:u w:val="single"/>
        </w:rPr>
        <w:t>📌</w:t>
      </w:r>
      <w:r w:rsidRPr="003568F5">
        <w:rPr>
          <w:rFonts w:cs="Times New Roman"/>
          <w:color w:val="000000" w:themeColor="text1"/>
          <w:u w:val="single"/>
        </w:rPr>
        <w:t xml:space="preserve"> </w:t>
      </w:r>
      <w:r w:rsidRPr="003568F5">
        <w:rPr>
          <w:rFonts w:cs="Times New Roman" w:hint="cs"/>
          <w:color w:val="000000" w:themeColor="text1"/>
          <w:u w:val="single"/>
          <w:rtl/>
        </w:rPr>
        <w:t>الخطوة</w:t>
      </w:r>
      <w:r w:rsidRPr="003568F5">
        <w:rPr>
          <w:rFonts w:cs="Times New Roman"/>
          <w:color w:val="000000" w:themeColor="text1"/>
          <w:u w:val="single"/>
          <w:rtl/>
        </w:rPr>
        <w:t xml:space="preserve"> </w:t>
      </w:r>
      <w:r w:rsidRPr="003568F5">
        <w:rPr>
          <w:rFonts w:cs="Times New Roman" w:hint="cs"/>
          <w:color w:val="000000" w:themeColor="text1"/>
          <w:u w:val="single"/>
          <w:rtl/>
        </w:rPr>
        <w:t>رقم</w:t>
      </w:r>
      <w:r w:rsidRPr="003568F5">
        <w:rPr>
          <w:rFonts w:cs="Times New Roman"/>
          <w:color w:val="000000" w:themeColor="text1"/>
          <w:u w:val="single"/>
          <w:rtl/>
        </w:rPr>
        <w:t xml:space="preserve"> (53): </w:t>
      </w:r>
      <w:r w:rsidRPr="003568F5">
        <w:rPr>
          <w:rFonts w:cs="Times New Roman" w:hint="cs"/>
          <w:color w:val="000000" w:themeColor="text1"/>
          <w:u w:val="single"/>
          <w:rtl/>
        </w:rPr>
        <w:t>نظام</w:t>
      </w:r>
      <w:r w:rsidRPr="003568F5">
        <w:rPr>
          <w:rFonts w:cs="Times New Roman"/>
          <w:color w:val="000000" w:themeColor="text1"/>
          <w:u w:val="single"/>
          <w:rtl/>
        </w:rPr>
        <w:t xml:space="preserve"> </w:t>
      </w:r>
      <w:r w:rsidRPr="003568F5">
        <w:rPr>
          <w:rFonts w:cs="Times New Roman" w:hint="cs"/>
          <w:color w:val="000000" w:themeColor="text1"/>
          <w:u w:val="single"/>
          <w:rtl/>
        </w:rPr>
        <w:t>تجميع</w:t>
      </w:r>
      <w:r w:rsidRPr="003568F5">
        <w:rPr>
          <w:rFonts w:cs="Times New Roman"/>
          <w:color w:val="000000" w:themeColor="text1"/>
          <w:u w:val="single"/>
          <w:rtl/>
        </w:rPr>
        <w:t xml:space="preserve"> </w:t>
      </w:r>
      <w:r w:rsidRPr="003568F5">
        <w:rPr>
          <w:rFonts w:cs="Times New Roman" w:hint="cs"/>
          <w:color w:val="000000" w:themeColor="text1"/>
          <w:u w:val="single"/>
          <w:rtl/>
        </w:rPr>
        <w:t>السجلات</w:t>
      </w:r>
      <w:r w:rsidRPr="003568F5">
        <w:rPr>
          <w:rFonts w:cs="Times New Roman"/>
          <w:color w:val="000000" w:themeColor="text1"/>
          <w:u w:val="single"/>
          <w:rtl/>
        </w:rPr>
        <w:t xml:space="preserve"> </w:t>
      </w:r>
      <w:r w:rsidRPr="003568F5">
        <w:rPr>
          <w:rFonts w:cs="Times New Roman" w:hint="cs"/>
          <w:color w:val="000000" w:themeColor="text1"/>
          <w:u w:val="single"/>
          <w:rtl/>
        </w:rPr>
        <w:t>المركزي</w:t>
      </w:r>
      <w:r w:rsidRPr="003568F5">
        <w:rPr>
          <w:rFonts w:cs="Times New Roman"/>
          <w:color w:val="000000" w:themeColor="text1"/>
          <w:u w:val="single"/>
        </w:rPr>
        <w:t xml:space="preserve"> </w:t>
      </w:r>
    </w:p>
    <w:p w:rsidR="003568F5" w:rsidRPr="003568F5" w:rsidRDefault="003568F5" w:rsidP="003568F5">
      <w:pPr>
        <w:tabs>
          <w:tab w:val="left" w:pos="7020"/>
        </w:tabs>
        <w:rPr>
          <w:rFonts w:cs="Times New Roman"/>
          <w:color w:val="000000" w:themeColor="text1"/>
          <w:u w:val="single"/>
        </w:rPr>
      </w:pPr>
      <w:r w:rsidRPr="003568F5">
        <w:rPr>
          <w:rFonts w:cs="Times New Roman"/>
          <w:color w:val="000000" w:themeColor="text1"/>
          <w:u w:val="single"/>
        </w:rPr>
        <w:t>(Centralized Log Aggregation - SIEM Foundation)</w:t>
      </w:r>
    </w:p>
    <w:p w:rsidR="003568F5" w:rsidRPr="003568F5" w:rsidRDefault="003568F5" w:rsidP="003568F5">
      <w:pPr>
        <w:tabs>
          <w:tab w:val="left" w:pos="7020"/>
        </w:tabs>
        <w:rPr>
          <w:rFonts w:cs="Times New Roman"/>
          <w:color w:val="000000" w:themeColor="text1"/>
          <w:u w:val="single"/>
        </w:rPr>
      </w:pPr>
      <w:r w:rsidRPr="003568F5">
        <w:rPr>
          <w:rFonts w:cs="Times New Roman" w:hint="cs"/>
          <w:color w:val="000000" w:themeColor="text1"/>
          <w:u w:val="single"/>
          <w:rtl/>
        </w:rPr>
        <w:t>الوصف</w:t>
      </w:r>
      <w:r w:rsidRPr="003568F5">
        <w:rPr>
          <w:rFonts w:cs="Times New Roman"/>
          <w:color w:val="000000" w:themeColor="text1"/>
          <w:u w:val="single"/>
          <w:rtl/>
        </w:rPr>
        <w:t xml:space="preserve"> </w:t>
      </w:r>
      <w:r w:rsidRPr="003568F5">
        <w:rPr>
          <w:rFonts w:cs="Times New Roman" w:hint="cs"/>
          <w:color w:val="000000" w:themeColor="text1"/>
          <w:u w:val="single"/>
          <w:rtl/>
        </w:rPr>
        <w:t>الفني</w:t>
      </w:r>
      <w:r w:rsidRPr="003568F5">
        <w:rPr>
          <w:rFonts w:cs="Times New Roman"/>
          <w:color w:val="000000" w:themeColor="text1"/>
          <w:u w:val="single"/>
          <w:rtl/>
        </w:rPr>
        <w:t xml:space="preserve"> (</w:t>
      </w:r>
      <w:r w:rsidRPr="003568F5">
        <w:rPr>
          <w:rFonts w:cs="Times New Roman" w:hint="cs"/>
          <w:color w:val="000000" w:themeColor="text1"/>
          <w:u w:val="single"/>
          <w:rtl/>
        </w:rPr>
        <w:t>بالعربية</w:t>
      </w:r>
      <w:r w:rsidRPr="003568F5">
        <w:rPr>
          <w:rFonts w:cs="Times New Roman"/>
          <w:color w:val="000000" w:themeColor="text1"/>
          <w:u w:val="single"/>
          <w:rtl/>
        </w:rPr>
        <w:t>): "</w:t>
      </w:r>
      <w:r w:rsidRPr="003568F5">
        <w:rPr>
          <w:rFonts w:cs="Times New Roman" w:hint="cs"/>
          <w:color w:val="000000" w:themeColor="text1"/>
          <w:u w:val="single"/>
          <w:rtl/>
        </w:rPr>
        <w:t>لبناء</w:t>
      </w:r>
      <w:r w:rsidRPr="003568F5">
        <w:rPr>
          <w:rFonts w:cs="Times New Roman"/>
          <w:color w:val="000000" w:themeColor="text1"/>
          <w:u w:val="single"/>
          <w:rtl/>
        </w:rPr>
        <w:t xml:space="preserve"> </w:t>
      </w:r>
      <w:r w:rsidRPr="003568F5">
        <w:rPr>
          <w:rFonts w:cs="Times New Roman" w:hint="cs"/>
          <w:color w:val="000000" w:themeColor="text1"/>
          <w:u w:val="single"/>
          <w:rtl/>
        </w:rPr>
        <w:t>مركز</w:t>
      </w:r>
      <w:r w:rsidRPr="003568F5">
        <w:rPr>
          <w:rFonts w:cs="Times New Roman"/>
          <w:color w:val="000000" w:themeColor="text1"/>
          <w:u w:val="single"/>
          <w:rtl/>
        </w:rPr>
        <w:t xml:space="preserve"> </w:t>
      </w:r>
      <w:r w:rsidRPr="003568F5">
        <w:rPr>
          <w:rFonts w:cs="Times New Roman" w:hint="cs"/>
          <w:color w:val="000000" w:themeColor="text1"/>
          <w:u w:val="single"/>
          <w:rtl/>
        </w:rPr>
        <w:t>عمليات</w:t>
      </w:r>
      <w:r w:rsidRPr="003568F5">
        <w:rPr>
          <w:rFonts w:cs="Times New Roman"/>
          <w:color w:val="000000" w:themeColor="text1"/>
          <w:u w:val="single"/>
          <w:rtl/>
        </w:rPr>
        <w:t xml:space="preserve"> </w:t>
      </w:r>
      <w:r w:rsidRPr="003568F5">
        <w:rPr>
          <w:rFonts w:cs="Times New Roman" w:hint="cs"/>
          <w:color w:val="000000" w:themeColor="text1"/>
          <w:u w:val="single"/>
          <w:rtl/>
        </w:rPr>
        <w:t>أمنية</w:t>
      </w:r>
      <w:r w:rsidRPr="003568F5">
        <w:rPr>
          <w:rFonts w:cs="Times New Roman"/>
          <w:color w:val="000000" w:themeColor="text1"/>
          <w:u w:val="single"/>
        </w:rPr>
        <w:t xml:space="preserve"> (SOC) </w:t>
      </w:r>
      <w:r w:rsidRPr="003568F5">
        <w:rPr>
          <w:rFonts w:cs="Times New Roman" w:hint="cs"/>
          <w:color w:val="000000" w:themeColor="text1"/>
          <w:u w:val="single"/>
          <w:rtl/>
        </w:rPr>
        <w:t>بموارد</w:t>
      </w:r>
      <w:r w:rsidRPr="003568F5">
        <w:rPr>
          <w:rFonts w:cs="Times New Roman"/>
          <w:color w:val="000000" w:themeColor="text1"/>
          <w:u w:val="single"/>
          <w:rtl/>
        </w:rPr>
        <w:t xml:space="preserve"> </w:t>
      </w:r>
      <w:r w:rsidRPr="003568F5">
        <w:rPr>
          <w:rFonts w:cs="Times New Roman" w:hint="cs"/>
          <w:color w:val="000000" w:themeColor="text1"/>
          <w:u w:val="single"/>
          <w:rtl/>
        </w:rPr>
        <w:t>مُحسّنة</w:t>
      </w:r>
      <w:r w:rsidRPr="003568F5">
        <w:rPr>
          <w:rFonts w:cs="Times New Roman"/>
          <w:color w:val="000000" w:themeColor="text1"/>
          <w:u w:val="single"/>
          <w:rtl/>
        </w:rPr>
        <w:t xml:space="preserve">، </w:t>
      </w:r>
      <w:r w:rsidRPr="003568F5">
        <w:rPr>
          <w:rFonts w:cs="Times New Roman" w:hint="cs"/>
          <w:color w:val="000000" w:themeColor="text1"/>
          <w:u w:val="single"/>
          <w:rtl/>
        </w:rPr>
        <w:t>تم</w:t>
      </w:r>
      <w:r w:rsidRPr="003568F5">
        <w:rPr>
          <w:rFonts w:cs="Times New Roman"/>
          <w:color w:val="000000" w:themeColor="text1"/>
          <w:u w:val="single"/>
          <w:rtl/>
        </w:rPr>
        <w:t xml:space="preserve"> </w:t>
      </w:r>
      <w:r w:rsidRPr="003568F5">
        <w:rPr>
          <w:rFonts w:cs="Times New Roman" w:hint="cs"/>
          <w:color w:val="000000" w:themeColor="text1"/>
          <w:u w:val="single"/>
          <w:rtl/>
        </w:rPr>
        <w:t>إعداد</w:t>
      </w:r>
      <w:r w:rsidRPr="003568F5">
        <w:rPr>
          <w:rFonts w:cs="Times New Roman"/>
          <w:color w:val="000000" w:themeColor="text1"/>
          <w:u w:val="single"/>
          <w:rtl/>
        </w:rPr>
        <w:t xml:space="preserve"> </w:t>
      </w:r>
      <w:r w:rsidRPr="003568F5">
        <w:rPr>
          <w:rFonts w:cs="Times New Roman" w:hint="cs"/>
          <w:color w:val="000000" w:themeColor="text1"/>
          <w:u w:val="single"/>
          <w:rtl/>
        </w:rPr>
        <w:t>آلية</w:t>
      </w:r>
      <w:r w:rsidRPr="003568F5">
        <w:rPr>
          <w:rFonts w:cs="Times New Roman"/>
          <w:color w:val="000000" w:themeColor="text1"/>
          <w:u w:val="single"/>
          <w:rtl/>
        </w:rPr>
        <w:t xml:space="preserve"> </w:t>
      </w:r>
      <w:r w:rsidRPr="003568F5">
        <w:rPr>
          <w:rFonts w:cs="Times New Roman" w:hint="cs"/>
          <w:color w:val="000000" w:themeColor="text1"/>
          <w:u w:val="single"/>
          <w:rtl/>
        </w:rPr>
        <w:t>تجميع</w:t>
      </w:r>
      <w:r w:rsidRPr="003568F5">
        <w:rPr>
          <w:rFonts w:cs="Times New Roman"/>
          <w:color w:val="000000" w:themeColor="text1"/>
          <w:u w:val="single"/>
          <w:rtl/>
        </w:rPr>
        <w:t xml:space="preserve"> </w:t>
      </w:r>
      <w:r w:rsidRPr="003568F5">
        <w:rPr>
          <w:rFonts w:cs="Times New Roman" w:hint="cs"/>
          <w:color w:val="000000" w:themeColor="text1"/>
          <w:u w:val="single"/>
          <w:rtl/>
        </w:rPr>
        <w:t>سجلات</w:t>
      </w:r>
      <w:r w:rsidRPr="003568F5">
        <w:rPr>
          <w:rFonts w:cs="Times New Roman"/>
          <w:color w:val="000000" w:themeColor="text1"/>
          <w:u w:val="single"/>
          <w:rtl/>
        </w:rPr>
        <w:t xml:space="preserve"> </w:t>
      </w:r>
      <w:r w:rsidRPr="003568F5">
        <w:rPr>
          <w:rFonts w:cs="Times New Roman" w:hint="cs"/>
          <w:color w:val="000000" w:themeColor="text1"/>
          <w:u w:val="single"/>
          <w:rtl/>
        </w:rPr>
        <w:t>مركزية</w:t>
      </w:r>
      <w:r w:rsidRPr="003568F5">
        <w:rPr>
          <w:rFonts w:cs="Times New Roman"/>
          <w:color w:val="000000" w:themeColor="text1"/>
          <w:u w:val="single"/>
        </w:rPr>
        <w:t xml:space="preserve"> (Log Aggregation) </w:t>
      </w:r>
      <w:r w:rsidRPr="003568F5">
        <w:rPr>
          <w:rFonts w:cs="Times New Roman" w:hint="cs"/>
          <w:color w:val="000000" w:themeColor="text1"/>
          <w:u w:val="single"/>
          <w:rtl/>
        </w:rPr>
        <w:t>عبر</w:t>
      </w:r>
      <w:r w:rsidRPr="003568F5">
        <w:rPr>
          <w:rFonts w:cs="Times New Roman"/>
          <w:color w:val="000000" w:themeColor="text1"/>
          <w:u w:val="single"/>
          <w:rtl/>
        </w:rPr>
        <w:t xml:space="preserve"> </w:t>
      </w:r>
      <w:r w:rsidRPr="003568F5">
        <w:rPr>
          <w:rFonts w:cs="Times New Roman" w:hint="cs"/>
          <w:color w:val="000000" w:themeColor="text1"/>
          <w:u w:val="single"/>
          <w:rtl/>
        </w:rPr>
        <w:t>بروتوكول</w:t>
      </w:r>
      <w:r w:rsidRPr="003568F5">
        <w:rPr>
          <w:rFonts w:cs="Times New Roman"/>
          <w:color w:val="000000" w:themeColor="text1"/>
          <w:u w:val="single"/>
        </w:rPr>
        <w:t xml:space="preserve"> Syslog. </w:t>
      </w:r>
      <w:r w:rsidRPr="003568F5">
        <w:rPr>
          <w:rFonts w:cs="Times New Roman" w:hint="cs"/>
          <w:color w:val="000000" w:themeColor="text1"/>
          <w:u w:val="single"/>
          <w:rtl/>
        </w:rPr>
        <w:t>تم</w:t>
      </w:r>
      <w:r w:rsidRPr="003568F5">
        <w:rPr>
          <w:rFonts w:cs="Times New Roman"/>
          <w:color w:val="000000" w:themeColor="text1"/>
          <w:u w:val="single"/>
          <w:rtl/>
        </w:rPr>
        <w:t xml:space="preserve"> </w:t>
      </w:r>
      <w:r w:rsidRPr="003568F5">
        <w:rPr>
          <w:rFonts w:cs="Times New Roman" w:hint="cs"/>
          <w:color w:val="000000" w:themeColor="text1"/>
          <w:u w:val="single"/>
          <w:rtl/>
        </w:rPr>
        <w:t>تكوين</w:t>
      </w:r>
      <w:r w:rsidRPr="003568F5">
        <w:rPr>
          <w:rFonts w:cs="Times New Roman"/>
          <w:color w:val="000000" w:themeColor="text1"/>
          <w:u w:val="single"/>
          <w:rtl/>
        </w:rPr>
        <w:t xml:space="preserve"> </w:t>
      </w:r>
      <w:r w:rsidRPr="003568F5">
        <w:rPr>
          <w:rFonts w:cs="Times New Roman" w:hint="cs"/>
          <w:color w:val="000000" w:themeColor="text1"/>
          <w:u w:val="single"/>
          <w:rtl/>
        </w:rPr>
        <w:t>جدار</w:t>
      </w:r>
      <w:r w:rsidRPr="003568F5">
        <w:rPr>
          <w:rFonts w:cs="Times New Roman"/>
          <w:color w:val="000000" w:themeColor="text1"/>
          <w:u w:val="single"/>
          <w:rtl/>
        </w:rPr>
        <w:t xml:space="preserve"> </w:t>
      </w:r>
      <w:r w:rsidRPr="003568F5">
        <w:rPr>
          <w:rFonts w:cs="Times New Roman" w:hint="cs"/>
          <w:color w:val="000000" w:themeColor="text1"/>
          <w:u w:val="single"/>
          <w:rtl/>
        </w:rPr>
        <w:t>الحماية</w:t>
      </w:r>
      <w:r w:rsidRPr="003568F5">
        <w:rPr>
          <w:rFonts w:cs="Times New Roman"/>
          <w:color w:val="000000" w:themeColor="text1"/>
          <w:u w:val="single"/>
        </w:rPr>
        <w:t xml:space="preserve"> </w:t>
      </w:r>
      <w:proofErr w:type="spellStart"/>
      <w:r w:rsidRPr="003568F5">
        <w:rPr>
          <w:rFonts w:cs="Times New Roman"/>
          <w:color w:val="000000" w:themeColor="text1"/>
          <w:u w:val="single"/>
        </w:rPr>
        <w:t>pfSense</w:t>
      </w:r>
      <w:proofErr w:type="spellEnd"/>
      <w:r w:rsidRPr="003568F5">
        <w:rPr>
          <w:rFonts w:cs="Times New Roman"/>
          <w:color w:val="000000" w:themeColor="text1"/>
          <w:u w:val="single"/>
        </w:rPr>
        <w:t xml:space="preserve"> </w:t>
      </w:r>
      <w:r w:rsidRPr="003568F5">
        <w:rPr>
          <w:rFonts w:cs="Times New Roman" w:hint="cs"/>
          <w:color w:val="000000" w:themeColor="text1"/>
          <w:u w:val="single"/>
          <w:rtl/>
        </w:rPr>
        <w:t>لإرسال</w:t>
      </w:r>
      <w:r w:rsidRPr="003568F5">
        <w:rPr>
          <w:rFonts w:cs="Times New Roman"/>
          <w:color w:val="000000" w:themeColor="text1"/>
          <w:u w:val="single"/>
          <w:rtl/>
        </w:rPr>
        <w:t xml:space="preserve"> </w:t>
      </w:r>
      <w:r w:rsidRPr="003568F5">
        <w:rPr>
          <w:rFonts w:cs="Times New Roman" w:hint="cs"/>
          <w:color w:val="000000" w:themeColor="text1"/>
          <w:u w:val="single"/>
          <w:rtl/>
        </w:rPr>
        <w:t>كافة</w:t>
      </w:r>
      <w:r w:rsidRPr="003568F5">
        <w:rPr>
          <w:rFonts w:cs="Times New Roman"/>
          <w:color w:val="000000" w:themeColor="text1"/>
          <w:u w:val="single"/>
          <w:rtl/>
        </w:rPr>
        <w:t xml:space="preserve"> </w:t>
      </w:r>
      <w:r w:rsidRPr="003568F5">
        <w:rPr>
          <w:rFonts w:cs="Times New Roman" w:hint="cs"/>
          <w:color w:val="000000" w:themeColor="text1"/>
          <w:u w:val="single"/>
          <w:rtl/>
        </w:rPr>
        <w:t>سجلات</w:t>
      </w:r>
      <w:r w:rsidRPr="003568F5">
        <w:rPr>
          <w:rFonts w:cs="Times New Roman"/>
          <w:color w:val="000000" w:themeColor="text1"/>
          <w:u w:val="single"/>
          <w:rtl/>
        </w:rPr>
        <w:t xml:space="preserve"> </w:t>
      </w:r>
      <w:r w:rsidRPr="003568F5">
        <w:rPr>
          <w:rFonts w:cs="Times New Roman" w:hint="cs"/>
          <w:color w:val="000000" w:themeColor="text1"/>
          <w:u w:val="single"/>
          <w:rtl/>
        </w:rPr>
        <w:t>الحركة</w:t>
      </w:r>
      <w:r w:rsidRPr="003568F5">
        <w:rPr>
          <w:rFonts w:cs="Times New Roman"/>
          <w:color w:val="000000" w:themeColor="text1"/>
          <w:u w:val="single"/>
          <w:rtl/>
        </w:rPr>
        <w:t xml:space="preserve"> </w:t>
      </w:r>
      <w:r w:rsidRPr="003568F5">
        <w:rPr>
          <w:rFonts w:cs="Times New Roman" w:hint="cs"/>
          <w:color w:val="000000" w:themeColor="text1"/>
          <w:u w:val="single"/>
          <w:rtl/>
        </w:rPr>
        <w:t>والتنبيهات</w:t>
      </w:r>
      <w:r w:rsidRPr="003568F5">
        <w:rPr>
          <w:rFonts w:cs="Times New Roman"/>
          <w:color w:val="000000" w:themeColor="text1"/>
          <w:u w:val="single"/>
          <w:rtl/>
        </w:rPr>
        <w:t xml:space="preserve"> </w:t>
      </w:r>
      <w:r w:rsidRPr="003568F5">
        <w:rPr>
          <w:rFonts w:cs="Times New Roman" w:hint="cs"/>
          <w:color w:val="000000" w:themeColor="text1"/>
          <w:u w:val="single"/>
          <w:rtl/>
        </w:rPr>
        <w:t>الأمنية</w:t>
      </w:r>
      <w:r w:rsidRPr="003568F5">
        <w:rPr>
          <w:rFonts w:cs="Times New Roman"/>
          <w:color w:val="000000" w:themeColor="text1"/>
          <w:u w:val="single"/>
          <w:rtl/>
        </w:rPr>
        <w:t xml:space="preserve"> </w:t>
      </w:r>
      <w:r w:rsidRPr="003568F5">
        <w:rPr>
          <w:rFonts w:cs="Times New Roman" w:hint="cs"/>
          <w:color w:val="000000" w:themeColor="text1"/>
          <w:u w:val="single"/>
          <w:rtl/>
        </w:rPr>
        <w:t>بشكل</w:t>
      </w:r>
      <w:r w:rsidRPr="003568F5">
        <w:rPr>
          <w:rFonts w:cs="Times New Roman"/>
          <w:color w:val="000000" w:themeColor="text1"/>
          <w:u w:val="single"/>
          <w:rtl/>
        </w:rPr>
        <w:t xml:space="preserve"> </w:t>
      </w:r>
      <w:r w:rsidRPr="003568F5">
        <w:rPr>
          <w:rFonts w:cs="Times New Roman" w:hint="cs"/>
          <w:color w:val="000000" w:themeColor="text1"/>
          <w:u w:val="single"/>
          <w:rtl/>
        </w:rPr>
        <w:t>لحظي</w:t>
      </w:r>
      <w:r w:rsidRPr="003568F5">
        <w:rPr>
          <w:rFonts w:cs="Times New Roman"/>
          <w:color w:val="000000" w:themeColor="text1"/>
          <w:u w:val="single"/>
          <w:rtl/>
        </w:rPr>
        <w:t xml:space="preserve"> </w:t>
      </w:r>
      <w:r w:rsidRPr="003568F5">
        <w:rPr>
          <w:rFonts w:cs="Times New Roman" w:hint="cs"/>
          <w:color w:val="000000" w:themeColor="text1"/>
          <w:u w:val="single"/>
          <w:rtl/>
        </w:rPr>
        <w:t>إلى</w:t>
      </w:r>
      <w:r w:rsidRPr="003568F5">
        <w:rPr>
          <w:rFonts w:cs="Times New Roman"/>
          <w:color w:val="000000" w:themeColor="text1"/>
          <w:u w:val="single"/>
          <w:rtl/>
        </w:rPr>
        <w:t xml:space="preserve"> </w:t>
      </w:r>
      <w:r w:rsidRPr="003568F5">
        <w:rPr>
          <w:rFonts w:cs="Times New Roman" w:hint="cs"/>
          <w:color w:val="000000" w:themeColor="text1"/>
          <w:u w:val="single"/>
          <w:rtl/>
        </w:rPr>
        <w:t>خادم</w:t>
      </w:r>
      <w:r w:rsidRPr="003568F5">
        <w:rPr>
          <w:rFonts w:cs="Times New Roman"/>
          <w:color w:val="000000" w:themeColor="text1"/>
          <w:u w:val="single"/>
          <w:rtl/>
        </w:rPr>
        <w:t xml:space="preserve"> </w:t>
      </w:r>
      <w:r w:rsidRPr="003568F5">
        <w:rPr>
          <w:rFonts w:cs="Times New Roman" w:hint="cs"/>
          <w:color w:val="000000" w:themeColor="text1"/>
          <w:u w:val="single"/>
          <w:rtl/>
        </w:rPr>
        <w:t>تحليل</w:t>
      </w:r>
      <w:r w:rsidRPr="003568F5">
        <w:rPr>
          <w:rFonts w:cs="Times New Roman"/>
          <w:color w:val="000000" w:themeColor="text1"/>
          <w:u w:val="single"/>
          <w:rtl/>
        </w:rPr>
        <w:t xml:space="preserve"> </w:t>
      </w:r>
      <w:r w:rsidRPr="003568F5">
        <w:rPr>
          <w:rFonts w:cs="Times New Roman" w:hint="cs"/>
          <w:color w:val="000000" w:themeColor="text1"/>
          <w:u w:val="single"/>
          <w:rtl/>
        </w:rPr>
        <w:t>مركزي</w:t>
      </w:r>
      <w:r w:rsidRPr="003568F5">
        <w:rPr>
          <w:rFonts w:cs="Times New Roman"/>
          <w:color w:val="000000" w:themeColor="text1"/>
          <w:u w:val="single"/>
        </w:rPr>
        <w:t xml:space="preserve"> (Kali Linux) </w:t>
      </w:r>
      <w:r w:rsidRPr="003568F5">
        <w:rPr>
          <w:rFonts w:cs="Times New Roman" w:hint="cs"/>
          <w:color w:val="000000" w:themeColor="text1"/>
          <w:u w:val="single"/>
          <w:rtl/>
        </w:rPr>
        <w:t>عبر</w:t>
      </w:r>
      <w:r w:rsidRPr="003568F5">
        <w:rPr>
          <w:rFonts w:cs="Times New Roman"/>
          <w:color w:val="000000" w:themeColor="text1"/>
          <w:u w:val="single"/>
          <w:rtl/>
        </w:rPr>
        <w:t xml:space="preserve"> </w:t>
      </w:r>
      <w:r w:rsidRPr="003568F5">
        <w:rPr>
          <w:rFonts w:cs="Times New Roman" w:hint="cs"/>
          <w:color w:val="000000" w:themeColor="text1"/>
          <w:u w:val="single"/>
          <w:rtl/>
        </w:rPr>
        <w:t>المنفذ</w:t>
      </w:r>
      <w:r w:rsidRPr="003568F5">
        <w:rPr>
          <w:rFonts w:cs="Times New Roman"/>
          <w:color w:val="000000" w:themeColor="text1"/>
          <w:u w:val="single"/>
          <w:rtl/>
        </w:rPr>
        <w:t xml:space="preserve"> 514. </w:t>
      </w:r>
      <w:r w:rsidRPr="003568F5">
        <w:rPr>
          <w:rFonts w:cs="Times New Roman" w:hint="cs"/>
          <w:color w:val="000000" w:themeColor="text1"/>
          <w:u w:val="single"/>
          <w:rtl/>
        </w:rPr>
        <w:t>هذا</w:t>
      </w:r>
      <w:r w:rsidRPr="003568F5">
        <w:rPr>
          <w:rFonts w:cs="Times New Roman"/>
          <w:color w:val="000000" w:themeColor="text1"/>
          <w:u w:val="single"/>
          <w:rtl/>
        </w:rPr>
        <w:t xml:space="preserve"> </w:t>
      </w:r>
      <w:r w:rsidRPr="003568F5">
        <w:rPr>
          <w:rFonts w:cs="Times New Roman" w:hint="cs"/>
          <w:color w:val="000000" w:themeColor="text1"/>
          <w:u w:val="single"/>
          <w:rtl/>
        </w:rPr>
        <w:t>الإجراء</w:t>
      </w:r>
      <w:r w:rsidRPr="003568F5">
        <w:rPr>
          <w:rFonts w:cs="Times New Roman"/>
          <w:color w:val="000000" w:themeColor="text1"/>
          <w:u w:val="single"/>
          <w:rtl/>
        </w:rPr>
        <w:t xml:space="preserve"> </w:t>
      </w:r>
      <w:r w:rsidRPr="003568F5">
        <w:rPr>
          <w:rFonts w:cs="Times New Roman" w:hint="cs"/>
          <w:color w:val="000000" w:themeColor="text1"/>
          <w:u w:val="single"/>
          <w:rtl/>
        </w:rPr>
        <w:t>يمثل</w:t>
      </w:r>
      <w:r w:rsidRPr="003568F5">
        <w:rPr>
          <w:rFonts w:cs="Times New Roman"/>
          <w:color w:val="000000" w:themeColor="text1"/>
          <w:u w:val="single"/>
          <w:rtl/>
        </w:rPr>
        <w:t xml:space="preserve"> </w:t>
      </w:r>
      <w:r w:rsidRPr="003568F5">
        <w:rPr>
          <w:rFonts w:cs="Times New Roman" w:hint="cs"/>
          <w:color w:val="000000" w:themeColor="text1"/>
          <w:u w:val="single"/>
          <w:rtl/>
        </w:rPr>
        <w:t>حجر</w:t>
      </w:r>
      <w:r w:rsidRPr="003568F5">
        <w:rPr>
          <w:rFonts w:cs="Times New Roman"/>
          <w:color w:val="000000" w:themeColor="text1"/>
          <w:u w:val="single"/>
          <w:rtl/>
        </w:rPr>
        <w:t xml:space="preserve"> </w:t>
      </w:r>
      <w:r w:rsidRPr="003568F5">
        <w:rPr>
          <w:rFonts w:cs="Times New Roman" w:hint="cs"/>
          <w:color w:val="000000" w:themeColor="text1"/>
          <w:u w:val="single"/>
          <w:rtl/>
        </w:rPr>
        <w:t>الأساس</w:t>
      </w:r>
      <w:r w:rsidRPr="003568F5">
        <w:rPr>
          <w:rFonts w:cs="Times New Roman"/>
          <w:color w:val="000000" w:themeColor="text1"/>
          <w:u w:val="single"/>
          <w:rtl/>
        </w:rPr>
        <w:t xml:space="preserve"> </w:t>
      </w:r>
      <w:r w:rsidRPr="003568F5">
        <w:rPr>
          <w:rFonts w:cs="Times New Roman" w:hint="cs"/>
          <w:color w:val="000000" w:themeColor="text1"/>
          <w:u w:val="single"/>
          <w:rtl/>
        </w:rPr>
        <w:t>لنظام</w:t>
      </w:r>
      <w:r w:rsidRPr="003568F5">
        <w:rPr>
          <w:rFonts w:cs="Times New Roman"/>
          <w:color w:val="000000" w:themeColor="text1"/>
          <w:u w:val="single"/>
          <w:rtl/>
        </w:rPr>
        <w:t xml:space="preserve"> </w:t>
      </w:r>
      <w:r w:rsidRPr="003568F5">
        <w:rPr>
          <w:rFonts w:cs="Times New Roman" w:hint="cs"/>
          <w:color w:val="000000" w:themeColor="text1"/>
          <w:u w:val="single"/>
          <w:rtl/>
        </w:rPr>
        <w:t>إدارة</w:t>
      </w:r>
      <w:r w:rsidRPr="003568F5">
        <w:rPr>
          <w:rFonts w:cs="Times New Roman"/>
          <w:color w:val="000000" w:themeColor="text1"/>
          <w:u w:val="single"/>
          <w:rtl/>
        </w:rPr>
        <w:t xml:space="preserve"> </w:t>
      </w:r>
      <w:r w:rsidRPr="003568F5">
        <w:rPr>
          <w:rFonts w:cs="Times New Roman" w:hint="cs"/>
          <w:color w:val="000000" w:themeColor="text1"/>
          <w:u w:val="single"/>
          <w:rtl/>
        </w:rPr>
        <w:t>المعلومات</w:t>
      </w:r>
      <w:r w:rsidRPr="003568F5">
        <w:rPr>
          <w:rFonts w:cs="Times New Roman"/>
          <w:color w:val="000000" w:themeColor="text1"/>
          <w:u w:val="single"/>
          <w:rtl/>
        </w:rPr>
        <w:t xml:space="preserve"> </w:t>
      </w:r>
      <w:r w:rsidRPr="003568F5">
        <w:rPr>
          <w:rFonts w:cs="Times New Roman" w:hint="cs"/>
          <w:color w:val="000000" w:themeColor="text1"/>
          <w:u w:val="single"/>
          <w:rtl/>
        </w:rPr>
        <w:t>والأحداث</w:t>
      </w:r>
      <w:r w:rsidRPr="003568F5">
        <w:rPr>
          <w:rFonts w:cs="Times New Roman"/>
          <w:color w:val="000000" w:themeColor="text1"/>
          <w:u w:val="single"/>
          <w:rtl/>
        </w:rPr>
        <w:t xml:space="preserve"> </w:t>
      </w:r>
      <w:r w:rsidRPr="003568F5">
        <w:rPr>
          <w:rFonts w:cs="Times New Roman" w:hint="cs"/>
          <w:color w:val="000000" w:themeColor="text1"/>
          <w:u w:val="single"/>
          <w:rtl/>
        </w:rPr>
        <w:t>الأمنية</w:t>
      </w:r>
      <w:r w:rsidRPr="003568F5">
        <w:rPr>
          <w:rFonts w:cs="Times New Roman"/>
          <w:color w:val="000000" w:themeColor="text1"/>
          <w:u w:val="single"/>
        </w:rPr>
        <w:t xml:space="preserve"> (SIEM)</w:t>
      </w:r>
      <w:r w:rsidRPr="003568F5">
        <w:rPr>
          <w:rFonts w:cs="Times New Roman"/>
          <w:color w:val="000000" w:themeColor="text1"/>
          <w:u w:val="single"/>
          <w:rtl/>
        </w:rPr>
        <w:t xml:space="preserve">، </w:t>
      </w:r>
      <w:r w:rsidRPr="003568F5">
        <w:rPr>
          <w:rFonts w:cs="Times New Roman" w:hint="cs"/>
          <w:color w:val="000000" w:themeColor="text1"/>
          <w:u w:val="single"/>
          <w:rtl/>
        </w:rPr>
        <w:t>حيث</w:t>
      </w:r>
      <w:r w:rsidRPr="003568F5">
        <w:rPr>
          <w:rFonts w:cs="Times New Roman"/>
          <w:color w:val="000000" w:themeColor="text1"/>
          <w:u w:val="single"/>
          <w:rtl/>
        </w:rPr>
        <w:t xml:space="preserve"> </w:t>
      </w:r>
      <w:r w:rsidRPr="003568F5">
        <w:rPr>
          <w:rFonts w:cs="Times New Roman" w:hint="cs"/>
          <w:color w:val="000000" w:themeColor="text1"/>
          <w:u w:val="single"/>
          <w:rtl/>
        </w:rPr>
        <w:t>يتم</w:t>
      </w:r>
      <w:r w:rsidRPr="003568F5">
        <w:rPr>
          <w:rFonts w:cs="Times New Roman"/>
          <w:color w:val="000000" w:themeColor="text1"/>
          <w:u w:val="single"/>
          <w:rtl/>
        </w:rPr>
        <w:t xml:space="preserve"> </w:t>
      </w:r>
      <w:r w:rsidRPr="003568F5">
        <w:rPr>
          <w:rFonts w:cs="Times New Roman" w:hint="cs"/>
          <w:color w:val="000000" w:themeColor="text1"/>
          <w:u w:val="single"/>
          <w:rtl/>
        </w:rPr>
        <w:t>تجميع</w:t>
      </w:r>
      <w:r w:rsidRPr="003568F5">
        <w:rPr>
          <w:rFonts w:cs="Times New Roman"/>
          <w:color w:val="000000" w:themeColor="text1"/>
          <w:u w:val="single"/>
          <w:rtl/>
        </w:rPr>
        <w:t xml:space="preserve"> </w:t>
      </w:r>
      <w:r w:rsidRPr="003568F5">
        <w:rPr>
          <w:rFonts w:cs="Times New Roman" w:hint="cs"/>
          <w:color w:val="000000" w:themeColor="text1"/>
          <w:u w:val="single"/>
          <w:rtl/>
        </w:rPr>
        <w:t>السجلات</w:t>
      </w:r>
      <w:r w:rsidRPr="003568F5">
        <w:rPr>
          <w:rFonts w:cs="Times New Roman"/>
          <w:color w:val="000000" w:themeColor="text1"/>
          <w:u w:val="single"/>
          <w:rtl/>
        </w:rPr>
        <w:t xml:space="preserve"> </w:t>
      </w:r>
      <w:r w:rsidRPr="003568F5">
        <w:rPr>
          <w:rFonts w:cs="Times New Roman" w:hint="cs"/>
          <w:color w:val="000000" w:themeColor="text1"/>
          <w:u w:val="single"/>
          <w:rtl/>
        </w:rPr>
        <w:t>من</w:t>
      </w:r>
      <w:r w:rsidRPr="003568F5">
        <w:rPr>
          <w:rFonts w:cs="Times New Roman"/>
          <w:color w:val="000000" w:themeColor="text1"/>
          <w:u w:val="single"/>
          <w:rtl/>
        </w:rPr>
        <w:t xml:space="preserve"> </w:t>
      </w:r>
      <w:r w:rsidRPr="003568F5">
        <w:rPr>
          <w:rFonts w:cs="Times New Roman" w:hint="cs"/>
          <w:color w:val="000000" w:themeColor="text1"/>
          <w:u w:val="single"/>
          <w:rtl/>
        </w:rPr>
        <w:t>نقاط</w:t>
      </w:r>
      <w:r w:rsidRPr="003568F5">
        <w:rPr>
          <w:rFonts w:cs="Times New Roman"/>
          <w:color w:val="000000" w:themeColor="text1"/>
          <w:u w:val="single"/>
          <w:rtl/>
        </w:rPr>
        <w:t xml:space="preserve"> </w:t>
      </w:r>
      <w:r w:rsidRPr="003568F5">
        <w:rPr>
          <w:rFonts w:cs="Times New Roman" w:hint="cs"/>
          <w:color w:val="000000" w:themeColor="text1"/>
          <w:u w:val="single"/>
          <w:rtl/>
        </w:rPr>
        <w:t>متعددة</w:t>
      </w:r>
      <w:r w:rsidRPr="003568F5">
        <w:rPr>
          <w:rFonts w:cs="Times New Roman"/>
          <w:color w:val="000000" w:themeColor="text1"/>
          <w:u w:val="single"/>
          <w:rtl/>
        </w:rPr>
        <w:t xml:space="preserve"> </w:t>
      </w:r>
      <w:r w:rsidRPr="003568F5">
        <w:rPr>
          <w:rFonts w:cs="Times New Roman" w:hint="cs"/>
          <w:color w:val="000000" w:themeColor="text1"/>
          <w:u w:val="single"/>
          <w:rtl/>
        </w:rPr>
        <w:t>للشبكة</w:t>
      </w:r>
      <w:r w:rsidRPr="003568F5">
        <w:rPr>
          <w:rFonts w:cs="Times New Roman"/>
          <w:color w:val="000000" w:themeColor="text1"/>
          <w:u w:val="single"/>
          <w:rtl/>
        </w:rPr>
        <w:t xml:space="preserve"> </w:t>
      </w:r>
      <w:r w:rsidRPr="003568F5">
        <w:rPr>
          <w:rFonts w:cs="Times New Roman" w:hint="cs"/>
          <w:color w:val="000000" w:themeColor="text1"/>
          <w:u w:val="single"/>
          <w:rtl/>
        </w:rPr>
        <w:t>في</w:t>
      </w:r>
      <w:r w:rsidRPr="003568F5">
        <w:rPr>
          <w:rFonts w:cs="Times New Roman"/>
          <w:color w:val="000000" w:themeColor="text1"/>
          <w:u w:val="single"/>
          <w:rtl/>
        </w:rPr>
        <w:t xml:space="preserve"> </w:t>
      </w:r>
      <w:r w:rsidRPr="003568F5">
        <w:rPr>
          <w:rFonts w:cs="Times New Roman" w:hint="cs"/>
          <w:color w:val="000000" w:themeColor="text1"/>
          <w:u w:val="single"/>
          <w:rtl/>
        </w:rPr>
        <w:t>موقع</w:t>
      </w:r>
      <w:r w:rsidRPr="003568F5">
        <w:rPr>
          <w:rFonts w:cs="Times New Roman"/>
          <w:color w:val="000000" w:themeColor="text1"/>
          <w:u w:val="single"/>
          <w:rtl/>
        </w:rPr>
        <w:t xml:space="preserve"> </w:t>
      </w:r>
      <w:r w:rsidRPr="003568F5">
        <w:rPr>
          <w:rFonts w:cs="Times New Roman" w:hint="cs"/>
          <w:color w:val="000000" w:themeColor="text1"/>
          <w:u w:val="single"/>
          <w:rtl/>
        </w:rPr>
        <w:t>واحد</w:t>
      </w:r>
      <w:r w:rsidRPr="003568F5">
        <w:rPr>
          <w:rFonts w:cs="Times New Roman"/>
          <w:color w:val="000000" w:themeColor="text1"/>
          <w:u w:val="single"/>
          <w:rtl/>
        </w:rPr>
        <w:t xml:space="preserve"> </w:t>
      </w:r>
      <w:r w:rsidRPr="003568F5">
        <w:rPr>
          <w:rFonts w:cs="Times New Roman" w:hint="cs"/>
          <w:color w:val="000000" w:themeColor="text1"/>
          <w:u w:val="single"/>
          <w:rtl/>
        </w:rPr>
        <w:t>لتسهيل</w:t>
      </w:r>
      <w:r w:rsidRPr="003568F5">
        <w:rPr>
          <w:rFonts w:cs="Times New Roman"/>
          <w:color w:val="000000" w:themeColor="text1"/>
          <w:u w:val="single"/>
          <w:rtl/>
        </w:rPr>
        <w:t xml:space="preserve"> </w:t>
      </w:r>
      <w:r w:rsidRPr="003568F5">
        <w:rPr>
          <w:rFonts w:cs="Times New Roman" w:hint="cs"/>
          <w:color w:val="000000" w:themeColor="text1"/>
          <w:u w:val="single"/>
          <w:rtl/>
        </w:rPr>
        <w:t>التحليل</w:t>
      </w:r>
      <w:r w:rsidRPr="003568F5">
        <w:rPr>
          <w:rFonts w:cs="Times New Roman"/>
          <w:color w:val="000000" w:themeColor="text1"/>
          <w:u w:val="single"/>
          <w:rtl/>
        </w:rPr>
        <w:t xml:space="preserve"> </w:t>
      </w:r>
      <w:r w:rsidRPr="003568F5">
        <w:rPr>
          <w:rFonts w:cs="Times New Roman" w:hint="cs"/>
          <w:color w:val="000000" w:themeColor="text1"/>
          <w:u w:val="single"/>
          <w:rtl/>
        </w:rPr>
        <w:t>الجنائي</w:t>
      </w:r>
      <w:r w:rsidRPr="003568F5">
        <w:rPr>
          <w:rFonts w:cs="Times New Roman"/>
          <w:color w:val="000000" w:themeColor="text1"/>
          <w:u w:val="single"/>
          <w:rtl/>
        </w:rPr>
        <w:t xml:space="preserve"> </w:t>
      </w:r>
      <w:r w:rsidRPr="003568F5">
        <w:rPr>
          <w:rFonts w:cs="Times New Roman" w:hint="cs"/>
          <w:color w:val="000000" w:themeColor="text1"/>
          <w:u w:val="single"/>
          <w:rtl/>
        </w:rPr>
        <w:t>الرقمي</w:t>
      </w:r>
      <w:r w:rsidRPr="003568F5">
        <w:rPr>
          <w:rFonts w:cs="Times New Roman"/>
          <w:color w:val="000000" w:themeColor="text1"/>
          <w:u w:val="single"/>
          <w:rtl/>
        </w:rPr>
        <w:t xml:space="preserve"> </w:t>
      </w:r>
      <w:r w:rsidRPr="003568F5">
        <w:rPr>
          <w:rFonts w:cs="Times New Roman" w:hint="cs"/>
          <w:color w:val="000000" w:themeColor="text1"/>
          <w:u w:val="single"/>
          <w:rtl/>
        </w:rPr>
        <w:t>والاستجابة</w:t>
      </w:r>
      <w:r w:rsidRPr="003568F5">
        <w:rPr>
          <w:rFonts w:cs="Times New Roman"/>
          <w:color w:val="000000" w:themeColor="text1"/>
          <w:u w:val="single"/>
          <w:rtl/>
        </w:rPr>
        <w:t xml:space="preserve"> </w:t>
      </w:r>
      <w:r w:rsidRPr="003568F5">
        <w:rPr>
          <w:rFonts w:cs="Times New Roman" w:hint="cs"/>
          <w:color w:val="000000" w:themeColor="text1"/>
          <w:u w:val="single"/>
          <w:rtl/>
        </w:rPr>
        <w:t>السريعة</w:t>
      </w:r>
      <w:r w:rsidRPr="003568F5">
        <w:rPr>
          <w:rFonts w:cs="Times New Roman"/>
          <w:color w:val="000000" w:themeColor="text1"/>
          <w:u w:val="single"/>
          <w:rtl/>
        </w:rPr>
        <w:t xml:space="preserve"> </w:t>
      </w:r>
      <w:r w:rsidRPr="003568F5">
        <w:rPr>
          <w:rFonts w:cs="Times New Roman" w:hint="cs"/>
          <w:color w:val="000000" w:themeColor="text1"/>
          <w:u w:val="single"/>
          <w:rtl/>
        </w:rPr>
        <w:t>للحوادث</w:t>
      </w:r>
      <w:r w:rsidRPr="003568F5">
        <w:rPr>
          <w:rFonts w:cs="Times New Roman"/>
          <w:color w:val="000000" w:themeColor="text1"/>
          <w:u w:val="single"/>
          <w:rtl/>
        </w:rPr>
        <w:t xml:space="preserve"> </w:t>
      </w:r>
      <w:r w:rsidRPr="003568F5">
        <w:rPr>
          <w:rFonts w:cs="Times New Roman" w:hint="cs"/>
          <w:color w:val="000000" w:themeColor="text1"/>
          <w:u w:val="single"/>
          <w:rtl/>
        </w:rPr>
        <w:t>دون</w:t>
      </w:r>
      <w:r w:rsidRPr="003568F5">
        <w:rPr>
          <w:rFonts w:cs="Times New Roman"/>
          <w:color w:val="000000" w:themeColor="text1"/>
          <w:u w:val="single"/>
          <w:rtl/>
        </w:rPr>
        <w:t xml:space="preserve"> </w:t>
      </w:r>
      <w:r w:rsidRPr="003568F5">
        <w:rPr>
          <w:rFonts w:cs="Times New Roman" w:hint="cs"/>
          <w:color w:val="000000" w:themeColor="text1"/>
          <w:u w:val="single"/>
          <w:rtl/>
        </w:rPr>
        <w:t>استهلاك</w:t>
      </w:r>
      <w:r w:rsidRPr="003568F5">
        <w:rPr>
          <w:rFonts w:cs="Times New Roman"/>
          <w:color w:val="000000" w:themeColor="text1"/>
          <w:u w:val="single"/>
          <w:rtl/>
        </w:rPr>
        <w:t xml:space="preserve"> </w:t>
      </w:r>
      <w:r w:rsidRPr="003568F5">
        <w:rPr>
          <w:rFonts w:cs="Times New Roman" w:hint="cs"/>
          <w:color w:val="000000" w:themeColor="text1"/>
          <w:u w:val="single"/>
          <w:rtl/>
        </w:rPr>
        <w:t>موارد</w:t>
      </w:r>
      <w:r w:rsidRPr="003568F5">
        <w:rPr>
          <w:rFonts w:cs="Times New Roman"/>
          <w:color w:val="000000" w:themeColor="text1"/>
          <w:u w:val="single"/>
          <w:rtl/>
        </w:rPr>
        <w:t xml:space="preserve"> </w:t>
      </w:r>
      <w:r w:rsidRPr="003568F5">
        <w:rPr>
          <w:rFonts w:cs="Times New Roman" w:hint="cs"/>
          <w:color w:val="000000" w:themeColor="text1"/>
          <w:u w:val="single"/>
          <w:rtl/>
        </w:rPr>
        <w:t>أجهزة</w:t>
      </w:r>
      <w:r w:rsidRPr="003568F5">
        <w:rPr>
          <w:rFonts w:cs="Times New Roman"/>
          <w:color w:val="000000" w:themeColor="text1"/>
          <w:u w:val="single"/>
          <w:rtl/>
        </w:rPr>
        <w:t xml:space="preserve"> </w:t>
      </w:r>
      <w:r w:rsidRPr="003568F5">
        <w:rPr>
          <w:rFonts w:cs="Times New Roman" w:hint="cs"/>
          <w:color w:val="000000" w:themeColor="text1"/>
          <w:u w:val="single"/>
          <w:rtl/>
        </w:rPr>
        <w:t>ضخمة</w:t>
      </w:r>
      <w:r w:rsidRPr="003568F5">
        <w:rPr>
          <w:rFonts w:cs="Times New Roman"/>
          <w:color w:val="000000" w:themeColor="text1"/>
          <w:u w:val="single"/>
        </w:rPr>
        <w:t>. (</w:t>
      </w:r>
      <w:r w:rsidRPr="003568F5">
        <w:rPr>
          <w:rFonts w:cs="Times New Roman" w:hint="cs"/>
          <w:color w:val="000000" w:themeColor="text1"/>
          <w:u w:val="single"/>
          <w:rtl/>
        </w:rPr>
        <w:t>ملاحظة</w:t>
      </w:r>
      <w:r w:rsidRPr="003568F5">
        <w:rPr>
          <w:rFonts w:cs="Times New Roman"/>
          <w:color w:val="000000" w:themeColor="text1"/>
          <w:u w:val="single"/>
          <w:rtl/>
        </w:rPr>
        <w:t xml:space="preserve">: </w:t>
      </w:r>
      <w:r w:rsidRPr="003568F5">
        <w:rPr>
          <w:rFonts w:cs="Times New Roman" w:hint="cs"/>
          <w:color w:val="000000" w:themeColor="text1"/>
          <w:u w:val="single"/>
          <w:rtl/>
        </w:rPr>
        <w:t>في</w:t>
      </w:r>
      <w:r w:rsidRPr="003568F5">
        <w:rPr>
          <w:rFonts w:cs="Times New Roman"/>
          <w:color w:val="000000" w:themeColor="text1"/>
          <w:u w:val="single"/>
          <w:rtl/>
        </w:rPr>
        <w:t xml:space="preserve"> </w:t>
      </w:r>
      <w:r w:rsidRPr="003568F5">
        <w:rPr>
          <w:rFonts w:cs="Times New Roman" w:hint="cs"/>
          <w:color w:val="000000" w:themeColor="text1"/>
          <w:u w:val="single"/>
          <w:rtl/>
        </w:rPr>
        <w:t>بيئة</w:t>
      </w:r>
      <w:r w:rsidRPr="003568F5">
        <w:rPr>
          <w:rFonts w:cs="Times New Roman"/>
          <w:color w:val="000000" w:themeColor="text1"/>
          <w:u w:val="single"/>
          <w:rtl/>
        </w:rPr>
        <w:t xml:space="preserve"> </w:t>
      </w:r>
      <w:r w:rsidRPr="003568F5">
        <w:rPr>
          <w:rFonts w:cs="Times New Roman" w:hint="cs"/>
          <w:color w:val="000000" w:themeColor="text1"/>
          <w:u w:val="single"/>
          <w:rtl/>
        </w:rPr>
        <w:t>الإنتاج</w:t>
      </w:r>
      <w:r w:rsidRPr="003568F5">
        <w:rPr>
          <w:rFonts w:cs="Times New Roman"/>
          <w:color w:val="000000" w:themeColor="text1"/>
          <w:u w:val="single"/>
          <w:rtl/>
        </w:rPr>
        <w:t xml:space="preserve"> </w:t>
      </w:r>
      <w:r w:rsidRPr="003568F5">
        <w:rPr>
          <w:rFonts w:cs="Times New Roman" w:hint="cs"/>
          <w:color w:val="000000" w:themeColor="text1"/>
          <w:u w:val="single"/>
          <w:rtl/>
        </w:rPr>
        <w:t>للعملاء</w:t>
      </w:r>
      <w:r w:rsidRPr="003568F5">
        <w:rPr>
          <w:rFonts w:cs="Times New Roman"/>
          <w:color w:val="000000" w:themeColor="text1"/>
          <w:u w:val="single"/>
          <w:rtl/>
        </w:rPr>
        <w:t xml:space="preserve">، </w:t>
      </w:r>
      <w:r w:rsidRPr="003568F5">
        <w:rPr>
          <w:rFonts w:cs="Times New Roman" w:hint="cs"/>
          <w:color w:val="000000" w:themeColor="text1"/>
          <w:u w:val="single"/>
          <w:rtl/>
        </w:rPr>
        <w:t>يتم</w:t>
      </w:r>
      <w:r w:rsidRPr="003568F5">
        <w:rPr>
          <w:rFonts w:cs="Times New Roman"/>
          <w:color w:val="000000" w:themeColor="text1"/>
          <w:u w:val="single"/>
          <w:rtl/>
        </w:rPr>
        <w:t xml:space="preserve"> </w:t>
      </w:r>
      <w:r w:rsidRPr="003568F5">
        <w:rPr>
          <w:rFonts w:cs="Times New Roman" w:hint="cs"/>
          <w:color w:val="000000" w:themeColor="text1"/>
          <w:u w:val="single"/>
          <w:rtl/>
        </w:rPr>
        <w:t>استبدال</w:t>
      </w:r>
      <w:r w:rsidRPr="003568F5">
        <w:rPr>
          <w:rFonts w:cs="Times New Roman"/>
          <w:color w:val="000000" w:themeColor="text1"/>
          <w:u w:val="single"/>
          <w:rtl/>
        </w:rPr>
        <w:t xml:space="preserve"> </w:t>
      </w:r>
      <w:r w:rsidRPr="003568F5">
        <w:rPr>
          <w:rFonts w:cs="Times New Roman" w:hint="cs"/>
          <w:color w:val="000000" w:themeColor="text1"/>
          <w:u w:val="single"/>
          <w:rtl/>
        </w:rPr>
        <w:t>خادم</w:t>
      </w:r>
      <w:r w:rsidRPr="003568F5">
        <w:rPr>
          <w:rFonts w:cs="Times New Roman"/>
          <w:color w:val="000000" w:themeColor="text1"/>
          <w:u w:val="single"/>
        </w:rPr>
        <w:t xml:space="preserve"> Kali </w:t>
      </w:r>
      <w:r w:rsidRPr="003568F5">
        <w:rPr>
          <w:rFonts w:cs="Times New Roman" w:hint="cs"/>
          <w:color w:val="000000" w:themeColor="text1"/>
          <w:u w:val="single"/>
          <w:rtl/>
        </w:rPr>
        <w:t>بمنصة</w:t>
      </w:r>
      <w:r w:rsidRPr="003568F5">
        <w:rPr>
          <w:rFonts w:cs="Times New Roman"/>
          <w:color w:val="000000" w:themeColor="text1"/>
          <w:u w:val="single"/>
        </w:rPr>
        <w:t xml:space="preserve"> </w:t>
      </w:r>
      <w:proofErr w:type="spellStart"/>
      <w:r w:rsidRPr="003568F5">
        <w:rPr>
          <w:rFonts w:cs="Times New Roman"/>
          <w:color w:val="000000" w:themeColor="text1"/>
          <w:u w:val="single"/>
        </w:rPr>
        <w:t>Wazuh</w:t>
      </w:r>
      <w:proofErr w:type="spellEnd"/>
      <w:r w:rsidRPr="003568F5">
        <w:rPr>
          <w:rFonts w:cs="Times New Roman"/>
          <w:color w:val="000000" w:themeColor="text1"/>
          <w:u w:val="single"/>
        </w:rPr>
        <w:t xml:space="preserve"> </w:t>
      </w:r>
      <w:r w:rsidRPr="003568F5">
        <w:rPr>
          <w:rFonts w:cs="Times New Roman" w:hint="cs"/>
          <w:color w:val="000000" w:themeColor="text1"/>
          <w:u w:val="single"/>
          <w:rtl/>
        </w:rPr>
        <w:t>مفتوحة</w:t>
      </w:r>
      <w:r w:rsidRPr="003568F5">
        <w:rPr>
          <w:rFonts w:cs="Times New Roman"/>
          <w:color w:val="000000" w:themeColor="text1"/>
          <w:u w:val="single"/>
          <w:rtl/>
        </w:rPr>
        <w:t xml:space="preserve"> </w:t>
      </w:r>
      <w:r w:rsidRPr="003568F5">
        <w:rPr>
          <w:rFonts w:cs="Times New Roman" w:hint="cs"/>
          <w:color w:val="000000" w:themeColor="text1"/>
          <w:u w:val="single"/>
          <w:rtl/>
        </w:rPr>
        <w:t>المصدر</w:t>
      </w:r>
      <w:r w:rsidRPr="003568F5">
        <w:rPr>
          <w:rFonts w:cs="Times New Roman"/>
          <w:color w:val="000000" w:themeColor="text1"/>
          <w:u w:val="single"/>
          <w:rtl/>
        </w:rPr>
        <w:t xml:space="preserve"> </w:t>
      </w:r>
      <w:r w:rsidRPr="003568F5">
        <w:rPr>
          <w:rFonts w:cs="Times New Roman" w:hint="cs"/>
          <w:color w:val="000000" w:themeColor="text1"/>
          <w:u w:val="single"/>
          <w:rtl/>
        </w:rPr>
        <w:t>مثبتة</w:t>
      </w:r>
      <w:r w:rsidRPr="003568F5">
        <w:rPr>
          <w:rFonts w:cs="Times New Roman"/>
          <w:color w:val="000000" w:themeColor="text1"/>
          <w:u w:val="single"/>
          <w:rtl/>
        </w:rPr>
        <w:t xml:space="preserve"> </w:t>
      </w:r>
      <w:r w:rsidRPr="003568F5">
        <w:rPr>
          <w:rFonts w:cs="Times New Roman" w:hint="cs"/>
          <w:color w:val="000000" w:themeColor="text1"/>
          <w:u w:val="single"/>
          <w:rtl/>
        </w:rPr>
        <w:t>على</w:t>
      </w:r>
      <w:r w:rsidRPr="003568F5">
        <w:rPr>
          <w:rFonts w:cs="Times New Roman"/>
          <w:color w:val="000000" w:themeColor="text1"/>
          <w:u w:val="single"/>
          <w:rtl/>
        </w:rPr>
        <w:t xml:space="preserve"> </w:t>
      </w:r>
      <w:r w:rsidRPr="003568F5">
        <w:rPr>
          <w:rFonts w:cs="Times New Roman" w:hint="cs"/>
          <w:color w:val="000000" w:themeColor="text1"/>
          <w:u w:val="single"/>
          <w:rtl/>
        </w:rPr>
        <w:t>خادم</w:t>
      </w:r>
      <w:r w:rsidRPr="003568F5">
        <w:rPr>
          <w:rFonts w:cs="Times New Roman"/>
          <w:color w:val="000000" w:themeColor="text1"/>
          <w:u w:val="single"/>
        </w:rPr>
        <w:t xml:space="preserve"> Ubuntu)."</w:t>
      </w:r>
    </w:p>
    <w:p w:rsidR="003568F5" w:rsidRPr="003568F5" w:rsidRDefault="003568F5" w:rsidP="003568F5">
      <w:pPr>
        <w:tabs>
          <w:tab w:val="left" w:pos="7020"/>
        </w:tabs>
        <w:rPr>
          <w:rFonts w:cs="Times New Roman"/>
          <w:color w:val="000000" w:themeColor="text1"/>
          <w:u w:val="single"/>
        </w:rPr>
      </w:pPr>
      <w:r w:rsidRPr="003568F5">
        <w:rPr>
          <w:rFonts w:cs="Times New Roman"/>
          <w:color w:val="000000" w:themeColor="text1"/>
          <w:u w:val="single"/>
        </w:rPr>
        <w:t xml:space="preserve">Technical Description (English): "To establish a Security Operations Center (SOC) with optimized resources, a centralized Log Aggregation mechanism was configured using the Syslog protocol. The </w:t>
      </w:r>
      <w:proofErr w:type="spellStart"/>
      <w:r w:rsidRPr="003568F5">
        <w:rPr>
          <w:rFonts w:cs="Times New Roman"/>
          <w:color w:val="000000" w:themeColor="text1"/>
          <w:u w:val="single"/>
        </w:rPr>
        <w:t>pfSense</w:t>
      </w:r>
      <w:proofErr w:type="spellEnd"/>
      <w:r w:rsidRPr="003568F5">
        <w:rPr>
          <w:rFonts w:cs="Times New Roman"/>
          <w:color w:val="000000" w:themeColor="text1"/>
          <w:u w:val="single"/>
        </w:rPr>
        <w:t xml:space="preserve"> firewall was configured to send all traffic logs and security alerts in real-time to a central analysis server (Kali Linux) via port 514. This procedure represents the cornerstone of a Security Information and Event Management (SIEM) system, gathering logs from multiple network endpoints into a single location to facilitate digital forensics and rapid incident response without consuming massive hardware resources. (Note: In a production environment for clients, the Kali server is replaced with an open-source </w:t>
      </w:r>
      <w:proofErr w:type="spellStart"/>
      <w:r w:rsidRPr="003568F5">
        <w:rPr>
          <w:rFonts w:cs="Times New Roman"/>
          <w:color w:val="000000" w:themeColor="text1"/>
          <w:u w:val="single"/>
        </w:rPr>
        <w:t>Wazuh</w:t>
      </w:r>
      <w:proofErr w:type="spellEnd"/>
      <w:r w:rsidRPr="003568F5">
        <w:rPr>
          <w:rFonts w:cs="Times New Roman"/>
          <w:color w:val="000000" w:themeColor="text1"/>
          <w:u w:val="single"/>
        </w:rPr>
        <w:t xml:space="preserve"> platform hosted on an Ubuntu server)."</w:t>
      </w:r>
    </w:p>
    <w:p w:rsidR="00A75DD9" w:rsidRDefault="00A75DD9" w:rsidP="004D0F20">
      <w:pPr>
        <w:tabs>
          <w:tab w:val="left" w:pos="7020"/>
        </w:tabs>
        <w:rPr>
          <w:rFonts w:cs="Times New Roman"/>
          <w:color w:val="000000" w:themeColor="text1"/>
          <w:u w:val="single"/>
        </w:rPr>
      </w:pPr>
      <w:r>
        <w:rPr>
          <w:rFonts w:cs="Times New Roman"/>
          <w:noProof/>
          <w:color w:val="000000" w:themeColor="text1"/>
          <w:u w:val="single"/>
          <w:rtl/>
          <w:lang w:val="ar-SA"/>
        </w:rPr>
        <w:lastRenderedPageBreak/>
        <w:drawing>
          <wp:inline distT="0" distB="0" distL="0" distR="0" wp14:anchorId="64C2FBF7" wp14:editId="274921DA">
            <wp:extent cx="5943600" cy="222123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شاشة Kali وهي تستمع وتنتظر السجلات.png"/>
                    <pic:cNvPicPr/>
                  </pic:nvPicPr>
                  <pic:blipFill>
                    <a:blip r:embed="rId89">
                      <a:extLst>
                        <a:ext uri="{28A0092B-C50C-407E-A947-70E740481C1C}">
                          <a14:useLocalDpi xmlns:a14="http://schemas.microsoft.com/office/drawing/2010/main" val="0"/>
                        </a:ext>
                      </a:extLst>
                    </a:blip>
                    <a:stretch>
                      <a:fillRect/>
                    </a:stretch>
                  </pic:blipFill>
                  <pic:spPr>
                    <a:xfrm>
                      <a:off x="0" y="0"/>
                      <a:ext cx="5943600" cy="2221230"/>
                    </a:xfrm>
                    <a:prstGeom prst="rect">
                      <a:avLst/>
                    </a:prstGeom>
                  </pic:spPr>
                </pic:pic>
              </a:graphicData>
            </a:graphic>
          </wp:inline>
        </w:drawing>
      </w:r>
    </w:p>
    <w:p w:rsidR="00A75DD9" w:rsidRDefault="00A75DD9" w:rsidP="004D0F20">
      <w:pPr>
        <w:tabs>
          <w:tab w:val="left" w:pos="7020"/>
        </w:tabs>
        <w:rPr>
          <w:rFonts w:cs="Times New Roman"/>
          <w:color w:val="000000" w:themeColor="text1"/>
          <w:u w:val="single"/>
        </w:rPr>
      </w:pPr>
    </w:p>
    <w:p w:rsidR="00A75DD9" w:rsidRDefault="00A75DD9" w:rsidP="004D0F20">
      <w:pPr>
        <w:tabs>
          <w:tab w:val="left" w:pos="7020"/>
        </w:tabs>
        <w:rPr>
          <w:rFonts w:cs="Times New Roman"/>
          <w:color w:val="000000" w:themeColor="text1"/>
          <w:u w:val="single"/>
        </w:rPr>
      </w:pPr>
    </w:p>
    <w:p w:rsidR="003568F5" w:rsidRDefault="00A75DD9" w:rsidP="004D0F20">
      <w:pPr>
        <w:tabs>
          <w:tab w:val="left" w:pos="7020"/>
        </w:tabs>
        <w:rPr>
          <w:rFonts w:cs="Times New Roman"/>
          <w:color w:val="000000" w:themeColor="text1"/>
          <w:u w:val="single"/>
        </w:rPr>
      </w:pPr>
      <w:r>
        <w:rPr>
          <w:rFonts w:cs="Times New Roman"/>
          <w:noProof/>
          <w:color w:val="000000" w:themeColor="text1"/>
          <w:u w:val="single"/>
          <w:rtl/>
          <w:lang w:val="ar-SA"/>
        </w:rPr>
        <w:drawing>
          <wp:inline distT="0" distB="0" distL="0" distR="0" wp14:anchorId="4FD7D1D4" wp14:editId="259996DF">
            <wp:extent cx="5943600" cy="309626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إعدادات Remote Logging في pfSense وعنوان IP الخاص بـ Kali..png"/>
                    <pic:cNvPicPr/>
                  </pic:nvPicPr>
                  <pic:blipFill>
                    <a:blip r:embed="rId90">
                      <a:extLst>
                        <a:ext uri="{28A0092B-C50C-407E-A947-70E740481C1C}">
                          <a14:useLocalDpi xmlns:a14="http://schemas.microsoft.com/office/drawing/2010/main" val="0"/>
                        </a:ext>
                      </a:extLst>
                    </a:blip>
                    <a:stretch>
                      <a:fillRect/>
                    </a:stretch>
                  </pic:blipFill>
                  <pic:spPr>
                    <a:xfrm>
                      <a:off x="0" y="0"/>
                      <a:ext cx="5943600" cy="3096260"/>
                    </a:xfrm>
                    <a:prstGeom prst="rect">
                      <a:avLst/>
                    </a:prstGeom>
                  </pic:spPr>
                </pic:pic>
              </a:graphicData>
            </a:graphic>
          </wp:inline>
        </w:drawing>
      </w:r>
    </w:p>
    <w:p w:rsidR="00A75DD9" w:rsidRDefault="00A75DD9" w:rsidP="004D0F20">
      <w:pPr>
        <w:tabs>
          <w:tab w:val="left" w:pos="7020"/>
        </w:tabs>
        <w:rPr>
          <w:rFonts w:cs="Times New Roman"/>
          <w:color w:val="000000" w:themeColor="text1"/>
          <w:u w:val="single"/>
        </w:rPr>
      </w:pPr>
      <w:r>
        <w:rPr>
          <w:rFonts w:cs="Times New Roman"/>
          <w:noProof/>
          <w:color w:val="000000" w:themeColor="text1"/>
          <w:u w:val="single"/>
        </w:rPr>
        <w:lastRenderedPageBreak/>
        <w:drawing>
          <wp:inline distT="0" distB="0" distL="0" distR="0">
            <wp:extent cx="5943600" cy="24892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شاشة Kali وقد امتلأت بالسجلات النصية القادمة من pfSense (تثب نجاح التجميع المركزي)..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943600" cy="2489200"/>
                    </a:xfrm>
                    <a:prstGeom prst="rect">
                      <a:avLst/>
                    </a:prstGeom>
                  </pic:spPr>
                </pic:pic>
              </a:graphicData>
            </a:graphic>
          </wp:inline>
        </w:drawing>
      </w:r>
    </w:p>
    <w:p w:rsidR="004D2201" w:rsidRDefault="004D2201" w:rsidP="004D0F20">
      <w:pPr>
        <w:tabs>
          <w:tab w:val="left" w:pos="7020"/>
        </w:tabs>
        <w:rPr>
          <w:rFonts w:cs="Times New Roman"/>
          <w:color w:val="000000" w:themeColor="text1"/>
          <w:u w:val="single"/>
        </w:rPr>
      </w:pPr>
    </w:p>
    <w:p w:rsidR="00BE005A" w:rsidRDefault="00BE005A" w:rsidP="004D0F20">
      <w:pPr>
        <w:tabs>
          <w:tab w:val="left" w:pos="7020"/>
        </w:tabs>
        <w:rPr>
          <w:rFonts w:cs="Times New Roman"/>
          <w:color w:val="000000" w:themeColor="text1"/>
          <w:u w:val="single"/>
          <w:rtl/>
        </w:rPr>
      </w:pPr>
    </w:p>
    <w:p w:rsidR="00256D90" w:rsidRDefault="00A75DD9" w:rsidP="00AF7EBF">
      <w:pPr>
        <w:pBdr>
          <w:bottom w:val="single" w:sz="6" w:space="1" w:color="auto"/>
        </w:pBdr>
        <w:tabs>
          <w:tab w:val="left" w:pos="7020"/>
        </w:tabs>
        <w:rPr>
          <w:rFonts w:cs="Times New Roman"/>
          <w:color w:val="000000" w:themeColor="text1"/>
          <w:u w:val="single"/>
        </w:rPr>
      </w:pPr>
      <w:r>
        <w:rPr>
          <w:rFonts w:cs="Times New Roman"/>
          <w:noProof/>
          <w:color w:val="000000" w:themeColor="text1"/>
          <w:u w:val="single"/>
          <w:rtl/>
          <w:lang w:val="ar-SA"/>
        </w:rPr>
        <w:drawing>
          <wp:inline distT="0" distB="0" distL="0" distR="0">
            <wp:extent cx="5943600" cy="249428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شاشة Kali وقد امتلأت بالسجلات النصية القادمة من pfSense (تثب نجاح التجميع المركزي).2.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943600" cy="2494280"/>
                    </a:xfrm>
                    <a:prstGeom prst="rect">
                      <a:avLst/>
                    </a:prstGeom>
                  </pic:spPr>
                </pic:pic>
              </a:graphicData>
            </a:graphic>
          </wp:inline>
        </w:drawing>
      </w: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E5470A" w:rsidRDefault="00E5470A" w:rsidP="00AF7EBF">
      <w:pPr>
        <w:tabs>
          <w:tab w:val="left" w:pos="7020"/>
        </w:tabs>
        <w:rPr>
          <w:rFonts w:cs="Times New Roman"/>
          <w:color w:val="000000" w:themeColor="text1"/>
          <w:u w:val="single"/>
        </w:rPr>
      </w:pPr>
    </w:p>
    <w:p w:rsidR="00752F70" w:rsidRDefault="00752F70" w:rsidP="00752F70">
      <w:pPr>
        <w:tabs>
          <w:tab w:val="left" w:pos="7020"/>
        </w:tabs>
        <w:rPr>
          <w:rFonts w:cs="Times New Roman"/>
          <w:color w:val="000000" w:themeColor="text1"/>
          <w:u w:val="single"/>
        </w:rPr>
      </w:pPr>
      <w:r w:rsidRPr="00752F70">
        <w:rPr>
          <w:rFonts w:ascii="Segoe UI Emoji" w:hAnsi="Segoe UI Emoji" w:cs="Segoe UI Emoji"/>
          <w:color w:val="000000" w:themeColor="text1"/>
          <w:u w:val="single"/>
        </w:rPr>
        <w:t>📌</w:t>
      </w:r>
      <w:r w:rsidRPr="00752F70">
        <w:rPr>
          <w:rFonts w:cs="Times New Roman"/>
          <w:color w:val="000000" w:themeColor="text1"/>
          <w:u w:val="single"/>
        </w:rPr>
        <w:t xml:space="preserve"> </w:t>
      </w:r>
      <w:r w:rsidRPr="00752F70">
        <w:rPr>
          <w:rFonts w:cs="Times New Roman" w:hint="cs"/>
          <w:color w:val="000000" w:themeColor="text1"/>
          <w:u w:val="single"/>
          <w:rtl/>
        </w:rPr>
        <w:t>الخطوة</w:t>
      </w:r>
      <w:r w:rsidRPr="00752F70">
        <w:rPr>
          <w:rFonts w:cs="Times New Roman"/>
          <w:color w:val="000000" w:themeColor="text1"/>
          <w:u w:val="single"/>
          <w:rtl/>
        </w:rPr>
        <w:t xml:space="preserve"> </w:t>
      </w:r>
      <w:r w:rsidRPr="00752F70">
        <w:rPr>
          <w:rFonts w:cs="Times New Roman" w:hint="cs"/>
          <w:color w:val="000000" w:themeColor="text1"/>
          <w:u w:val="single"/>
          <w:rtl/>
        </w:rPr>
        <w:t>رقم</w:t>
      </w:r>
      <w:r w:rsidRPr="00752F70">
        <w:rPr>
          <w:rFonts w:cs="Times New Roman"/>
          <w:color w:val="000000" w:themeColor="text1"/>
          <w:u w:val="single"/>
          <w:rtl/>
        </w:rPr>
        <w:t xml:space="preserve"> (54): </w:t>
      </w:r>
      <w:r w:rsidRPr="00752F70">
        <w:rPr>
          <w:rFonts w:cs="Times New Roman" w:hint="cs"/>
          <w:color w:val="000000" w:themeColor="text1"/>
          <w:u w:val="single"/>
          <w:rtl/>
        </w:rPr>
        <w:t>أتمتة</w:t>
      </w:r>
      <w:r w:rsidRPr="00752F70">
        <w:rPr>
          <w:rFonts w:cs="Times New Roman"/>
          <w:color w:val="000000" w:themeColor="text1"/>
          <w:u w:val="single"/>
          <w:rtl/>
        </w:rPr>
        <w:t xml:space="preserve"> </w:t>
      </w:r>
      <w:r w:rsidRPr="00752F70">
        <w:rPr>
          <w:rFonts w:cs="Times New Roman" w:hint="cs"/>
          <w:color w:val="000000" w:themeColor="text1"/>
          <w:u w:val="single"/>
          <w:rtl/>
        </w:rPr>
        <w:t>الاستجابة</w:t>
      </w:r>
      <w:r w:rsidRPr="00752F70">
        <w:rPr>
          <w:rFonts w:cs="Times New Roman"/>
          <w:color w:val="000000" w:themeColor="text1"/>
          <w:u w:val="single"/>
          <w:rtl/>
        </w:rPr>
        <w:t xml:space="preserve"> </w:t>
      </w:r>
      <w:r w:rsidRPr="00752F70">
        <w:rPr>
          <w:rFonts w:cs="Times New Roman" w:hint="cs"/>
          <w:color w:val="000000" w:themeColor="text1"/>
          <w:u w:val="single"/>
          <w:rtl/>
        </w:rPr>
        <w:t>للحوادث</w:t>
      </w:r>
      <w:r w:rsidRPr="00752F70">
        <w:rPr>
          <w:rFonts w:cs="Times New Roman"/>
          <w:color w:val="000000" w:themeColor="text1"/>
          <w:u w:val="single"/>
        </w:rPr>
        <w:t xml:space="preserve"> </w:t>
      </w:r>
    </w:p>
    <w:p w:rsidR="00752F70" w:rsidRPr="00752F70" w:rsidRDefault="00752F70" w:rsidP="00752F70">
      <w:pPr>
        <w:tabs>
          <w:tab w:val="left" w:pos="7020"/>
        </w:tabs>
        <w:rPr>
          <w:rFonts w:cs="Times New Roman"/>
          <w:color w:val="000000" w:themeColor="text1"/>
          <w:u w:val="single"/>
        </w:rPr>
      </w:pPr>
      <w:r w:rsidRPr="00752F70">
        <w:rPr>
          <w:rFonts w:cs="Times New Roman"/>
          <w:color w:val="000000" w:themeColor="text1"/>
          <w:u w:val="single"/>
        </w:rPr>
        <w:t>(SOAR via Python)</w:t>
      </w:r>
    </w:p>
    <w:p w:rsidR="00752F70" w:rsidRDefault="00752F70" w:rsidP="00752F70">
      <w:pPr>
        <w:tabs>
          <w:tab w:val="left" w:pos="7020"/>
        </w:tabs>
        <w:rPr>
          <w:rFonts w:cs="Times New Roman"/>
          <w:color w:val="000000" w:themeColor="text1"/>
          <w:u w:val="single"/>
          <w:rtl/>
        </w:rPr>
      </w:pPr>
      <w:r w:rsidRPr="00752F70">
        <w:rPr>
          <w:rFonts w:cs="Times New Roman" w:hint="cs"/>
          <w:color w:val="000000" w:themeColor="text1"/>
          <w:u w:val="single"/>
          <w:rtl/>
        </w:rPr>
        <w:t>الوصف</w:t>
      </w:r>
      <w:r w:rsidRPr="00752F70">
        <w:rPr>
          <w:rFonts w:cs="Times New Roman"/>
          <w:color w:val="000000" w:themeColor="text1"/>
          <w:u w:val="single"/>
          <w:rtl/>
        </w:rPr>
        <w:t xml:space="preserve"> </w:t>
      </w:r>
      <w:r w:rsidRPr="00752F70">
        <w:rPr>
          <w:rFonts w:cs="Times New Roman" w:hint="cs"/>
          <w:color w:val="000000" w:themeColor="text1"/>
          <w:u w:val="single"/>
          <w:rtl/>
        </w:rPr>
        <w:t>الفني</w:t>
      </w:r>
      <w:r w:rsidRPr="00752F70">
        <w:rPr>
          <w:rFonts w:cs="Times New Roman"/>
          <w:color w:val="000000" w:themeColor="text1"/>
          <w:u w:val="single"/>
          <w:rtl/>
        </w:rPr>
        <w:t xml:space="preserve"> (</w:t>
      </w:r>
      <w:r w:rsidRPr="00752F70">
        <w:rPr>
          <w:rFonts w:cs="Times New Roman" w:hint="cs"/>
          <w:color w:val="000000" w:themeColor="text1"/>
          <w:u w:val="single"/>
          <w:rtl/>
        </w:rPr>
        <w:t>بالعربية</w:t>
      </w:r>
      <w:r w:rsidRPr="00752F70">
        <w:rPr>
          <w:rFonts w:cs="Times New Roman"/>
          <w:color w:val="000000" w:themeColor="text1"/>
          <w:u w:val="single"/>
          <w:rtl/>
        </w:rPr>
        <w:t>): "</w:t>
      </w:r>
      <w:r w:rsidRPr="00752F70">
        <w:rPr>
          <w:rFonts w:cs="Times New Roman" w:hint="cs"/>
          <w:color w:val="000000" w:themeColor="text1"/>
          <w:u w:val="single"/>
          <w:rtl/>
        </w:rPr>
        <w:t>لإزالة</w:t>
      </w:r>
      <w:r w:rsidRPr="00752F70">
        <w:rPr>
          <w:rFonts w:cs="Times New Roman"/>
          <w:color w:val="000000" w:themeColor="text1"/>
          <w:u w:val="single"/>
          <w:rtl/>
        </w:rPr>
        <w:t xml:space="preserve"> </w:t>
      </w:r>
      <w:r w:rsidRPr="00752F70">
        <w:rPr>
          <w:rFonts w:cs="Times New Roman" w:hint="cs"/>
          <w:color w:val="000000" w:themeColor="text1"/>
          <w:u w:val="single"/>
          <w:rtl/>
        </w:rPr>
        <w:t>التأخير</w:t>
      </w:r>
      <w:r w:rsidRPr="00752F70">
        <w:rPr>
          <w:rFonts w:cs="Times New Roman"/>
          <w:color w:val="000000" w:themeColor="text1"/>
          <w:u w:val="single"/>
          <w:rtl/>
        </w:rPr>
        <w:t xml:space="preserve"> </w:t>
      </w:r>
      <w:r w:rsidRPr="00752F70">
        <w:rPr>
          <w:rFonts w:cs="Times New Roman" w:hint="cs"/>
          <w:color w:val="000000" w:themeColor="text1"/>
          <w:u w:val="single"/>
          <w:rtl/>
        </w:rPr>
        <w:t>البشري</w:t>
      </w:r>
      <w:r w:rsidRPr="00752F70">
        <w:rPr>
          <w:rFonts w:cs="Times New Roman"/>
          <w:color w:val="000000" w:themeColor="text1"/>
          <w:u w:val="single"/>
          <w:rtl/>
        </w:rPr>
        <w:t xml:space="preserve"> </w:t>
      </w:r>
      <w:r w:rsidRPr="00752F70">
        <w:rPr>
          <w:rFonts w:cs="Times New Roman" w:hint="cs"/>
          <w:color w:val="000000" w:themeColor="text1"/>
          <w:u w:val="single"/>
          <w:rtl/>
        </w:rPr>
        <w:t>في</w:t>
      </w:r>
      <w:r w:rsidRPr="00752F70">
        <w:rPr>
          <w:rFonts w:cs="Times New Roman"/>
          <w:color w:val="000000" w:themeColor="text1"/>
          <w:u w:val="single"/>
          <w:rtl/>
        </w:rPr>
        <w:t xml:space="preserve"> </w:t>
      </w:r>
      <w:r w:rsidRPr="00752F70">
        <w:rPr>
          <w:rFonts w:cs="Times New Roman" w:hint="cs"/>
          <w:color w:val="000000" w:themeColor="text1"/>
          <w:u w:val="single"/>
          <w:rtl/>
        </w:rPr>
        <w:t>الاستجابة</w:t>
      </w:r>
      <w:r w:rsidRPr="00752F70">
        <w:rPr>
          <w:rFonts w:cs="Times New Roman"/>
          <w:color w:val="000000" w:themeColor="text1"/>
          <w:u w:val="single"/>
          <w:rtl/>
        </w:rPr>
        <w:t xml:space="preserve"> </w:t>
      </w:r>
      <w:r w:rsidRPr="00752F70">
        <w:rPr>
          <w:rFonts w:cs="Times New Roman" w:hint="cs"/>
          <w:color w:val="000000" w:themeColor="text1"/>
          <w:u w:val="single"/>
          <w:rtl/>
        </w:rPr>
        <w:t>للهجمات</w:t>
      </w:r>
      <w:r w:rsidRPr="00752F70">
        <w:rPr>
          <w:rFonts w:cs="Times New Roman"/>
          <w:color w:val="000000" w:themeColor="text1"/>
          <w:u w:val="single"/>
          <w:rtl/>
        </w:rPr>
        <w:t xml:space="preserve">، </w:t>
      </w:r>
      <w:r w:rsidRPr="00752F70">
        <w:rPr>
          <w:rFonts w:cs="Times New Roman" w:hint="cs"/>
          <w:color w:val="000000" w:themeColor="text1"/>
          <w:u w:val="single"/>
          <w:rtl/>
        </w:rPr>
        <w:t>تم</w:t>
      </w:r>
      <w:r w:rsidRPr="00752F70">
        <w:rPr>
          <w:rFonts w:cs="Times New Roman"/>
          <w:color w:val="000000" w:themeColor="text1"/>
          <w:u w:val="single"/>
          <w:rtl/>
        </w:rPr>
        <w:t xml:space="preserve"> </w:t>
      </w:r>
      <w:r w:rsidRPr="00752F70">
        <w:rPr>
          <w:rFonts w:cs="Times New Roman" w:hint="cs"/>
          <w:color w:val="000000" w:themeColor="text1"/>
          <w:u w:val="single"/>
          <w:rtl/>
        </w:rPr>
        <w:t>تطبيق</w:t>
      </w:r>
      <w:r w:rsidRPr="00752F70">
        <w:rPr>
          <w:rFonts w:cs="Times New Roman"/>
          <w:color w:val="000000" w:themeColor="text1"/>
          <w:u w:val="single"/>
          <w:rtl/>
        </w:rPr>
        <w:t xml:space="preserve"> </w:t>
      </w:r>
      <w:r w:rsidRPr="00752F70">
        <w:rPr>
          <w:rFonts w:cs="Times New Roman" w:hint="cs"/>
          <w:color w:val="000000" w:themeColor="text1"/>
          <w:u w:val="single"/>
          <w:rtl/>
        </w:rPr>
        <w:t>محرك</w:t>
      </w:r>
      <w:r w:rsidRPr="00752F70">
        <w:rPr>
          <w:rFonts w:cs="Times New Roman"/>
          <w:color w:val="000000" w:themeColor="text1"/>
          <w:u w:val="single"/>
          <w:rtl/>
        </w:rPr>
        <w:t xml:space="preserve"> </w:t>
      </w:r>
      <w:r w:rsidRPr="00752F70">
        <w:rPr>
          <w:rFonts w:cs="Times New Roman" w:hint="cs"/>
          <w:color w:val="000000" w:themeColor="text1"/>
          <w:u w:val="single"/>
          <w:rtl/>
        </w:rPr>
        <w:t>أتمتة</w:t>
      </w:r>
      <w:r w:rsidRPr="00752F70">
        <w:rPr>
          <w:rFonts w:cs="Times New Roman"/>
          <w:color w:val="000000" w:themeColor="text1"/>
          <w:u w:val="single"/>
          <w:rtl/>
        </w:rPr>
        <w:t xml:space="preserve"> </w:t>
      </w:r>
      <w:r w:rsidRPr="00752F70">
        <w:rPr>
          <w:rFonts w:cs="Times New Roman" w:hint="cs"/>
          <w:color w:val="000000" w:themeColor="text1"/>
          <w:u w:val="single"/>
          <w:rtl/>
        </w:rPr>
        <w:t>أمنية</w:t>
      </w:r>
      <w:r w:rsidRPr="00752F70">
        <w:rPr>
          <w:rFonts w:cs="Times New Roman"/>
          <w:color w:val="000000" w:themeColor="text1"/>
          <w:u w:val="single"/>
        </w:rPr>
        <w:t xml:space="preserve"> (SOAR) </w:t>
      </w:r>
      <w:r w:rsidRPr="00752F70">
        <w:rPr>
          <w:rFonts w:cs="Times New Roman" w:hint="cs"/>
          <w:color w:val="000000" w:themeColor="text1"/>
          <w:u w:val="single"/>
          <w:rtl/>
        </w:rPr>
        <w:t>باستخدام</w:t>
      </w:r>
      <w:r w:rsidRPr="00752F70">
        <w:rPr>
          <w:rFonts w:cs="Times New Roman"/>
          <w:color w:val="000000" w:themeColor="text1"/>
          <w:u w:val="single"/>
          <w:rtl/>
        </w:rPr>
        <w:t xml:space="preserve"> </w:t>
      </w:r>
      <w:r w:rsidRPr="00752F70">
        <w:rPr>
          <w:rFonts w:cs="Times New Roman" w:hint="cs"/>
          <w:color w:val="000000" w:themeColor="text1"/>
          <w:u w:val="single"/>
          <w:rtl/>
        </w:rPr>
        <w:t>لغة</w:t>
      </w:r>
      <w:r w:rsidRPr="00752F70">
        <w:rPr>
          <w:rFonts w:cs="Times New Roman"/>
          <w:color w:val="000000" w:themeColor="text1"/>
          <w:u w:val="single"/>
        </w:rPr>
        <w:t xml:space="preserve"> Python. </w:t>
      </w:r>
      <w:r w:rsidRPr="00752F70">
        <w:rPr>
          <w:rFonts w:cs="Times New Roman" w:hint="cs"/>
          <w:color w:val="000000" w:themeColor="text1"/>
          <w:u w:val="single"/>
          <w:rtl/>
        </w:rPr>
        <w:t>تمت</w:t>
      </w:r>
      <w:r w:rsidRPr="00752F70">
        <w:rPr>
          <w:rFonts w:cs="Times New Roman"/>
          <w:color w:val="000000" w:themeColor="text1"/>
          <w:u w:val="single"/>
          <w:rtl/>
        </w:rPr>
        <w:t xml:space="preserve"> </w:t>
      </w:r>
      <w:r w:rsidRPr="00752F70">
        <w:rPr>
          <w:rFonts w:cs="Times New Roman" w:hint="cs"/>
          <w:color w:val="000000" w:themeColor="text1"/>
          <w:u w:val="single"/>
          <w:rtl/>
        </w:rPr>
        <w:t>برمجة</w:t>
      </w:r>
      <w:r w:rsidRPr="00752F70">
        <w:rPr>
          <w:rFonts w:cs="Times New Roman"/>
          <w:color w:val="000000" w:themeColor="text1"/>
          <w:u w:val="single"/>
          <w:rtl/>
        </w:rPr>
        <w:t xml:space="preserve"> </w:t>
      </w:r>
      <w:r w:rsidRPr="00752F70">
        <w:rPr>
          <w:rFonts w:cs="Times New Roman" w:hint="cs"/>
          <w:color w:val="000000" w:themeColor="text1"/>
          <w:u w:val="single"/>
          <w:rtl/>
        </w:rPr>
        <w:t>السكربت</w:t>
      </w:r>
      <w:r w:rsidRPr="00752F70">
        <w:rPr>
          <w:rFonts w:cs="Times New Roman"/>
          <w:color w:val="000000" w:themeColor="text1"/>
          <w:u w:val="single"/>
          <w:rtl/>
        </w:rPr>
        <w:t xml:space="preserve"> </w:t>
      </w:r>
      <w:r w:rsidRPr="00752F70">
        <w:rPr>
          <w:rFonts w:cs="Times New Roman" w:hint="cs"/>
          <w:color w:val="000000" w:themeColor="text1"/>
          <w:u w:val="single"/>
          <w:rtl/>
        </w:rPr>
        <w:t>لقراءة</w:t>
      </w:r>
      <w:r w:rsidRPr="00752F70">
        <w:rPr>
          <w:rFonts w:cs="Times New Roman"/>
          <w:color w:val="000000" w:themeColor="text1"/>
          <w:u w:val="single"/>
          <w:rtl/>
        </w:rPr>
        <w:t xml:space="preserve"> </w:t>
      </w:r>
      <w:r w:rsidRPr="00752F70">
        <w:rPr>
          <w:rFonts w:cs="Times New Roman" w:hint="cs"/>
          <w:color w:val="000000" w:themeColor="text1"/>
          <w:u w:val="single"/>
          <w:rtl/>
        </w:rPr>
        <w:t>السجلات</w:t>
      </w:r>
      <w:r w:rsidRPr="00752F70">
        <w:rPr>
          <w:rFonts w:cs="Times New Roman"/>
          <w:color w:val="000000" w:themeColor="text1"/>
          <w:u w:val="single"/>
          <w:rtl/>
        </w:rPr>
        <w:t xml:space="preserve"> </w:t>
      </w:r>
      <w:r w:rsidRPr="00752F70">
        <w:rPr>
          <w:rFonts w:cs="Times New Roman" w:hint="cs"/>
          <w:color w:val="000000" w:themeColor="text1"/>
          <w:u w:val="single"/>
          <w:rtl/>
        </w:rPr>
        <w:t>القادمة</w:t>
      </w:r>
      <w:r w:rsidRPr="00752F70">
        <w:rPr>
          <w:rFonts w:cs="Times New Roman"/>
          <w:color w:val="000000" w:themeColor="text1"/>
          <w:u w:val="single"/>
          <w:rtl/>
        </w:rPr>
        <w:t xml:space="preserve"> </w:t>
      </w:r>
      <w:r w:rsidRPr="00752F70">
        <w:rPr>
          <w:rFonts w:cs="Times New Roman" w:hint="cs"/>
          <w:color w:val="000000" w:themeColor="text1"/>
          <w:u w:val="single"/>
          <w:rtl/>
        </w:rPr>
        <w:t>من</w:t>
      </w:r>
      <w:r w:rsidRPr="00752F70">
        <w:rPr>
          <w:rFonts w:cs="Times New Roman"/>
          <w:color w:val="000000" w:themeColor="text1"/>
          <w:u w:val="single"/>
        </w:rPr>
        <w:t xml:space="preserve"> </w:t>
      </w:r>
      <w:proofErr w:type="spellStart"/>
      <w:r w:rsidRPr="00752F70">
        <w:rPr>
          <w:rFonts w:cs="Times New Roman"/>
          <w:color w:val="000000" w:themeColor="text1"/>
          <w:u w:val="single"/>
        </w:rPr>
        <w:t>pfSense</w:t>
      </w:r>
      <w:proofErr w:type="spellEnd"/>
      <w:r w:rsidRPr="00752F70">
        <w:rPr>
          <w:rFonts w:cs="Times New Roman"/>
          <w:color w:val="000000" w:themeColor="text1"/>
          <w:u w:val="single"/>
          <w:rtl/>
        </w:rPr>
        <w:t xml:space="preserve">، </w:t>
      </w:r>
      <w:r w:rsidRPr="00752F70">
        <w:rPr>
          <w:rFonts w:cs="Times New Roman" w:hint="cs"/>
          <w:color w:val="000000" w:themeColor="text1"/>
          <w:u w:val="single"/>
          <w:rtl/>
        </w:rPr>
        <w:t>واستخراج</w:t>
      </w:r>
      <w:r w:rsidRPr="00752F70">
        <w:rPr>
          <w:rFonts w:cs="Times New Roman"/>
          <w:color w:val="000000" w:themeColor="text1"/>
          <w:u w:val="single"/>
          <w:rtl/>
        </w:rPr>
        <w:t xml:space="preserve"> </w:t>
      </w:r>
      <w:r w:rsidRPr="00752F70">
        <w:rPr>
          <w:rFonts w:cs="Times New Roman" w:hint="cs"/>
          <w:color w:val="000000" w:themeColor="text1"/>
          <w:u w:val="single"/>
          <w:rtl/>
        </w:rPr>
        <w:t>عنوان</w:t>
      </w:r>
      <w:r w:rsidRPr="00752F70">
        <w:rPr>
          <w:rFonts w:cs="Times New Roman"/>
          <w:color w:val="000000" w:themeColor="text1"/>
          <w:u w:val="single"/>
        </w:rPr>
        <w:t xml:space="preserve"> IP </w:t>
      </w:r>
      <w:r w:rsidRPr="00752F70">
        <w:rPr>
          <w:rFonts w:cs="Times New Roman" w:hint="cs"/>
          <w:color w:val="000000" w:themeColor="text1"/>
          <w:u w:val="single"/>
          <w:rtl/>
        </w:rPr>
        <w:t>الخاص</w:t>
      </w:r>
      <w:r w:rsidRPr="00752F70">
        <w:rPr>
          <w:rFonts w:cs="Times New Roman"/>
          <w:color w:val="000000" w:themeColor="text1"/>
          <w:u w:val="single"/>
          <w:rtl/>
        </w:rPr>
        <w:t xml:space="preserve"> </w:t>
      </w:r>
      <w:r w:rsidRPr="00752F70">
        <w:rPr>
          <w:rFonts w:cs="Times New Roman" w:hint="cs"/>
          <w:color w:val="000000" w:themeColor="text1"/>
          <w:u w:val="single"/>
          <w:rtl/>
        </w:rPr>
        <w:t>بالمهاجم</w:t>
      </w:r>
      <w:r w:rsidRPr="00752F70">
        <w:rPr>
          <w:rFonts w:cs="Times New Roman"/>
          <w:color w:val="000000" w:themeColor="text1"/>
          <w:u w:val="single"/>
          <w:rtl/>
        </w:rPr>
        <w:t xml:space="preserve"> </w:t>
      </w:r>
      <w:r w:rsidRPr="00752F70">
        <w:rPr>
          <w:rFonts w:cs="Times New Roman" w:hint="cs"/>
          <w:color w:val="000000" w:themeColor="text1"/>
          <w:u w:val="single"/>
          <w:rtl/>
        </w:rPr>
        <w:t>تلقائياً</w:t>
      </w:r>
      <w:r w:rsidRPr="00752F70">
        <w:rPr>
          <w:rFonts w:cs="Times New Roman"/>
          <w:color w:val="000000" w:themeColor="text1"/>
          <w:u w:val="single"/>
          <w:rtl/>
        </w:rPr>
        <w:t xml:space="preserve"> </w:t>
      </w:r>
      <w:r w:rsidRPr="00752F70">
        <w:rPr>
          <w:rFonts w:cs="Times New Roman" w:hint="cs"/>
          <w:color w:val="000000" w:themeColor="text1"/>
          <w:u w:val="single"/>
          <w:rtl/>
        </w:rPr>
        <w:t>عبر</w:t>
      </w:r>
      <w:r w:rsidRPr="00752F70">
        <w:rPr>
          <w:rFonts w:cs="Times New Roman"/>
          <w:color w:val="000000" w:themeColor="text1"/>
          <w:u w:val="single"/>
          <w:rtl/>
        </w:rPr>
        <w:t xml:space="preserve"> </w:t>
      </w:r>
      <w:r w:rsidRPr="00752F70">
        <w:rPr>
          <w:rFonts w:cs="Times New Roman" w:hint="cs"/>
          <w:color w:val="000000" w:themeColor="text1"/>
          <w:u w:val="single"/>
          <w:rtl/>
        </w:rPr>
        <w:t>التعابير</w:t>
      </w:r>
      <w:r w:rsidRPr="00752F70">
        <w:rPr>
          <w:rFonts w:cs="Times New Roman"/>
          <w:color w:val="000000" w:themeColor="text1"/>
          <w:u w:val="single"/>
          <w:rtl/>
        </w:rPr>
        <w:t xml:space="preserve"> </w:t>
      </w:r>
      <w:r w:rsidRPr="00752F70">
        <w:rPr>
          <w:rFonts w:cs="Times New Roman" w:hint="cs"/>
          <w:color w:val="000000" w:themeColor="text1"/>
          <w:u w:val="single"/>
          <w:rtl/>
        </w:rPr>
        <w:t>النمطية</w:t>
      </w:r>
      <w:r w:rsidRPr="00752F70">
        <w:rPr>
          <w:rFonts w:cs="Times New Roman"/>
          <w:color w:val="000000" w:themeColor="text1"/>
          <w:u w:val="single"/>
        </w:rPr>
        <w:t xml:space="preserve"> (Regex). </w:t>
      </w:r>
      <w:r w:rsidRPr="00752F70">
        <w:rPr>
          <w:rFonts w:cs="Times New Roman" w:hint="cs"/>
          <w:color w:val="000000" w:themeColor="text1"/>
          <w:u w:val="single"/>
          <w:rtl/>
        </w:rPr>
        <w:t>بمجرد</w:t>
      </w:r>
      <w:r w:rsidRPr="00752F70">
        <w:rPr>
          <w:rFonts w:cs="Times New Roman"/>
          <w:color w:val="000000" w:themeColor="text1"/>
          <w:u w:val="single"/>
          <w:rtl/>
        </w:rPr>
        <w:t xml:space="preserve"> </w:t>
      </w:r>
      <w:r w:rsidRPr="00752F70">
        <w:rPr>
          <w:rFonts w:cs="Times New Roman" w:hint="cs"/>
          <w:color w:val="000000" w:themeColor="text1"/>
          <w:u w:val="single"/>
          <w:rtl/>
        </w:rPr>
        <w:t>اكتشاف</w:t>
      </w:r>
      <w:r w:rsidRPr="00752F70">
        <w:rPr>
          <w:rFonts w:cs="Times New Roman"/>
          <w:color w:val="000000" w:themeColor="text1"/>
          <w:u w:val="single"/>
          <w:rtl/>
        </w:rPr>
        <w:t xml:space="preserve"> </w:t>
      </w:r>
      <w:r w:rsidRPr="00752F70">
        <w:rPr>
          <w:rFonts w:cs="Times New Roman" w:hint="cs"/>
          <w:color w:val="000000" w:themeColor="text1"/>
          <w:u w:val="single"/>
          <w:rtl/>
        </w:rPr>
        <w:t>الهجوم</w:t>
      </w:r>
      <w:r w:rsidRPr="00752F70">
        <w:rPr>
          <w:rFonts w:cs="Times New Roman"/>
          <w:color w:val="000000" w:themeColor="text1"/>
          <w:u w:val="single"/>
          <w:rtl/>
        </w:rPr>
        <w:t xml:space="preserve">، </w:t>
      </w:r>
      <w:r w:rsidRPr="00752F70">
        <w:rPr>
          <w:rFonts w:cs="Times New Roman" w:hint="cs"/>
          <w:color w:val="000000" w:themeColor="text1"/>
          <w:u w:val="single"/>
          <w:rtl/>
        </w:rPr>
        <w:t>يقوم</w:t>
      </w:r>
      <w:r w:rsidRPr="00752F70">
        <w:rPr>
          <w:rFonts w:cs="Times New Roman"/>
          <w:color w:val="000000" w:themeColor="text1"/>
          <w:u w:val="single"/>
          <w:rtl/>
        </w:rPr>
        <w:t xml:space="preserve"> </w:t>
      </w:r>
      <w:r w:rsidRPr="00752F70">
        <w:rPr>
          <w:rFonts w:cs="Times New Roman" w:hint="cs"/>
          <w:color w:val="000000" w:themeColor="text1"/>
          <w:u w:val="single"/>
          <w:rtl/>
        </w:rPr>
        <w:t>المحرك</w:t>
      </w:r>
      <w:r w:rsidRPr="00752F70">
        <w:rPr>
          <w:rFonts w:cs="Times New Roman"/>
          <w:color w:val="000000" w:themeColor="text1"/>
          <w:u w:val="single"/>
          <w:rtl/>
        </w:rPr>
        <w:t xml:space="preserve"> </w:t>
      </w:r>
      <w:r w:rsidRPr="00752F70">
        <w:rPr>
          <w:rFonts w:cs="Times New Roman" w:hint="cs"/>
          <w:color w:val="000000" w:themeColor="text1"/>
          <w:u w:val="single"/>
          <w:rtl/>
        </w:rPr>
        <w:t>بتوليد</w:t>
      </w:r>
      <w:r w:rsidRPr="00752F70">
        <w:rPr>
          <w:rFonts w:cs="Times New Roman"/>
          <w:color w:val="000000" w:themeColor="text1"/>
          <w:u w:val="single"/>
          <w:rtl/>
        </w:rPr>
        <w:t xml:space="preserve"> </w:t>
      </w:r>
      <w:r w:rsidRPr="00752F70">
        <w:rPr>
          <w:rFonts w:cs="Times New Roman" w:hint="cs"/>
          <w:color w:val="000000" w:themeColor="text1"/>
          <w:u w:val="single"/>
          <w:rtl/>
        </w:rPr>
        <w:t>استدعاء</w:t>
      </w:r>
      <w:r w:rsidRPr="00752F70">
        <w:rPr>
          <w:rFonts w:cs="Times New Roman"/>
          <w:color w:val="000000" w:themeColor="text1"/>
          <w:u w:val="single"/>
        </w:rPr>
        <w:t xml:space="preserve"> API </w:t>
      </w:r>
      <w:r w:rsidRPr="00752F70">
        <w:rPr>
          <w:rFonts w:cs="Times New Roman" w:hint="cs"/>
          <w:color w:val="000000" w:themeColor="text1"/>
          <w:u w:val="single"/>
          <w:rtl/>
        </w:rPr>
        <w:t>لإضافة</w:t>
      </w:r>
      <w:r w:rsidRPr="00752F70">
        <w:rPr>
          <w:rFonts w:cs="Times New Roman"/>
          <w:color w:val="000000" w:themeColor="text1"/>
          <w:u w:val="single"/>
          <w:rtl/>
        </w:rPr>
        <w:t xml:space="preserve"> </w:t>
      </w:r>
      <w:r w:rsidRPr="00752F70">
        <w:rPr>
          <w:rFonts w:cs="Times New Roman" w:hint="cs"/>
          <w:color w:val="000000" w:themeColor="text1"/>
          <w:u w:val="single"/>
          <w:rtl/>
        </w:rPr>
        <w:t>الـ</w:t>
      </w:r>
      <w:r w:rsidRPr="00752F70">
        <w:rPr>
          <w:rFonts w:cs="Times New Roman"/>
          <w:color w:val="000000" w:themeColor="text1"/>
          <w:u w:val="single"/>
        </w:rPr>
        <w:t xml:space="preserve"> IP </w:t>
      </w:r>
      <w:r w:rsidRPr="00752F70">
        <w:rPr>
          <w:rFonts w:cs="Times New Roman" w:hint="cs"/>
          <w:color w:val="000000" w:themeColor="text1"/>
          <w:u w:val="single"/>
          <w:rtl/>
        </w:rPr>
        <w:t>الخبيث</w:t>
      </w:r>
      <w:r w:rsidRPr="00752F70">
        <w:rPr>
          <w:rFonts w:cs="Times New Roman"/>
          <w:color w:val="000000" w:themeColor="text1"/>
          <w:u w:val="single"/>
          <w:rtl/>
        </w:rPr>
        <w:t xml:space="preserve"> </w:t>
      </w:r>
      <w:r w:rsidRPr="00752F70">
        <w:rPr>
          <w:rFonts w:cs="Times New Roman" w:hint="cs"/>
          <w:color w:val="000000" w:themeColor="text1"/>
          <w:u w:val="single"/>
          <w:rtl/>
        </w:rPr>
        <w:t>إلى</w:t>
      </w:r>
      <w:r w:rsidRPr="00752F70">
        <w:rPr>
          <w:rFonts w:cs="Times New Roman"/>
          <w:color w:val="000000" w:themeColor="text1"/>
          <w:u w:val="single"/>
          <w:rtl/>
        </w:rPr>
        <w:t xml:space="preserve"> </w:t>
      </w:r>
      <w:r w:rsidRPr="00752F70">
        <w:rPr>
          <w:rFonts w:cs="Times New Roman" w:hint="cs"/>
          <w:color w:val="000000" w:themeColor="text1"/>
          <w:u w:val="single"/>
          <w:rtl/>
        </w:rPr>
        <w:t>قائمة</w:t>
      </w:r>
      <w:r w:rsidRPr="00752F70">
        <w:rPr>
          <w:rFonts w:cs="Times New Roman"/>
          <w:color w:val="000000" w:themeColor="text1"/>
          <w:u w:val="single"/>
          <w:rtl/>
        </w:rPr>
        <w:t xml:space="preserve"> </w:t>
      </w:r>
      <w:r w:rsidRPr="00752F70">
        <w:rPr>
          <w:rFonts w:cs="Times New Roman" w:hint="cs"/>
          <w:color w:val="000000" w:themeColor="text1"/>
          <w:u w:val="single"/>
          <w:rtl/>
        </w:rPr>
        <w:t>الحظر</w:t>
      </w:r>
      <w:r w:rsidRPr="00752F70">
        <w:rPr>
          <w:rFonts w:cs="Times New Roman"/>
          <w:color w:val="000000" w:themeColor="text1"/>
          <w:u w:val="single"/>
          <w:rtl/>
        </w:rPr>
        <w:t xml:space="preserve"> </w:t>
      </w:r>
      <w:r w:rsidRPr="00752F70">
        <w:rPr>
          <w:rFonts w:cs="Times New Roman" w:hint="cs"/>
          <w:color w:val="000000" w:themeColor="text1"/>
          <w:u w:val="single"/>
          <w:rtl/>
        </w:rPr>
        <w:t>في</w:t>
      </w:r>
      <w:r w:rsidRPr="00752F70">
        <w:rPr>
          <w:rFonts w:cs="Times New Roman"/>
          <w:color w:val="000000" w:themeColor="text1"/>
          <w:u w:val="single"/>
        </w:rPr>
        <w:t xml:space="preserve"> </w:t>
      </w:r>
      <w:proofErr w:type="spellStart"/>
      <w:r w:rsidRPr="00752F70">
        <w:rPr>
          <w:rFonts w:cs="Times New Roman"/>
          <w:color w:val="000000" w:themeColor="text1"/>
          <w:u w:val="single"/>
        </w:rPr>
        <w:t>pfSense</w:t>
      </w:r>
      <w:proofErr w:type="spellEnd"/>
      <w:r w:rsidRPr="00752F70">
        <w:rPr>
          <w:rFonts w:cs="Times New Roman"/>
          <w:color w:val="000000" w:themeColor="text1"/>
          <w:u w:val="single"/>
        </w:rPr>
        <w:t xml:space="preserve"> </w:t>
      </w:r>
      <w:r w:rsidRPr="00752F70">
        <w:rPr>
          <w:rFonts w:cs="Times New Roman" w:hint="cs"/>
          <w:color w:val="000000" w:themeColor="text1"/>
          <w:u w:val="single"/>
          <w:rtl/>
        </w:rPr>
        <w:t>في</w:t>
      </w:r>
      <w:r w:rsidRPr="00752F70">
        <w:rPr>
          <w:rFonts w:cs="Times New Roman"/>
          <w:color w:val="000000" w:themeColor="text1"/>
          <w:u w:val="single"/>
          <w:rtl/>
        </w:rPr>
        <w:t xml:space="preserve"> </w:t>
      </w:r>
      <w:r w:rsidRPr="00752F70">
        <w:rPr>
          <w:rFonts w:cs="Times New Roman" w:hint="cs"/>
          <w:color w:val="000000" w:themeColor="text1"/>
          <w:u w:val="single"/>
          <w:rtl/>
        </w:rPr>
        <w:t>أقل</w:t>
      </w:r>
      <w:r w:rsidRPr="00752F70">
        <w:rPr>
          <w:rFonts w:cs="Times New Roman"/>
          <w:color w:val="000000" w:themeColor="text1"/>
          <w:u w:val="single"/>
          <w:rtl/>
        </w:rPr>
        <w:t xml:space="preserve"> </w:t>
      </w:r>
      <w:r w:rsidRPr="00752F70">
        <w:rPr>
          <w:rFonts w:cs="Times New Roman" w:hint="cs"/>
          <w:color w:val="000000" w:themeColor="text1"/>
          <w:u w:val="single"/>
          <w:rtl/>
        </w:rPr>
        <w:t>من</w:t>
      </w:r>
      <w:r w:rsidRPr="00752F70">
        <w:rPr>
          <w:rFonts w:cs="Times New Roman"/>
          <w:color w:val="000000" w:themeColor="text1"/>
          <w:u w:val="single"/>
          <w:rtl/>
        </w:rPr>
        <w:t xml:space="preserve"> </w:t>
      </w:r>
      <w:r w:rsidRPr="00752F70">
        <w:rPr>
          <w:rFonts w:cs="Times New Roman" w:hint="cs"/>
          <w:color w:val="000000" w:themeColor="text1"/>
          <w:u w:val="single"/>
          <w:rtl/>
        </w:rPr>
        <w:t>ثانية</w:t>
      </w:r>
      <w:r w:rsidRPr="00752F70">
        <w:rPr>
          <w:rFonts w:cs="Times New Roman"/>
          <w:color w:val="000000" w:themeColor="text1"/>
          <w:u w:val="single"/>
          <w:rtl/>
        </w:rPr>
        <w:t xml:space="preserve">، </w:t>
      </w:r>
      <w:r w:rsidRPr="00752F70">
        <w:rPr>
          <w:rFonts w:cs="Times New Roman" w:hint="cs"/>
          <w:color w:val="000000" w:themeColor="text1"/>
          <w:u w:val="single"/>
          <w:rtl/>
        </w:rPr>
        <w:t>مما</w:t>
      </w:r>
      <w:r w:rsidRPr="00752F70">
        <w:rPr>
          <w:rFonts w:cs="Times New Roman"/>
          <w:color w:val="000000" w:themeColor="text1"/>
          <w:u w:val="single"/>
          <w:rtl/>
        </w:rPr>
        <w:t xml:space="preserve"> </w:t>
      </w:r>
      <w:r w:rsidRPr="00752F70">
        <w:rPr>
          <w:rFonts w:cs="Times New Roman" w:hint="cs"/>
          <w:color w:val="000000" w:themeColor="text1"/>
          <w:u w:val="single"/>
          <w:rtl/>
        </w:rPr>
        <w:t>يوقف</w:t>
      </w:r>
      <w:r w:rsidRPr="00752F70">
        <w:rPr>
          <w:rFonts w:cs="Times New Roman"/>
          <w:color w:val="000000" w:themeColor="text1"/>
          <w:u w:val="single"/>
          <w:rtl/>
        </w:rPr>
        <w:t xml:space="preserve"> </w:t>
      </w:r>
      <w:r w:rsidRPr="00752F70">
        <w:rPr>
          <w:rFonts w:cs="Times New Roman" w:hint="cs"/>
          <w:color w:val="000000" w:themeColor="text1"/>
          <w:u w:val="single"/>
          <w:rtl/>
        </w:rPr>
        <w:t>الهجوم</w:t>
      </w:r>
      <w:r w:rsidRPr="00752F70">
        <w:rPr>
          <w:rFonts w:cs="Times New Roman"/>
          <w:color w:val="000000" w:themeColor="text1"/>
          <w:u w:val="single"/>
          <w:rtl/>
        </w:rPr>
        <w:t xml:space="preserve"> </w:t>
      </w:r>
      <w:r w:rsidRPr="00752F70">
        <w:rPr>
          <w:rFonts w:cs="Times New Roman" w:hint="cs"/>
          <w:color w:val="000000" w:themeColor="text1"/>
          <w:u w:val="single"/>
          <w:rtl/>
        </w:rPr>
        <w:t>دون</w:t>
      </w:r>
      <w:r w:rsidRPr="00752F70">
        <w:rPr>
          <w:rFonts w:cs="Times New Roman"/>
          <w:color w:val="000000" w:themeColor="text1"/>
          <w:u w:val="single"/>
          <w:rtl/>
        </w:rPr>
        <w:t xml:space="preserve"> </w:t>
      </w:r>
      <w:r w:rsidRPr="00752F70">
        <w:rPr>
          <w:rFonts w:cs="Times New Roman" w:hint="cs"/>
          <w:color w:val="000000" w:themeColor="text1"/>
          <w:u w:val="single"/>
          <w:rtl/>
        </w:rPr>
        <w:t>أي</w:t>
      </w:r>
      <w:r w:rsidRPr="00752F70">
        <w:rPr>
          <w:rFonts w:cs="Times New Roman"/>
          <w:color w:val="000000" w:themeColor="text1"/>
          <w:u w:val="single"/>
          <w:rtl/>
        </w:rPr>
        <w:t xml:space="preserve"> </w:t>
      </w:r>
      <w:r w:rsidRPr="00752F70">
        <w:rPr>
          <w:rFonts w:cs="Times New Roman" w:hint="cs"/>
          <w:color w:val="000000" w:themeColor="text1"/>
          <w:u w:val="single"/>
          <w:rtl/>
        </w:rPr>
        <w:t>تدخل</w:t>
      </w:r>
      <w:r w:rsidRPr="00752F70">
        <w:rPr>
          <w:rFonts w:cs="Times New Roman"/>
          <w:color w:val="000000" w:themeColor="text1"/>
          <w:u w:val="single"/>
          <w:rtl/>
        </w:rPr>
        <w:t xml:space="preserve"> </w:t>
      </w:r>
      <w:r w:rsidRPr="00752F70">
        <w:rPr>
          <w:rFonts w:cs="Times New Roman" w:hint="cs"/>
          <w:color w:val="000000" w:themeColor="text1"/>
          <w:u w:val="single"/>
          <w:rtl/>
        </w:rPr>
        <w:t>بشري</w:t>
      </w:r>
      <w:r w:rsidRPr="00752F70">
        <w:rPr>
          <w:rFonts w:cs="Times New Roman"/>
          <w:color w:val="000000" w:themeColor="text1"/>
          <w:u w:val="single"/>
        </w:rPr>
        <w:t>."</w:t>
      </w:r>
    </w:p>
    <w:p w:rsidR="008147C9" w:rsidRPr="008147C9" w:rsidRDefault="008147C9" w:rsidP="008147C9">
      <w:pPr>
        <w:rPr>
          <w:rFonts w:cs="Times New Roman"/>
          <w:color w:val="000000" w:themeColor="text1"/>
          <w:u w:val="single"/>
        </w:rPr>
      </w:pPr>
      <w:r w:rsidRPr="008147C9">
        <w:rPr>
          <w:rFonts w:cs="Times New Roman"/>
          <w:color w:val="000000" w:themeColor="text1"/>
          <w:u w:val="single"/>
        </w:rPr>
        <w:t xml:space="preserve">Technical Description (English): "To eliminate human delay in incident response, a Security Orchestration, Automation, and Response (SOAR) engine was implemented using Python. The script was programmed to read incoming logs from </w:t>
      </w:r>
      <w:proofErr w:type="spellStart"/>
      <w:r w:rsidRPr="008147C9">
        <w:rPr>
          <w:rFonts w:cs="Times New Roman"/>
          <w:color w:val="000000" w:themeColor="text1"/>
          <w:u w:val="single"/>
        </w:rPr>
        <w:t>pfSense</w:t>
      </w:r>
      <w:proofErr w:type="spellEnd"/>
      <w:r w:rsidRPr="008147C9">
        <w:rPr>
          <w:rFonts w:cs="Times New Roman"/>
          <w:color w:val="000000" w:themeColor="text1"/>
          <w:u w:val="single"/>
        </w:rPr>
        <w:t xml:space="preserve"> and automatically extract the attacker's IP address using Regular Expressions (Regex). Upon detecting an attack, the engine generates an API call to add the malicious IP to the </w:t>
      </w:r>
      <w:proofErr w:type="spellStart"/>
      <w:r w:rsidRPr="008147C9">
        <w:rPr>
          <w:rFonts w:cs="Times New Roman"/>
          <w:color w:val="000000" w:themeColor="text1"/>
          <w:u w:val="single"/>
        </w:rPr>
        <w:t>pfSense</w:t>
      </w:r>
      <w:proofErr w:type="spellEnd"/>
      <w:r w:rsidRPr="008147C9">
        <w:rPr>
          <w:rFonts w:cs="Times New Roman"/>
          <w:color w:val="000000" w:themeColor="text1"/>
          <w:u w:val="single"/>
        </w:rPr>
        <w:t xml:space="preserve"> blocklist in under a second, halting the attack without any human intervention."</w:t>
      </w:r>
    </w:p>
    <w:p w:rsidR="008147C9" w:rsidRPr="00752F70" w:rsidRDefault="008147C9" w:rsidP="00752F70">
      <w:pPr>
        <w:tabs>
          <w:tab w:val="left" w:pos="7020"/>
        </w:tabs>
        <w:rPr>
          <w:rFonts w:cs="Times New Roman"/>
          <w:color w:val="000000" w:themeColor="text1"/>
          <w:u w:val="single"/>
        </w:rPr>
      </w:pPr>
    </w:p>
    <w:p w:rsidR="00E5470A" w:rsidRDefault="00752F70" w:rsidP="00AF7EBF">
      <w:pPr>
        <w:tabs>
          <w:tab w:val="left" w:pos="7020"/>
        </w:tabs>
        <w:rPr>
          <w:rFonts w:cs="Times New Roman"/>
          <w:color w:val="000000" w:themeColor="text1"/>
          <w:u w:val="single"/>
        </w:rPr>
      </w:pPr>
      <w:r>
        <w:rPr>
          <w:rFonts w:cs="Times New Roman"/>
          <w:noProof/>
          <w:color w:val="000000" w:themeColor="text1"/>
          <w:u w:val="single"/>
          <w:rtl/>
          <w:lang w:val="ar-SA"/>
        </w:rPr>
        <w:lastRenderedPageBreak/>
        <w:drawing>
          <wp:inline distT="0" distB="0" distL="0" distR="0">
            <wp:extent cx="5943600" cy="249174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شاشة Kali وقد نفذ السكربت، وأظهر استخراج الـ IP (SOAR) وتصنيف الهجوم (AI).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943600" cy="2491740"/>
                    </a:xfrm>
                    <a:prstGeom prst="rect">
                      <a:avLst/>
                    </a:prstGeom>
                  </pic:spPr>
                </pic:pic>
              </a:graphicData>
            </a:graphic>
          </wp:inline>
        </w:drawing>
      </w:r>
    </w:p>
    <w:p w:rsidR="00752F70" w:rsidRDefault="00752F70" w:rsidP="00AF7EBF">
      <w:pPr>
        <w:tabs>
          <w:tab w:val="left" w:pos="7020"/>
        </w:tabs>
        <w:rPr>
          <w:rFonts w:cs="Times New Roman"/>
          <w:color w:val="000000" w:themeColor="text1"/>
          <w:u w:val="single"/>
        </w:rPr>
      </w:pPr>
    </w:p>
    <w:p w:rsidR="00752F70" w:rsidRDefault="00752F70" w:rsidP="00752F70">
      <w:pPr>
        <w:tabs>
          <w:tab w:val="left" w:pos="7020"/>
        </w:tabs>
        <w:rPr>
          <w:rFonts w:cs="Times New Roman"/>
          <w:color w:val="000000" w:themeColor="text1"/>
          <w:u w:val="single"/>
        </w:rPr>
      </w:pPr>
      <w:r w:rsidRPr="00752F70">
        <w:rPr>
          <w:rFonts w:ascii="Segoe UI Emoji" w:hAnsi="Segoe UI Emoji" w:cs="Segoe UI Emoji"/>
          <w:color w:val="000000" w:themeColor="text1"/>
          <w:u w:val="single"/>
        </w:rPr>
        <w:t>📌</w:t>
      </w:r>
      <w:r w:rsidRPr="00752F70">
        <w:rPr>
          <w:rFonts w:cs="Times New Roman"/>
          <w:color w:val="000000" w:themeColor="text1"/>
          <w:u w:val="single"/>
        </w:rPr>
        <w:t xml:space="preserve"> </w:t>
      </w:r>
      <w:r w:rsidRPr="00752F70">
        <w:rPr>
          <w:rFonts w:cs="Times New Roman" w:hint="cs"/>
          <w:color w:val="000000" w:themeColor="text1"/>
          <w:u w:val="single"/>
          <w:rtl/>
        </w:rPr>
        <w:t>الخطوة</w:t>
      </w:r>
      <w:r w:rsidRPr="00752F70">
        <w:rPr>
          <w:rFonts w:cs="Times New Roman"/>
          <w:color w:val="000000" w:themeColor="text1"/>
          <w:u w:val="single"/>
          <w:rtl/>
        </w:rPr>
        <w:t xml:space="preserve"> </w:t>
      </w:r>
      <w:r w:rsidRPr="00752F70">
        <w:rPr>
          <w:rFonts w:cs="Times New Roman" w:hint="cs"/>
          <w:color w:val="000000" w:themeColor="text1"/>
          <w:u w:val="single"/>
          <w:rtl/>
        </w:rPr>
        <w:t>رقم</w:t>
      </w:r>
      <w:r w:rsidRPr="00752F70">
        <w:rPr>
          <w:rFonts w:cs="Times New Roman"/>
          <w:color w:val="000000" w:themeColor="text1"/>
          <w:u w:val="single"/>
          <w:rtl/>
        </w:rPr>
        <w:t xml:space="preserve"> (55): </w:t>
      </w:r>
      <w:r w:rsidRPr="00752F70">
        <w:rPr>
          <w:rFonts w:cs="Times New Roman" w:hint="cs"/>
          <w:color w:val="000000" w:themeColor="text1"/>
          <w:u w:val="single"/>
          <w:rtl/>
        </w:rPr>
        <w:t>تحليل</w:t>
      </w:r>
      <w:r w:rsidRPr="00752F70">
        <w:rPr>
          <w:rFonts w:cs="Times New Roman"/>
          <w:color w:val="000000" w:themeColor="text1"/>
          <w:u w:val="single"/>
          <w:rtl/>
        </w:rPr>
        <w:t xml:space="preserve"> </w:t>
      </w:r>
      <w:r w:rsidRPr="00752F70">
        <w:rPr>
          <w:rFonts w:cs="Times New Roman" w:hint="cs"/>
          <w:color w:val="000000" w:themeColor="text1"/>
          <w:u w:val="single"/>
          <w:rtl/>
        </w:rPr>
        <w:t>التهديدات</w:t>
      </w:r>
      <w:r w:rsidRPr="00752F70">
        <w:rPr>
          <w:rFonts w:cs="Times New Roman"/>
          <w:color w:val="000000" w:themeColor="text1"/>
          <w:u w:val="single"/>
          <w:rtl/>
        </w:rPr>
        <w:t xml:space="preserve"> </w:t>
      </w:r>
      <w:r w:rsidRPr="00752F70">
        <w:rPr>
          <w:rFonts w:cs="Times New Roman" w:hint="cs"/>
          <w:color w:val="000000" w:themeColor="text1"/>
          <w:u w:val="single"/>
          <w:rtl/>
        </w:rPr>
        <w:t>بالذكاء</w:t>
      </w:r>
      <w:r w:rsidRPr="00752F70">
        <w:rPr>
          <w:rFonts w:cs="Times New Roman"/>
          <w:color w:val="000000" w:themeColor="text1"/>
          <w:u w:val="single"/>
          <w:rtl/>
        </w:rPr>
        <w:t xml:space="preserve"> </w:t>
      </w:r>
      <w:r w:rsidRPr="00752F70">
        <w:rPr>
          <w:rFonts w:cs="Times New Roman" w:hint="cs"/>
          <w:color w:val="000000" w:themeColor="text1"/>
          <w:u w:val="single"/>
          <w:rtl/>
        </w:rPr>
        <w:t>الاصطناعي</w:t>
      </w:r>
      <w:r w:rsidRPr="00752F70">
        <w:rPr>
          <w:rFonts w:cs="Times New Roman"/>
          <w:color w:val="000000" w:themeColor="text1"/>
          <w:u w:val="single"/>
        </w:rPr>
        <w:t xml:space="preserve"> </w:t>
      </w:r>
    </w:p>
    <w:p w:rsidR="00752F70" w:rsidRPr="00752F70" w:rsidRDefault="00752F70" w:rsidP="00752F70">
      <w:pPr>
        <w:tabs>
          <w:tab w:val="left" w:pos="7020"/>
        </w:tabs>
        <w:rPr>
          <w:rFonts w:cs="Times New Roman"/>
          <w:color w:val="000000" w:themeColor="text1"/>
          <w:u w:val="single"/>
        </w:rPr>
      </w:pPr>
      <w:r w:rsidRPr="00752F70">
        <w:rPr>
          <w:rFonts w:cs="Times New Roman"/>
          <w:color w:val="000000" w:themeColor="text1"/>
          <w:u w:val="single"/>
        </w:rPr>
        <w:t>(AI Threat Analysis)</w:t>
      </w:r>
    </w:p>
    <w:p w:rsidR="00752F70" w:rsidRDefault="00752F70" w:rsidP="00752F70">
      <w:pPr>
        <w:tabs>
          <w:tab w:val="left" w:pos="7020"/>
        </w:tabs>
        <w:rPr>
          <w:rFonts w:cs="Times New Roman"/>
          <w:color w:val="000000" w:themeColor="text1"/>
          <w:u w:val="single"/>
          <w:rtl/>
        </w:rPr>
      </w:pPr>
      <w:r w:rsidRPr="00752F70">
        <w:rPr>
          <w:rFonts w:cs="Times New Roman" w:hint="cs"/>
          <w:color w:val="000000" w:themeColor="text1"/>
          <w:u w:val="single"/>
          <w:rtl/>
        </w:rPr>
        <w:t>الوصف</w:t>
      </w:r>
      <w:r w:rsidRPr="00752F70">
        <w:rPr>
          <w:rFonts w:cs="Times New Roman"/>
          <w:color w:val="000000" w:themeColor="text1"/>
          <w:u w:val="single"/>
          <w:rtl/>
        </w:rPr>
        <w:t xml:space="preserve"> </w:t>
      </w:r>
      <w:r w:rsidRPr="00752F70">
        <w:rPr>
          <w:rFonts w:cs="Times New Roman" w:hint="cs"/>
          <w:color w:val="000000" w:themeColor="text1"/>
          <w:u w:val="single"/>
          <w:rtl/>
        </w:rPr>
        <w:t>الفني</w:t>
      </w:r>
      <w:r w:rsidRPr="00752F70">
        <w:rPr>
          <w:rFonts w:cs="Times New Roman"/>
          <w:color w:val="000000" w:themeColor="text1"/>
          <w:u w:val="single"/>
          <w:rtl/>
        </w:rPr>
        <w:t xml:space="preserve"> (</w:t>
      </w:r>
      <w:r w:rsidRPr="00752F70">
        <w:rPr>
          <w:rFonts w:cs="Times New Roman" w:hint="cs"/>
          <w:color w:val="000000" w:themeColor="text1"/>
          <w:u w:val="single"/>
          <w:rtl/>
        </w:rPr>
        <w:t>بالعربية</w:t>
      </w:r>
      <w:r w:rsidRPr="00752F70">
        <w:rPr>
          <w:rFonts w:cs="Times New Roman"/>
          <w:color w:val="000000" w:themeColor="text1"/>
          <w:u w:val="single"/>
          <w:rtl/>
        </w:rPr>
        <w:t>): "</w:t>
      </w:r>
      <w:r w:rsidRPr="00752F70">
        <w:rPr>
          <w:rFonts w:cs="Times New Roman" w:hint="cs"/>
          <w:color w:val="000000" w:themeColor="text1"/>
          <w:u w:val="single"/>
          <w:rtl/>
        </w:rPr>
        <w:t>كمتطلب</w:t>
      </w:r>
      <w:r w:rsidRPr="00752F70">
        <w:rPr>
          <w:rFonts w:cs="Times New Roman"/>
          <w:color w:val="000000" w:themeColor="text1"/>
          <w:u w:val="single"/>
          <w:rtl/>
        </w:rPr>
        <w:t xml:space="preserve"> </w:t>
      </w:r>
      <w:r w:rsidRPr="00752F70">
        <w:rPr>
          <w:rFonts w:cs="Times New Roman" w:hint="cs"/>
          <w:color w:val="000000" w:themeColor="text1"/>
          <w:u w:val="single"/>
          <w:rtl/>
        </w:rPr>
        <w:t>متقدم</w:t>
      </w:r>
      <w:r w:rsidRPr="00752F70">
        <w:rPr>
          <w:rFonts w:cs="Times New Roman"/>
          <w:color w:val="000000" w:themeColor="text1"/>
          <w:u w:val="single"/>
          <w:rtl/>
        </w:rPr>
        <w:t xml:space="preserve"> </w:t>
      </w:r>
      <w:r w:rsidRPr="00752F70">
        <w:rPr>
          <w:rFonts w:cs="Times New Roman" w:hint="cs"/>
          <w:color w:val="000000" w:themeColor="text1"/>
          <w:u w:val="single"/>
          <w:rtl/>
        </w:rPr>
        <w:t>لتقنيات</w:t>
      </w:r>
      <w:r w:rsidRPr="00752F70">
        <w:rPr>
          <w:rFonts w:cs="Times New Roman"/>
          <w:color w:val="000000" w:themeColor="text1"/>
          <w:u w:val="single"/>
          <w:rtl/>
        </w:rPr>
        <w:t xml:space="preserve"> </w:t>
      </w:r>
      <w:r w:rsidRPr="00752F70">
        <w:rPr>
          <w:rFonts w:cs="Times New Roman" w:hint="cs"/>
          <w:color w:val="000000" w:themeColor="text1"/>
          <w:u w:val="single"/>
          <w:rtl/>
        </w:rPr>
        <w:t>الفريق</w:t>
      </w:r>
      <w:r w:rsidRPr="00752F70">
        <w:rPr>
          <w:rFonts w:cs="Times New Roman"/>
          <w:color w:val="000000" w:themeColor="text1"/>
          <w:u w:val="single"/>
          <w:rtl/>
        </w:rPr>
        <w:t xml:space="preserve"> </w:t>
      </w:r>
      <w:r w:rsidRPr="00752F70">
        <w:rPr>
          <w:rFonts w:cs="Times New Roman" w:hint="cs"/>
          <w:color w:val="000000" w:themeColor="text1"/>
          <w:u w:val="single"/>
          <w:rtl/>
        </w:rPr>
        <w:t>الأحمر</w:t>
      </w:r>
      <w:r w:rsidRPr="00752F70">
        <w:rPr>
          <w:rFonts w:cs="Times New Roman"/>
          <w:color w:val="000000" w:themeColor="text1"/>
          <w:u w:val="single"/>
          <w:rtl/>
        </w:rPr>
        <w:t xml:space="preserve"> </w:t>
      </w:r>
      <w:r w:rsidRPr="00752F70">
        <w:rPr>
          <w:rFonts w:cs="Times New Roman" w:hint="cs"/>
          <w:color w:val="000000" w:themeColor="text1"/>
          <w:u w:val="single"/>
          <w:rtl/>
        </w:rPr>
        <w:t>والدفاعي</w:t>
      </w:r>
      <w:r w:rsidRPr="00752F70">
        <w:rPr>
          <w:rFonts w:cs="Times New Roman"/>
          <w:color w:val="000000" w:themeColor="text1"/>
          <w:u w:val="single"/>
          <w:rtl/>
        </w:rPr>
        <w:t xml:space="preserve">، </w:t>
      </w:r>
      <w:r w:rsidRPr="00752F70">
        <w:rPr>
          <w:rFonts w:cs="Times New Roman" w:hint="cs"/>
          <w:color w:val="000000" w:themeColor="text1"/>
          <w:u w:val="single"/>
          <w:rtl/>
        </w:rPr>
        <w:t>تم</w:t>
      </w:r>
      <w:r w:rsidRPr="00752F70">
        <w:rPr>
          <w:rFonts w:cs="Times New Roman"/>
          <w:color w:val="000000" w:themeColor="text1"/>
          <w:u w:val="single"/>
          <w:rtl/>
        </w:rPr>
        <w:t xml:space="preserve"> </w:t>
      </w:r>
      <w:r w:rsidRPr="00752F70">
        <w:rPr>
          <w:rFonts w:cs="Times New Roman" w:hint="cs"/>
          <w:color w:val="000000" w:themeColor="text1"/>
          <w:u w:val="single"/>
          <w:rtl/>
        </w:rPr>
        <w:t>دمج</w:t>
      </w:r>
      <w:r w:rsidRPr="00752F70">
        <w:rPr>
          <w:rFonts w:cs="Times New Roman"/>
          <w:color w:val="000000" w:themeColor="text1"/>
          <w:u w:val="single"/>
          <w:rtl/>
        </w:rPr>
        <w:t xml:space="preserve"> </w:t>
      </w:r>
      <w:r w:rsidRPr="00752F70">
        <w:rPr>
          <w:rFonts w:cs="Times New Roman" w:hint="cs"/>
          <w:color w:val="000000" w:themeColor="text1"/>
          <w:u w:val="single"/>
          <w:rtl/>
        </w:rPr>
        <w:t>منطق</w:t>
      </w:r>
      <w:r w:rsidRPr="00752F70">
        <w:rPr>
          <w:rFonts w:cs="Times New Roman"/>
          <w:color w:val="000000" w:themeColor="text1"/>
          <w:u w:val="single"/>
          <w:rtl/>
        </w:rPr>
        <w:t xml:space="preserve"> </w:t>
      </w:r>
      <w:r w:rsidRPr="00752F70">
        <w:rPr>
          <w:rFonts w:cs="Times New Roman" w:hint="cs"/>
          <w:color w:val="000000" w:themeColor="text1"/>
          <w:u w:val="single"/>
          <w:rtl/>
        </w:rPr>
        <w:t>الذكاء</w:t>
      </w:r>
      <w:r w:rsidRPr="00752F70">
        <w:rPr>
          <w:rFonts w:cs="Times New Roman"/>
          <w:color w:val="000000" w:themeColor="text1"/>
          <w:u w:val="single"/>
          <w:rtl/>
        </w:rPr>
        <w:t xml:space="preserve"> </w:t>
      </w:r>
      <w:r w:rsidRPr="00752F70">
        <w:rPr>
          <w:rFonts w:cs="Times New Roman" w:hint="cs"/>
          <w:color w:val="000000" w:themeColor="text1"/>
          <w:u w:val="single"/>
          <w:rtl/>
        </w:rPr>
        <w:t>الاصطناعي</w:t>
      </w:r>
      <w:r w:rsidRPr="00752F70">
        <w:rPr>
          <w:rFonts w:cs="Times New Roman"/>
          <w:color w:val="000000" w:themeColor="text1"/>
          <w:u w:val="single"/>
          <w:rtl/>
        </w:rPr>
        <w:t xml:space="preserve"> </w:t>
      </w:r>
      <w:r w:rsidRPr="00752F70">
        <w:rPr>
          <w:rFonts w:cs="Times New Roman" w:hint="cs"/>
          <w:color w:val="000000" w:themeColor="text1"/>
          <w:u w:val="single"/>
          <w:rtl/>
        </w:rPr>
        <w:t>داخل</w:t>
      </w:r>
      <w:r w:rsidRPr="00752F70">
        <w:rPr>
          <w:rFonts w:cs="Times New Roman"/>
          <w:color w:val="000000" w:themeColor="text1"/>
          <w:u w:val="single"/>
          <w:rtl/>
        </w:rPr>
        <w:t xml:space="preserve"> </w:t>
      </w:r>
      <w:r w:rsidRPr="00752F70">
        <w:rPr>
          <w:rFonts w:cs="Times New Roman" w:hint="cs"/>
          <w:color w:val="000000" w:themeColor="text1"/>
          <w:u w:val="single"/>
          <w:rtl/>
        </w:rPr>
        <w:t>محرك</w:t>
      </w:r>
      <w:r w:rsidRPr="00752F70">
        <w:rPr>
          <w:rFonts w:cs="Times New Roman"/>
          <w:color w:val="000000" w:themeColor="text1"/>
          <w:u w:val="single"/>
          <w:rtl/>
        </w:rPr>
        <w:t xml:space="preserve"> </w:t>
      </w:r>
      <w:r w:rsidRPr="00752F70">
        <w:rPr>
          <w:rFonts w:cs="Times New Roman" w:hint="cs"/>
          <w:color w:val="000000" w:themeColor="text1"/>
          <w:u w:val="single"/>
          <w:rtl/>
        </w:rPr>
        <w:t>الأتمتة</w:t>
      </w:r>
      <w:r w:rsidRPr="00752F70">
        <w:rPr>
          <w:rFonts w:cs="Times New Roman"/>
          <w:color w:val="000000" w:themeColor="text1"/>
          <w:u w:val="single"/>
          <w:rtl/>
        </w:rPr>
        <w:t xml:space="preserve">. </w:t>
      </w:r>
      <w:r w:rsidRPr="00752F70">
        <w:rPr>
          <w:rFonts w:cs="Times New Roman" w:hint="cs"/>
          <w:color w:val="000000" w:themeColor="text1"/>
          <w:u w:val="single"/>
          <w:rtl/>
        </w:rPr>
        <w:t>عند</w:t>
      </w:r>
      <w:r w:rsidRPr="00752F70">
        <w:rPr>
          <w:rFonts w:cs="Times New Roman"/>
          <w:color w:val="000000" w:themeColor="text1"/>
          <w:u w:val="single"/>
          <w:rtl/>
        </w:rPr>
        <w:t xml:space="preserve"> </w:t>
      </w:r>
      <w:r w:rsidRPr="00752F70">
        <w:rPr>
          <w:rFonts w:cs="Times New Roman" w:hint="cs"/>
          <w:color w:val="000000" w:themeColor="text1"/>
          <w:u w:val="single"/>
          <w:rtl/>
        </w:rPr>
        <w:t>تلقي</w:t>
      </w:r>
      <w:r w:rsidRPr="00752F70">
        <w:rPr>
          <w:rFonts w:cs="Times New Roman"/>
          <w:color w:val="000000" w:themeColor="text1"/>
          <w:u w:val="single"/>
          <w:rtl/>
        </w:rPr>
        <w:t xml:space="preserve"> </w:t>
      </w:r>
      <w:r w:rsidRPr="00752F70">
        <w:rPr>
          <w:rFonts w:cs="Times New Roman" w:hint="cs"/>
          <w:color w:val="000000" w:themeColor="text1"/>
          <w:u w:val="single"/>
          <w:rtl/>
        </w:rPr>
        <w:t>تنبيه</w:t>
      </w:r>
      <w:r w:rsidRPr="00752F70">
        <w:rPr>
          <w:rFonts w:cs="Times New Roman"/>
          <w:color w:val="000000" w:themeColor="text1"/>
          <w:u w:val="single"/>
          <w:rtl/>
        </w:rPr>
        <w:t xml:space="preserve"> </w:t>
      </w:r>
      <w:r w:rsidRPr="00752F70">
        <w:rPr>
          <w:rFonts w:cs="Times New Roman" w:hint="cs"/>
          <w:color w:val="000000" w:themeColor="text1"/>
          <w:u w:val="single"/>
          <w:rtl/>
        </w:rPr>
        <w:t>أمني</w:t>
      </w:r>
      <w:r w:rsidRPr="00752F70">
        <w:rPr>
          <w:rFonts w:cs="Times New Roman"/>
          <w:color w:val="000000" w:themeColor="text1"/>
          <w:u w:val="single"/>
          <w:rtl/>
        </w:rPr>
        <w:t xml:space="preserve">، </w:t>
      </w:r>
      <w:r w:rsidRPr="00752F70">
        <w:rPr>
          <w:rFonts w:cs="Times New Roman" w:hint="cs"/>
          <w:color w:val="000000" w:themeColor="text1"/>
          <w:u w:val="single"/>
          <w:rtl/>
        </w:rPr>
        <w:t>يقوم</w:t>
      </w:r>
      <w:r w:rsidRPr="00752F70">
        <w:rPr>
          <w:rFonts w:cs="Times New Roman"/>
          <w:color w:val="000000" w:themeColor="text1"/>
          <w:u w:val="single"/>
          <w:rtl/>
        </w:rPr>
        <w:t xml:space="preserve"> </w:t>
      </w:r>
      <w:r w:rsidRPr="00752F70">
        <w:rPr>
          <w:rFonts w:cs="Times New Roman" w:hint="cs"/>
          <w:color w:val="000000" w:themeColor="text1"/>
          <w:u w:val="single"/>
          <w:rtl/>
        </w:rPr>
        <w:t>السكربت</w:t>
      </w:r>
      <w:r w:rsidRPr="00752F70">
        <w:rPr>
          <w:rFonts w:cs="Times New Roman"/>
          <w:color w:val="000000" w:themeColor="text1"/>
          <w:u w:val="single"/>
          <w:rtl/>
        </w:rPr>
        <w:t xml:space="preserve"> </w:t>
      </w:r>
      <w:r w:rsidRPr="00752F70">
        <w:rPr>
          <w:rFonts w:cs="Times New Roman" w:hint="cs"/>
          <w:color w:val="000000" w:themeColor="text1"/>
          <w:u w:val="single"/>
          <w:rtl/>
        </w:rPr>
        <w:t>بتمرير</w:t>
      </w:r>
      <w:r w:rsidRPr="00752F70">
        <w:rPr>
          <w:rFonts w:cs="Times New Roman"/>
          <w:color w:val="000000" w:themeColor="text1"/>
          <w:u w:val="single"/>
          <w:rtl/>
        </w:rPr>
        <w:t xml:space="preserve"> </w:t>
      </w:r>
      <w:r w:rsidRPr="00752F70">
        <w:rPr>
          <w:rFonts w:cs="Times New Roman" w:hint="cs"/>
          <w:color w:val="000000" w:themeColor="text1"/>
          <w:u w:val="single"/>
          <w:rtl/>
        </w:rPr>
        <w:t>بيانات</w:t>
      </w:r>
      <w:r w:rsidRPr="00752F70">
        <w:rPr>
          <w:rFonts w:cs="Times New Roman"/>
          <w:color w:val="000000" w:themeColor="text1"/>
          <w:u w:val="single"/>
          <w:rtl/>
        </w:rPr>
        <w:t xml:space="preserve"> </w:t>
      </w:r>
      <w:r w:rsidRPr="00752F70">
        <w:rPr>
          <w:rFonts w:cs="Times New Roman" w:hint="cs"/>
          <w:color w:val="000000" w:themeColor="text1"/>
          <w:u w:val="single"/>
          <w:rtl/>
        </w:rPr>
        <w:t>السجل</w:t>
      </w:r>
      <w:r w:rsidRPr="00752F70">
        <w:rPr>
          <w:rFonts w:cs="Times New Roman"/>
          <w:color w:val="000000" w:themeColor="text1"/>
          <w:u w:val="single"/>
        </w:rPr>
        <w:t xml:space="preserve"> (Raw Log Data) </w:t>
      </w:r>
      <w:r w:rsidRPr="00752F70">
        <w:rPr>
          <w:rFonts w:cs="Times New Roman" w:hint="cs"/>
          <w:color w:val="000000" w:themeColor="text1"/>
          <w:u w:val="single"/>
          <w:rtl/>
        </w:rPr>
        <w:t>لطبقة</w:t>
      </w:r>
      <w:r w:rsidRPr="00752F70">
        <w:rPr>
          <w:rFonts w:cs="Times New Roman"/>
          <w:color w:val="000000" w:themeColor="text1"/>
          <w:u w:val="single"/>
          <w:rtl/>
        </w:rPr>
        <w:t xml:space="preserve"> </w:t>
      </w:r>
      <w:r w:rsidRPr="00752F70">
        <w:rPr>
          <w:rFonts w:cs="Times New Roman" w:hint="cs"/>
          <w:color w:val="000000" w:themeColor="text1"/>
          <w:u w:val="single"/>
          <w:rtl/>
        </w:rPr>
        <w:t>تحليل</w:t>
      </w:r>
      <w:r w:rsidRPr="00752F70">
        <w:rPr>
          <w:rFonts w:cs="Times New Roman"/>
          <w:color w:val="000000" w:themeColor="text1"/>
          <w:u w:val="single"/>
          <w:rtl/>
        </w:rPr>
        <w:t xml:space="preserve"> </w:t>
      </w:r>
      <w:r w:rsidRPr="00752F70">
        <w:rPr>
          <w:rFonts w:cs="Times New Roman" w:hint="cs"/>
          <w:color w:val="000000" w:themeColor="text1"/>
          <w:u w:val="single"/>
          <w:rtl/>
        </w:rPr>
        <w:t>منطقية</w:t>
      </w:r>
      <w:r w:rsidRPr="00752F70">
        <w:rPr>
          <w:rFonts w:cs="Times New Roman"/>
          <w:color w:val="000000" w:themeColor="text1"/>
          <w:u w:val="single"/>
          <w:rtl/>
        </w:rPr>
        <w:t xml:space="preserve"> </w:t>
      </w:r>
      <w:r w:rsidRPr="00752F70">
        <w:rPr>
          <w:rFonts w:cs="Times New Roman" w:hint="cs"/>
          <w:color w:val="000000" w:themeColor="text1"/>
          <w:u w:val="single"/>
          <w:rtl/>
        </w:rPr>
        <w:t>تقوم</w:t>
      </w:r>
      <w:r w:rsidRPr="00752F70">
        <w:rPr>
          <w:rFonts w:cs="Times New Roman"/>
          <w:color w:val="000000" w:themeColor="text1"/>
          <w:u w:val="single"/>
          <w:rtl/>
        </w:rPr>
        <w:t xml:space="preserve"> </w:t>
      </w:r>
      <w:r w:rsidRPr="00752F70">
        <w:rPr>
          <w:rFonts w:cs="Times New Roman" w:hint="cs"/>
          <w:color w:val="000000" w:themeColor="text1"/>
          <w:u w:val="single"/>
          <w:rtl/>
        </w:rPr>
        <w:t>بتصنيف</w:t>
      </w:r>
      <w:r w:rsidRPr="00752F70">
        <w:rPr>
          <w:rFonts w:cs="Times New Roman"/>
          <w:color w:val="000000" w:themeColor="text1"/>
          <w:u w:val="single"/>
          <w:rtl/>
        </w:rPr>
        <w:t xml:space="preserve"> </w:t>
      </w:r>
      <w:r w:rsidRPr="00752F70">
        <w:rPr>
          <w:rFonts w:cs="Times New Roman" w:hint="cs"/>
          <w:color w:val="000000" w:themeColor="text1"/>
          <w:u w:val="single"/>
          <w:rtl/>
        </w:rPr>
        <w:t>الهجوم</w:t>
      </w:r>
      <w:r w:rsidRPr="00752F70">
        <w:rPr>
          <w:rFonts w:cs="Times New Roman"/>
          <w:color w:val="000000" w:themeColor="text1"/>
          <w:u w:val="single"/>
          <w:rtl/>
        </w:rPr>
        <w:t xml:space="preserve"> (</w:t>
      </w:r>
      <w:r w:rsidRPr="00752F70">
        <w:rPr>
          <w:rFonts w:cs="Times New Roman" w:hint="cs"/>
          <w:color w:val="000000" w:themeColor="text1"/>
          <w:u w:val="single"/>
          <w:rtl/>
        </w:rPr>
        <w:t>مثل</w:t>
      </w:r>
      <w:r w:rsidRPr="00752F70">
        <w:rPr>
          <w:rFonts w:cs="Times New Roman"/>
          <w:color w:val="000000" w:themeColor="text1"/>
          <w:u w:val="single"/>
          <w:rtl/>
        </w:rPr>
        <w:t xml:space="preserve">: </w:t>
      </w:r>
      <w:r w:rsidRPr="00752F70">
        <w:rPr>
          <w:rFonts w:cs="Times New Roman" w:hint="cs"/>
          <w:color w:val="000000" w:themeColor="text1"/>
          <w:u w:val="single"/>
          <w:rtl/>
        </w:rPr>
        <w:t>مسح</w:t>
      </w:r>
      <w:r w:rsidRPr="00752F70">
        <w:rPr>
          <w:rFonts w:cs="Times New Roman"/>
          <w:color w:val="000000" w:themeColor="text1"/>
          <w:u w:val="single"/>
          <w:rtl/>
        </w:rPr>
        <w:t xml:space="preserve"> </w:t>
      </w:r>
      <w:r w:rsidRPr="00752F70">
        <w:rPr>
          <w:rFonts w:cs="Times New Roman" w:hint="cs"/>
          <w:color w:val="000000" w:themeColor="text1"/>
          <w:u w:val="single"/>
          <w:rtl/>
        </w:rPr>
        <w:t>شبكي</w:t>
      </w:r>
      <w:r w:rsidRPr="00752F70">
        <w:rPr>
          <w:rFonts w:cs="Times New Roman"/>
          <w:color w:val="000000" w:themeColor="text1"/>
          <w:u w:val="single"/>
          <w:rtl/>
        </w:rPr>
        <w:t xml:space="preserve">، </w:t>
      </w:r>
      <w:r w:rsidRPr="00752F70">
        <w:rPr>
          <w:rFonts w:cs="Times New Roman" w:hint="cs"/>
          <w:color w:val="000000" w:themeColor="text1"/>
          <w:u w:val="single"/>
          <w:rtl/>
        </w:rPr>
        <w:t>أو</w:t>
      </w:r>
      <w:r w:rsidRPr="00752F70">
        <w:rPr>
          <w:rFonts w:cs="Times New Roman"/>
          <w:color w:val="000000" w:themeColor="text1"/>
          <w:u w:val="single"/>
          <w:rtl/>
        </w:rPr>
        <w:t xml:space="preserve"> </w:t>
      </w:r>
      <w:r w:rsidRPr="00752F70">
        <w:rPr>
          <w:rFonts w:cs="Times New Roman" w:hint="cs"/>
          <w:color w:val="000000" w:themeColor="text1"/>
          <w:u w:val="single"/>
          <w:rtl/>
        </w:rPr>
        <w:t>محاولة</w:t>
      </w:r>
      <w:r w:rsidRPr="00752F70">
        <w:rPr>
          <w:rFonts w:cs="Times New Roman"/>
          <w:color w:val="000000" w:themeColor="text1"/>
          <w:u w:val="single"/>
          <w:rtl/>
        </w:rPr>
        <w:t xml:space="preserve"> </w:t>
      </w:r>
      <w:r w:rsidRPr="00752F70">
        <w:rPr>
          <w:rFonts w:cs="Times New Roman" w:hint="cs"/>
          <w:color w:val="000000" w:themeColor="text1"/>
          <w:u w:val="single"/>
          <w:rtl/>
        </w:rPr>
        <w:t>اختراق</w:t>
      </w:r>
      <w:r w:rsidRPr="00752F70">
        <w:rPr>
          <w:rFonts w:cs="Times New Roman"/>
          <w:color w:val="000000" w:themeColor="text1"/>
          <w:u w:val="single"/>
          <w:rtl/>
        </w:rPr>
        <w:t xml:space="preserve">)، </w:t>
      </w:r>
      <w:r w:rsidRPr="00752F70">
        <w:rPr>
          <w:rFonts w:cs="Times New Roman" w:hint="cs"/>
          <w:color w:val="000000" w:themeColor="text1"/>
          <w:u w:val="single"/>
          <w:rtl/>
        </w:rPr>
        <w:t>وتحديد</w:t>
      </w:r>
      <w:r w:rsidRPr="00752F70">
        <w:rPr>
          <w:rFonts w:cs="Times New Roman"/>
          <w:color w:val="000000" w:themeColor="text1"/>
          <w:u w:val="single"/>
          <w:rtl/>
        </w:rPr>
        <w:t xml:space="preserve"> </w:t>
      </w:r>
      <w:r w:rsidRPr="00752F70">
        <w:rPr>
          <w:rFonts w:cs="Times New Roman" w:hint="cs"/>
          <w:color w:val="000000" w:themeColor="text1"/>
          <w:u w:val="single"/>
          <w:rtl/>
        </w:rPr>
        <w:t>مستوى</w:t>
      </w:r>
      <w:r w:rsidRPr="00752F70">
        <w:rPr>
          <w:rFonts w:cs="Times New Roman"/>
          <w:color w:val="000000" w:themeColor="text1"/>
          <w:u w:val="single"/>
          <w:rtl/>
        </w:rPr>
        <w:t xml:space="preserve"> </w:t>
      </w:r>
      <w:r w:rsidRPr="00752F70">
        <w:rPr>
          <w:rFonts w:cs="Times New Roman" w:hint="cs"/>
          <w:color w:val="000000" w:themeColor="text1"/>
          <w:u w:val="single"/>
          <w:rtl/>
        </w:rPr>
        <w:t>الخطورة</w:t>
      </w:r>
      <w:r w:rsidRPr="00752F70">
        <w:rPr>
          <w:rFonts w:cs="Times New Roman"/>
          <w:color w:val="000000" w:themeColor="text1"/>
          <w:u w:val="single"/>
        </w:rPr>
        <w:t xml:space="preserve"> (Severity)</w:t>
      </w:r>
      <w:r w:rsidRPr="00752F70">
        <w:rPr>
          <w:rFonts w:cs="Times New Roman"/>
          <w:color w:val="000000" w:themeColor="text1"/>
          <w:u w:val="single"/>
          <w:rtl/>
        </w:rPr>
        <w:t xml:space="preserve">، </w:t>
      </w:r>
      <w:r w:rsidRPr="00752F70">
        <w:rPr>
          <w:rFonts w:cs="Times New Roman" w:hint="cs"/>
          <w:color w:val="000000" w:themeColor="text1"/>
          <w:u w:val="single"/>
          <w:rtl/>
        </w:rPr>
        <w:t>واقتراح</w:t>
      </w:r>
      <w:r w:rsidRPr="00752F70">
        <w:rPr>
          <w:rFonts w:cs="Times New Roman"/>
          <w:color w:val="000000" w:themeColor="text1"/>
          <w:u w:val="single"/>
          <w:rtl/>
        </w:rPr>
        <w:t xml:space="preserve"> </w:t>
      </w:r>
      <w:r w:rsidRPr="00752F70">
        <w:rPr>
          <w:rFonts w:cs="Times New Roman" w:hint="cs"/>
          <w:color w:val="000000" w:themeColor="text1"/>
          <w:u w:val="single"/>
          <w:rtl/>
        </w:rPr>
        <w:t>الإجراءات</w:t>
      </w:r>
      <w:r w:rsidRPr="00752F70">
        <w:rPr>
          <w:rFonts w:cs="Times New Roman"/>
          <w:color w:val="000000" w:themeColor="text1"/>
          <w:u w:val="single"/>
          <w:rtl/>
        </w:rPr>
        <w:t xml:space="preserve"> </w:t>
      </w:r>
      <w:r w:rsidRPr="00752F70">
        <w:rPr>
          <w:rFonts w:cs="Times New Roman" w:hint="cs"/>
          <w:color w:val="000000" w:themeColor="text1"/>
          <w:u w:val="single"/>
          <w:rtl/>
        </w:rPr>
        <w:t>التصحيحية</w:t>
      </w:r>
      <w:r w:rsidRPr="00752F70">
        <w:rPr>
          <w:rFonts w:cs="Times New Roman"/>
          <w:color w:val="000000" w:themeColor="text1"/>
          <w:u w:val="single"/>
          <w:rtl/>
        </w:rPr>
        <w:t xml:space="preserve"> </w:t>
      </w:r>
      <w:r w:rsidRPr="00752F70">
        <w:rPr>
          <w:rFonts w:cs="Times New Roman" w:hint="cs"/>
          <w:color w:val="000000" w:themeColor="text1"/>
          <w:u w:val="single"/>
          <w:rtl/>
        </w:rPr>
        <w:t>المطلوبة</w:t>
      </w:r>
      <w:r w:rsidRPr="00752F70">
        <w:rPr>
          <w:rFonts w:cs="Times New Roman"/>
          <w:color w:val="000000" w:themeColor="text1"/>
          <w:u w:val="single"/>
        </w:rPr>
        <w:t xml:space="preserve"> (Mitigation). </w:t>
      </w:r>
      <w:r w:rsidRPr="00752F70">
        <w:rPr>
          <w:rFonts w:cs="Times New Roman" w:hint="cs"/>
          <w:color w:val="000000" w:themeColor="text1"/>
          <w:u w:val="single"/>
          <w:rtl/>
        </w:rPr>
        <w:t>هذا</w:t>
      </w:r>
      <w:r w:rsidRPr="00752F70">
        <w:rPr>
          <w:rFonts w:cs="Times New Roman"/>
          <w:color w:val="000000" w:themeColor="text1"/>
          <w:u w:val="single"/>
          <w:rtl/>
        </w:rPr>
        <w:t xml:space="preserve"> </w:t>
      </w:r>
      <w:r w:rsidRPr="00752F70">
        <w:rPr>
          <w:rFonts w:cs="Times New Roman" w:hint="cs"/>
          <w:color w:val="000000" w:themeColor="text1"/>
          <w:u w:val="single"/>
          <w:rtl/>
        </w:rPr>
        <w:t>الإجراء</w:t>
      </w:r>
      <w:r w:rsidRPr="00752F70">
        <w:rPr>
          <w:rFonts w:cs="Times New Roman"/>
          <w:color w:val="000000" w:themeColor="text1"/>
          <w:u w:val="single"/>
          <w:rtl/>
        </w:rPr>
        <w:t xml:space="preserve"> </w:t>
      </w:r>
      <w:r w:rsidRPr="00752F70">
        <w:rPr>
          <w:rFonts w:cs="Times New Roman" w:hint="cs"/>
          <w:color w:val="000000" w:themeColor="text1"/>
          <w:u w:val="single"/>
          <w:rtl/>
        </w:rPr>
        <w:t>يقلل</w:t>
      </w:r>
      <w:r w:rsidRPr="00752F70">
        <w:rPr>
          <w:rFonts w:cs="Times New Roman"/>
          <w:color w:val="000000" w:themeColor="text1"/>
          <w:u w:val="single"/>
          <w:rtl/>
        </w:rPr>
        <w:t xml:space="preserve"> </w:t>
      </w:r>
      <w:r w:rsidRPr="00752F70">
        <w:rPr>
          <w:rFonts w:cs="Times New Roman" w:hint="cs"/>
          <w:color w:val="000000" w:themeColor="text1"/>
          <w:u w:val="single"/>
          <w:rtl/>
        </w:rPr>
        <w:t>من</w:t>
      </w:r>
      <w:r w:rsidRPr="00752F70">
        <w:rPr>
          <w:rFonts w:cs="Times New Roman"/>
          <w:color w:val="000000" w:themeColor="text1"/>
          <w:u w:val="single"/>
          <w:rtl/>
        </w:rPr>
        <w:t xml:space="preserve"> </w:t>
      </w:r>
      <w:r w:rsidRPr="00752F70">
        <w:rPr>
          <w:rFonts w:cs="Times New Roman" w:hint="cs"/>
          <w:color w:val="000000" w:themeColor="text1"/>
          <w:u w:val="single"/>
          <w:rtl/>
        </w:rPr>
        <w:t>إرهاق</w:t>
      </w:r>
      <w:r w:rsidRPr="00752F70">
        <w:rPr>
          <w:rFonts w:cs="Times New Roman"/>
          <w:color w:val="000000" w:themeColor="text1"/>
          <w:u w:val="single"/>
          <w:rtl/>
        </w:rPr>
        <w:t xml:space="preserve"> </w:t>
      </w:r>
      <w:r w:rsidRPr="00752F70">
        <w:rPr>
          <w:rFonts w:cs="Times New Roman" w:hint="cs"/>
          <w:color w:val="000000" w:themeColor="text1"/>
          <w:u w:val="single"/>
          <w:rtl/>
        </w:rPr>
        <w:t>فريق</w:t>
      </w:r>
      <w:r w:rsidRPr="00752F70">
        <w:rPr>
          <w:rFonts w:cs="Times New Roman"/>
          <w:color w:val="000000" w:themeColor="text1"/>
          <w:u w:val="single"/>
          <w:rtl/>
        </w:rPr>
        <w:t xml:space="preserve"> </w:t>
      </w:r>
      <w:r w:rsidRPr="00752F70">
        <w:rPr>
          <w:rFonts w:cs="Times New Roman" w:hint="cs"/>
          <w:color w:val="000000" w:themeColor="text1"/>
          <w:u w:val="single"/>
          <w:rtl/>
        </w:rPr>
        <w:t>الأمن</w:t>
      </w:r>
      <w:r w:rsidRPr="00752F70">
        <w:rPr>
          <w:rFonts w:cs="Times New Roman"/>
          <w:color w:val="000000" w:themeColor="text1"/>
          <w:u w:val="single"/>
        </w:rPr>
        <w:t xml:space="preserve"> (Alert Fatigue) </w:t>
      </w:r>
      <w:r w:rsidRPr="00752F70">
        <w:rPr>
          <w:rFonts w:cs="Times New Roman" w:hint="cs"/>
          <w:color w:val="000000" w:themeColor="text1"/>
          <w:u w:val="single"/>
          <w:rtl/>
        </w:rPr>
        <w:t>ويسرع</w:t>
      </w:r>
      <w:r w:rsidRPr="00752F70">
        <w:rPr>
          <w:rFonts w:cs="Times New Roman"/>
          <w:color w:val="000000" w:themeColor="text1"/>
          <w:u w:val="single"/>
          <w:rtl/>
        </w:rPr>
        <w:t xml:space="preserve"> </w:t>
      </w:r>
      <w:r w:rsidRPr="00752F70">
        <w:rPr>
          <w:rFonts w:cs="Times New Roman" w:hint="cs"/>
          <w:color w:val="000000" w:themeColor="text1"/>
          <w:u w:val="single"/>
          <w:rtl/>
        </w:rPr>
        <w:t>اتخاذ</w:t>
      </w:r>
      <w:r w:rsidRPr="00752F70">
        <w:rPr>
          <w:rFonts w:cs="Times New Roman"/>
          <w:color w:val="000000" w:themeColor="text1"/>
          <w:u w:val="single"/>
          <w:rtl/>
        </w:rPr>
        <w:t xml:space="preserve"> </w:t>
      </w:r>
      <w:r w:rsidRPr="00752F70">
        <w:rPr>
          <w:rFonts w:cs="Times New Roman" w:hint="cs"/>
          <w:color w:val="000000" w:themeColor="text1"/>
          <w:u w:val="single"/>
          <w:rtl/>
        </w:rPr>
        <w:t>القرار</w:t>
      </w:r>
      <w:r w:rsidRPr="00752F70">
        <w:rPr>
          <w:rFonts w:cs="Times New Roman"/>
          <w:color w:val="000000" w:themeColor="text1"/>
          <w:u w:val="single"/>
        </w:rPr>
        <w:t>."</w:t>
      </w:r>
    </w:p>
    <w:p w:rsidR="008147C9" w:rsidRDefault="008147C9" w:rsidP="00752F70">
      <w:pPr>
        <w:tabs>
          <w:tab w:val="left" w:pos="7020"/>
        </w:tabs>
        <w:rPr>
          <w:rFonts w:cs="Times New Roman"/>
          <w:color w:val="000000" w:themeColor="text1"/>
          <w:u w:val="single"/>
          <w:rtl/>
        </w:rPr>
      </w:pPr>
    </w:p>
    <w:p w:rsidR="008147C9" w:rsidRDefault="008147C9" w:rsidP="00752F70">
      <w:pPr>
        <w:tabs>
          <w:tab w:val="left" w:pos="7020"/>
        </w:tabs>
        <w:rPr>
          <w:rFonts w:cs="Times New Roman"/>
          <w:color w:val="000000" w:themeColor="text1"/>
          <w:u w:val="single"/>
          <w:rtl/>
        </w:rPr>
      </w:pPr>
    </w:p>
    <w:p w:rsidR="008147C9" w:rsidRPr="008147C9" w:rsidRDefault="008147C9" w:rsidP="008147C9">
      <w:pPr>
        <w:rPr>
          <w:rFonts w:cs="Times New Roman"/>
          <w:color w:val="000000" w:themeColor="text1"/>
          <w:u w:val="single"/>
        </w:rPr>
      </w:pPr>
      <w:r w:rsidRPr="008147C9">
        <w:rPr>
          <w:rFonts w:cs="Times New Roman"/>
          <w:color w:val="000000" w:themeColor="text1"/>
          <w:u w:val="single"/>
        </w:rPr>
        <w:t>Technical Description (English): "As an advanced requirement for Red and Blue team operations, Artificial Intelligence logic was integrated into the automation engine. Upon receiving a security alert, the script passes the Raw Log Data to a logical analysis layer that classifies the attack (e.g., Network Reconnaissance or Exploitation Attempt), determines the Severity level, and suggests required Mitigation actions. This process reduces Alert Fatigue for the security team and accelerates decision-making."</w:t>
      </w:r>
    </w:p>
    <w:p w:rsidR="008147C9" w:rsidRDefault="008147C9" w:rsidP="00752F70">
      <w:pPr>
        <w:tabs>
          <w:tab w:val="left" w:pos="7020"/>
        </w:tabs>
        <w:rPr>
          <w:rFonts w:cs="Times New Roman"/>
          <w:color w:val="000000" w:themeColor="text1"/>
          <w:u w:val="single"/>
          <w:rtl/>
        </w:rPr>
      </w:pPr>
    </w:p>
    <w:p w:rsidR="008147C9" w:rsidRDefault="008147C9" w:rsidP="00752F70">
      <w:pPr>
        <w:tabs>
          <w:tab w:val="left" w:pos="7020"/>
        </w:tabs>
        <w:rPr>
          <w:rFonts w:cs="Times New Roman"/>
          <w:color w:val="000000" w:themeColor="text1"/>
          <w:u w:val="single"/>
        </w:rPr>
      </w:pPr>
    </w:p>
    <w:p w:rsidR="001521AE" w:rsidRPr="00752F70" w:rsidRDefault="001521AE" w:rsidP="00752F70">
      <w:pPr>
        <w:tabs>
          <w:tab w:val="left" w:pos="7020"/>
        </w:tabs>
        <w:rPr>
          <w:rFonts w:cs="Times New Roman"/>
          <w:color w:val="000000" w:themeColor="text1"/>
          <w:u w:val="single"/>
        </w:rPr>
      </w:pPr>
      <w:r>
        <w:rPr>
          <w:rFonts w:cs="Times New Roman"/>
          <w:noProof/>
          <w:color w:val="000000" w:themeColor="text1"/>
          <w:u w:val="single"/>
        </w:rPr>
        <w:drawing>
          <wp:inline distT="0" distB="0" distL="0" distR="0">
            <wp:extent cx="5943600" cy="77978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شاشة Kali وقد نفذ السكربت، وأظهر استخراج الـ IP (SOAR) وتصنيف الهجوم (AI2.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943600" cy="779780"/>
                    </a:xfrm>
                    <a:prstGeom prst="rect">
                      <a:avLst/>
                    </a:prstGeom>
                  </pic:spPr>
                </pic:pic>
              </a:graphicData>
            </a:graphic>
          </wp:inline>
        </w:drawing>
      </w:r>
    </w:p>
    <w:p w:rsidR="00752F70" w:rsidRDefault="00752F70" w:rsidP="00AF7EBF">
      <w:pPr>
        <w:tabs>
          <w:tab w:val="left" w:pos="7020"/>
        </w:tabs>
        <w:rPr>
          <w:rFonts w:cs="Times New Roman"/>
          <w:color w:val="000000" w:themeColor="text1"/>
          <w:u w:val="single"/>
          <w:rtl/>
        </w:rPr>
      </w:pPr>
    </w:p>
    <w:p w:rsidR="00256D90" w:rsidRPr="00ED7B0E" w:rsidRDefault="00256D90" w:rsidP="00AF7EBF">
      <w:pPr>
        <w:tabs>
          <w:tab w:val="left" w:pos="7020"/>
        </w:tabs>
        <w:rPr>
          <w:rFonts w:cs="Times New Roman" w:hint="cs"/>
          <w:color w:val="000000" w:themeColor="text1"/>
          <w:u w:val="single"/>
          <w:rtl/>
        </w:rPr>
      </w:pPr>
    </w:p>
    <w:sectPr w:rsidR="00256D90" w:rsidRPr="00ED7B0E">
      <w:headerReference w:type="default" r:id="rId95"/>
      <w:pgSz w:w="12240" w:h="15840"/>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5380" w:rsidRDefault="00345380" w:rsidP="005F20EB">
      <w:pPr>
        <w:spacing w:after="0" w:line="240" w:lineRule="auto"/>
      </w:pPr>
      <w:r>
        <w:separator/>
      </w:r>
    </w:p>
  </w:endnote>
  <w:endnote w:type="continuationSeparator" w:id="0">
    <w:p w:rsidR="00345380" w:rsidRDefault="00345380" w:rsidP="005F2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1"/>
    <w:family w:val="roman"/>
    <w:pitch w:val="variable"/>
  </w:font>
  <w:font w:name="OpenSymbol">
    <w:altName w:val="Cambria"/>
    <w:charset w:val="01"/>
    <w:family w:val="roman"/>
    <w:pitch w:val="variable"/>
  </w:font>
  <w:font w:name="Liberation Mono">
    <w:altName w:val="Courier New"/>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5380" w:rsidRDefault="00345380" w:rsidP="005F20EB">
      <w:pPr>
        <w:spacing w:after="0" w:line="240" w:lineRule="auto"/>
      </w:pPr>
      <w:r>
        <w:separator/>
      </w:r>
    </w:p>
  </w:footnote>
  <w:footnote w:type="continuationSeparator" w:id="0">
    <w:p w:rsidR="00345380" w:rsidRDefault="00345380" w:rsidP="005F20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48D0" w:rsidRDefault="00B748D0" w:rsidP="005F20EB">
    <w:pPr>
      <w:pStyle w:val="Header"/>
      <w:rPr>
        <w:rtl/>
      </w:rPr>
    </w:pPr>
  </w:p>
  <w:p w:rsidR="00B748D0" w:rsidRDefault="00B748D0" w:rsidP="005F20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91216"/>
    <w:multiLevelType w:val="multilevel"/>
    <w:tmpl w:val="117E657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 w15:restartNumberingAfterBreak="0">
    <w:nsid w:val="032563DD"/>
    <w:multiLevelType w:val="multilevel"/>
    <w:tmpl w:val="DAB4C480"/>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C525BA1"/>
    <w:multiLevelType w:val="multilevel"/>
    <w:tmpl w:val="F514C2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FD0902"/>
    <w:multiLevelType w:val="multilevel"/>
    <w:tmpl w:val="8D824D4C"/>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E0B6773"/>
    <w:multiLevelType w:val="multilevel"/>
    <w:tmpl w:val="C3CE2C6A"/>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477434B"/>
    <w:multiLevelType w:val="multilevel"/>
    <w:tmpl w:val="8E6EA12E"/>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CB03C7C"/>
    <w:multiLevelType w:val="multilevel"/>
    <w:tmpl w:val="4CC81B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1EA8412F"/>
    <w:multiLevelType w:val="multilevel"/>
    <w:tmpl w:val="B0BA723C"/>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53218CD"/>
    <w:multiLevelType w:val="multilevel"/>
    <w:tmpl w:val="4D066E0C"/>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59756D5"/>
    <w:multiLevelType w:val="multilevel"/>
    <w:tmpl w:val="CA9C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7B3C54"/>
    <w:multiLevelType w:val="multilevel"/>
    <w:tmpl w:val="4D38E57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15:restartNumberingAfterBreak="0">
    <w:nsid w:val="4E6B35BF"/>
    <w:multiLevelType w:val="multilevel"/>
    <w:tmpl w:val="2D069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964447"/>
    <w:multiLevelType w:val="multilevel"/>
    <w:tmpl w:val="461AD05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15:restartNumberingAfterBreak="0">
    <w:nsid w:val="5E2B57D3"/>
    <w:multiLevelType w:val="multilevel"/>
    <w:tmpl w:val="0D26DE7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15:restartNumberingAfterBreak="0">
    <w:nsid w:val="63A03236"/>
    <w:multiLevelType w:val="multilevel"/>
    <w:tmpl w:val="F6AE0E38"/>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8D913FD"/>
    <w:multiLevelType w:val="multilevel"/>
    <w:tmpl w:val="E958586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15:restartNumberingAfterBreak="0">
    <w:nsid w:val="6B975ABA"/>
    <w:multiLevelType w:val="multilevel"/>
    <w:tmpl w:val="B8A2C0CA"/>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72C7052E"/>
    <w:multiLevelType w:val="multilevel"/>
    <w:tmpl w:val="C5B2DAF2"/>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5AA5644"/>
    <w:multiLevelType w:val="multilevel"/>
    <w:tmpl w:val="78FE1C4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9" w15:restartNumberingAfterBreak="0">
    <w:nsid w:val="7FD44BC6"/>
    <w:multiLevelType w:val="multilevel"/>
    <w:tmpl w:val="7D20A3A4"/>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4"/>
  </w:num>
  <w:num w:numId="2">
    <w:abstractNumId w:val="19"/>
  </w:num>
  <w:num w:numId="3">
    <w:abstractNumId w:val="7"/>
  </w:num>
  <w:num w:numId="4">
    <w:abstractNumId w:val="17"/>
  </w:num>
  <w:num w:numId="5">
    <w:abstractNumId w:val="3"/>
  </w:num>
  <w:num w:numId="6">
    <w:abstractNumId w:val="16"/>
  </w:num>
  <w:num w:numId="7">
    <w:abstractNumId w:val="12"/>
  </w:num>
  <w:num w:numId="8">
    <w:abstractNumId w:val="8"/>
  </w:num>
  <w:num w:numId="9">
    <w:abstractNumId w:val="4"/>
  </w:num>
  <w:num w:numId="10">
    <w:abstractNumId w:val="5"/>
  </w:num>
  <w:num w:numId="11">
    <w:abstractNumId w:val="18"/>
  </w:num>
  <w:num w:numId="12">
    <w:abstractNumId w:val="13"/>
  </w:num>
  <w:num w:numId="13">
    <w:abstractNumId w:val="10"/>
  </w:num>
  <w:num w:numId="14">
    <w:abstractNumId w:val="15"/>
  </w:num>
  <w:num w:numId="15">
    <w:abstractNumId w:val="1"/>
  </w:num>
  <w:num w:numId="16">
    <w:abstractNumId w:val="0"/>
  </w:num>
  <w:num w:numId="17">
    <w:abstractNumId w:val="6"/>
  </w:num>
  <w:num w:numId="18">
    <w:abstractNumId w:val="9"/>
  </w:num>
  <w:num w:numId="19">
    <w:abstractNumId w:val="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A4E"/>
    <w:rsid w:val="00035686"/>
    <w:rsid w:val="00040138"/>
    <w:rsid w:val="0005722A"/>
    <w:rsid w:val="00057D06"/>
    <w:rsid w:val="000B7173"/>
    <w:rsid w:val="001521AE"/>
    <w:rsid w:val="0016705C"/>
    <w:rsid w:val="001677B4"/>
    <w:rsid w:val="00181A30"/>
    <w:rsid w:val="0018226B"/>
    <w:rsid w:val="001A4CF5"/>
    <w:rsid w:val="001A63D3"/>
    <w:rsid w:val="001C65DB"/>
    <w:rsid w:val="001D0268"/>
    <w:rsid w:val="001D5714"/>
    <w:rsid w:val="001F1617"/>
    <w:rsid w:val="00203C42"/>
    <w:rsid w:val="0021580A"/>
    <w:rsid w:val="0022656E"/>
    <w:rsid w:val="0023540E"/>
    <w:rsid w:val="00243548"/>
    <w:rsid w:val="00256D90"/>
    <w:rsid w:val="00272754"/>
    <w:rsid w:val="00312966"/>
    <w:rsid w:val="00324D02"/>
    <w:rsid w:val="00343CF5"/>
    <w:rsid w:val="00345380"/>
    <w:rsid w:val="003568F5"/>
    <w:rsid w:val="00362A4E"/>
    <w:rsid w:val="00376092"/>
    <w:rsid w:val="00386939"/>
    <w:rsid w:val="003C587A"/>
    <w:rsid w:val="003D2252"/>
    <w:rsid w:val="003D28A1"/>
    <w:rsid w:val="003D5AD5"/>
    <w:rsid w:val="003E1292"/>
    <w:rsid w:val="003E4C77"/>
    <w:rsid w:val="0040277D"/>
    <w:rsid w:val="00422F10"/>
    <w:rsid w:val="00423B45"/>
    <w:rsid w:val="00426F3D"/>
    <w:rsid w:val="00427ED2"/>
    <w:rsid w:val="00457234"/>
    <w:rsid w:val="00497956"/>
    <w:rsid w:val="004A3180"/>
    <w:rsid w:val="004A66A3"/>
    <w:rsid w:val="004D0F20"/>
    <w:rsid w:val="004D2201"/>
    <w:rsid w:val="004E00BA"/>
    <w:rsid w:val="005270F6"/>
    <w:rsid w:val="0054127A"/>
    <w:rsid w:val="00576B52"/>
    <w:rsid w:val="005A7EB5"/>
    <w:rsid w:val="005B305A"/>
    <w:rsid w:val="005D4A4B"/>
    <w:rsid w:val="005E70C0"/>
    <w:rsid w:val="005F20EB"/>
    <w:rsid w:val="00623CA6"/>
    <w:rsid w:val="00624035"/>
    <w:rsid w:val="00660980"/>
    <w:rsid w:val="00667B10"/>
    <w:rsid w:val="0067798B"/>
    <w:rsid w:val="00684E20"/>
    <w:rsid w:val="006A18C3"/>
    <w:rsid w:val="006B50FB"/>
    <w:rsid w:val="006B7CB4"/>
    <w:rsid w:val="006C49F8"/>
    <w:rsid w:val="006F11B0"/>
    <w:rsid w:val="0072288C"/>
    <w:rsid w:val="007323F7"/>
    <w:rsid w:val="00750F75"/>
    <w:rsid w:val="00752F70"/>
    <w:rsid w:val="00760272"/>
    <w:rsid w:val="007C633D"/>
    <w:rsid w:val="007E7643"/>
    <w:rsid w:val="008147C9"/>
    <w:rsid w:val="008A149E"/>
    <w:rsid w:val="008A5E63"/>
    <w:rsid w:val="008D03E7"/>
    <w:rsid w:val="008F0581"/>
    <w:rsid w:val="00914ADB"/>
    <w:rsid w:val="00922DB0"/>
    <w:rsid w:val="009438F1"/>
    <w:rsid w:val="00967EB4"/>
    <w:rsid w:val="009932B4"/>
    <w:rsid w:val="009C5A85"/>
    <w:rsid w:val="009D1B9C"/>
    <w:rsid w:val="009D41D7"/>
    <w:rsid w:val="009E61F9"/>
    <w:rsid w:val="00A038EA"/>
    <w:rsid w:val="00A42FB4"/>
    <w:rsid w:val="00A45102"/>
    <w:rsid w:val="00A66A39"/>
    <w:rsid w:val="00A719CD"/>
    <w:rsid w:val="00A75DD9"/>
    <w:rsid w:val="00AC2B88"/>
    <w:rsid w:val="00AD73CC"/>
    <w:rsid w:val="00AF7EBF"/>
    <w:rsid w:val="00B42E41"/>
    <w:rsid w:val="00B43B6E"/>
    <w:rsid w:val="00B62634"/>
    <w:rsid w:val="00B748D0"/>
    <w:rsid w:val="00B84C8A"/>
    <w:rsid w:val="00B9110E"/>
    <w:rsid w:val="00B92F1A"/>
    <w:rsid w:val="00BA22D3"/>
    <w:rsid w:val="00BB3B19"/>
    <w:rsid w:val="00BE005A"/>
    <w:rsid w:val="00BF40A4"/>
    <w:rsid w:val="00C02867"/>
    <w:rsid w:val="00C30074"/>
    <w:rsid w:val="00C32A6B"/>
    <w:rsid w:val="00C4010B"/>
    <w:rsid w:val="00C46DAE"/>
    <w:rsid w:val="00C56DE6"/>
    <w:rsid w:val="00C6579D"/>
    <w:rsid w:val="00C700D9"/>
    <w:rsid w:val="00C8302D"/>
    <w:rsid w:val="00C85099"/>
    <w:rsid w:val="00C92B9F"/>
    <w:rsid w:val="00C96F07"/>
    <w:rsid w:val="00CB6151"/>
    <w:rsid w:val="00CD0871"/>
    <w:rsid w:val="00CD2AC8"/>
    <w:rsid w:val="00CF48C1"/>
    <w:rsid w:val="00CF7B4F"/>
    <w:rsid w:val="00DB08C8"/>
    <w:rsid w:val="00DB18E8"/>
    <w:rsid w:val="00DD0D09"/>
    <w:rsid w:val="00DE60F9"/>
    <w:rsid w:val="00DF69A3"/>
    <w:rsid w:val="00DF6E2C"/>
    <w:rsid w:val="00E015D9"/>
    <w:rsid w:val="00E0632C"/>
    <w:rsid w:val="00E25092"/>
    <w:rsid w:val="00E5470A"/>
    <w:rsid w:val="00E762E9"/>
    <w:rsid w:val="00EB1502"/>
    <w:rsid w:val="00ED7B0E"/>
    <w:rsid w:val="00F1023B"/>
    <w:rsid w:val="00F6028C"/>
    <w:rsid w:val="00F67593"/>
    <w:rsid w:val="00F73B31"/>
    <w:rsid w:val="00F80076"/>
    <w:rsid w:val="00F81D1A"/>
    <w:rsid w:val="00F96B49"/>
    <w:rsid w:val="00FA1167"/>
    <w:rsid w:val="00FA20E8"/>
    <w:rsid w:val="00FD3310"/>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EE817"/>
  <w15:docId w15:val="{1A1DD278-8C86-4671-8A3D-0736F8A67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200" w:line="276" w:lineRule="auto"/>
    </w:p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DefaultParagraphFont"/>
    <w:link w:val="BodyText"/>
    <w:uiPriority w:val="99"/>
    <w:qFormat/>
    <w:rsid w:val="00AA1D8D"/>
  </w:style>
  <w:style w:type="character" w:customStyle="1" w:styleId="BodyText2Char">
    <w:name w:val="Body Text 2 Char"/>
    <w:basedOn w:val="DefaultParagraphFont"/>
    <w:link w:val="BodyText2"/>
    <w:uiPriority w:val="99"/>
    <w:qFormat/>
    <w:rsid w:val="00AA1D8D"/>
  </w:style>
  <w:style w:type="character" w:customStyle="1" w:styleId="BodyText3Char">
    <w:name w:val="Body Text 3 Char"/>
    <w:basedOn w:val="DefaultParagraphFont"/>
    <w:link w:val="BodyText3"/>
    <w:uiPriority w:val="99"/>
    <w:qFormat/>
    <w:rsid w:val="00AA1D8D"/>
    <w:rPr>
      <w:sz w:val="16"/>
      <w:szCs w:val="16"/>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semiHidden/>
    <w:qFormat/>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customStyle="1" w:styleId="Bullets">
    <w:name w:val="Bullets"/>
    <w:qFormat/>
    <w:rPr>
      <w:rFonts w:ascii="OpenSymbol" w:eastAsia="OpenSymbol" w:hAnsi="OpenSymbol" w:cs="OpenSymbol"/>
    </w:rPr>
  </w:style>
  <w:style w:type="character" w:customStyle="1" w:styleId="SourceText">
    <w:name w:val="Source Text"/>
    <w:qFormat/>
    <w:rPr>
      <w:rFonts w:ascii="Liberation Mono" w:eastAsia="Liberation Mono" w:hAnsi="Liberation Mono" w:cs="Liberation Mono"/>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link w:val="BodyTextChar"/>
    <w:uiPriority w:val="99"/>
    <w:unhideWhenUsed/>
    <w:rsid w:val="00AA1D8D"/>
    <w:pPr>
      <w:spacing w:after="120"/>
    </w:pPr>
  </w:style>
  <w:style w:type="paragraph" w:styleId="List">
    <w:name w:val="List"/>
    <w:basedOn w:val="Normal"/>
    <w:uiPriority w:val="99"/>
    <w:unhideWhenUsed/>
    <w:rsid w:val="00AA1D8D"/>
    <w:pPr>
      <w:ind w:left="360" w:hanging="360"/>
      <w:contextualSpacing/>
    </w:p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Normal"/>
    <w:qFormat/>
    <w:pPr>
      <w:suppressLineNumbers/>
    </w:pPr>
    <w:rPr>
      <w:rFonts w:cs="Noto Sans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2">
    <w:name w:val="Body Text 2"/>
    <w:basedOn w:val="Normal"/>
    <w:link w:val="BodyText2Char"/>
    <w:uiPriority w:val="99"/>
    <w:unhideWhenUsed/>
    <w:qFormat/>
    <w:rsid w:val="00AA1D8D"/>
    <w:pPr>
      <w:spacing w:after="120" w:line="480" w:lineRule="auto"/>
    </w:pPr>
  </w:style>
  <w:style w:type="paragraph" w:styleId="BodyText3">
    <w:name w:val="Body Text 3"/>
    <w:basedOn w:val="Normal"/>
    <w:link w:val="BodyText3Char"/>
    <w:uiPriority w:val="99"/>
    <w:unhideWhenUsed/>
    <w:qFormat/>
    <w:rsid w:val="00AA1D8D"/>
    <w:pPr>
      <w:spacing w:after="120"/>
    </w:pPr>
    <w:rPr>
      <w:sz w:val="16"/>
      <w:szCs w:val="16"/>
    </w:rPr>
  </w:style>
  <w:style w:type="paragraph" w:styleId="List2">
    <w:name w:val="List 2"/>
    <w:basedOn w:val="Normal"/>
    <w:uiPriority w:val="99"/>
    <w:unhideWhenUsed/>
    <w:qFormat/>
    <w:rsid w:val="00326F90"/>
    <w:pPr>
      <w:ind w:left="720" w:hanging="360"/>
      <w:contextualSpacing/>
    </w:pPr>
  </w:style>
  <w:style w:type="paragraph" w:styleId="List3">
    <w:name w:val="List 3"/>
    <w:basedOn w:val="Normal"/>
    <w:uiPriority w:val="99"/>
    <w:unhideWhenUsed/>
    <w:qFormat/>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Heading"/>
  </w:style>
  <w:style w:type="paragraph" w:styleId="TOCHeading">
    <w:name w:val="TOC Heading"/>
    <w:basedOn w:val="Heading1"/>
    <w:next w:val="Normal"/>
    <w:uiPriority w:val="39"/>
    <w:semiHidden/>
    <w:unhideWhenUsed/>
    <w:qFormat/>
    <w:rsid w:val="00FC693F"/>
    <w:pPr>
      <w:outlineLvl w:val="9"/>
    </w:pPr>
  </w:style>
  <w:style w:type="paragraph" w:customStyle="1" w:styleId="BlockQuotation">
    <w:name w:val="Block Quotation"/>
    <w:basedOn w:val="Normal"/>
    <w:qFormat/>
    <w:pPr>
      <w:spacing w:after="283"/>
      <w:ind w:left="567" w:right="567"/>
    </w:p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velte-4sys19">
    <w:name w:val="svelte-4sys19"/>
    <w:basedOn w:val="Normal"/>
    <w:rsid w:val="008F058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start">
    <w:name w:val="text-start"/>
    <w:basedOn w:val="Normal"/>
    <w:rsid w:val="008F058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8F058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83548">
      <w:bodyDiv w:val="1"/>
      <w:marLeft w:val="0"/>
      <w:marRight w:val="0"/>
      <w:marTop w:val="0"/>
      <w:marBottom w:val="0"/>
      <w:divBdr>
        <w:top w:val="none" w:sz="0" w:space="0" w:color="auto"/>
        <w:left w:val="none" w:sz="0" w:space="0" w:color="auto"/>
        <w:bottom w:val="none" w:sz="0" w:space="0" w:color="auto"/>
        <w:right w:val="none" w:sz="0" w:space="0" w:color="auto"/>
      </w:divBdr>
    </w:div>
    <w:div w:id="456918074">
      <w:bodyDiv w:val="1"/>
      <w:marLeft w:val="0"/>
      <w:marRight w:val="0"/>
      <w:marTop w:val="0"/>
      <w:marBottom w:val="0"/>
      <w:divBdr>
        <w:top w:val="none" w:sz="0" w:space="0" w:color="auto"/>
        <w:left w:val="none" w:sz="0" w:space="0" w:color="auto"/>
        <w:bottom w:val="none" w:sz="0" w:space="0" w:color="auto"/>
        <w:right w:val="none" w:sz="0" w:space="0" w:color="auto"/>
      </w:divBdr>
    </w:div>
    <w:div w:id="614750316">
      <w:bodyDiv w:val="1"/>
      <w:marLeft w:val="0"/>
      <w:marRight w:val="0"/>
      <w:marTop w:val="0"/>
      <w:marBottom w:val="0"/>
      <w:divBdr>
        <w:top w:val="none" w:sz="0" w:space="0" w:color="auto"/>
        <w:left w:val="none" w:sz="0" w:space="0" w:color="auto"/>
        <w:bottom w:val="none" w:sz="0" w:space="0" w:color="auto"/>
        <w:right w:val="none" w:sz="0" w:space="0" w:color="auto"/>
      </w:divBdr>
      <w:divsChild>
        <w:div w:id="1527477170">
          <w:marLeft w:val="0"/>
          <w:marRight w:val="0"/>
          <w:marTop w:val="0"/>
          <w:marBottom w:val="300"/>
          <w:divBdr>
            <w:top w:val="single" w:sz="2" w:space="0" w:color="0D0D0D"/>
            <w:left w:val="single" w:sz="2" w:space="0" w:color="0D0D0D"/>
            <w:bottom w:val="single" w:sz="2" w:space="0" w:color="0D0D0D"/>
            <w:right w:val="single" w:sz="2" w:space="0" w:color="0D0D0D"/>
          </w:divBdr>
          <w:divsChild>
            <w:div w:id="1905991885">
              <w:marLeft w:val="0"/>
              <w:marRight w:val="0"/>
              <w:marTop w:val="0"/>
              <w:marBottom w:val="0"/>
              <w:divBdr>
                <w:top w:val="single" w:sz="2" w:space="0" w:color="0D0D0D"/>
                <w:left w:val="single" w:sz="2" w:space="0" w:color="0D0D0D"/>
                <w:bottom w:val="single" w:sz="2" w:space="0" w:color="0D0D0D"/>
                <w:right w:val="single" w:sz="2" w:space="0" w:color="0D0D0D"/>
              </w:divBdr>
              <w:divsChild>
                <w:div w:id="1089041313">
                  <w:marLeft w:val="0"/>
                  <w:marRight w:val="0"/>
                  <w:marTop w:val="0"/>
                  <w:marBottom w:val="0"/>
                  <w:divBdr>
                    <w:top w:val="single" w:sz="2" w:space="0" w:color="101828"/>
                    <w:left w:val="single" w:sz="2" w:space="0" w:color="101828"/>
                    <w:bottom w:val="single" w:sz="2" w:space="0" w:color="101828"/>
                    <w:right w:val="single" w:sz="2" w:space="0" w:color="101828"/>
                  </w:divBdr>
                  <w:divsChild>
                    <w:div w:id="2063866406">
                      <w:marLeft w:val="0"/>
                      <w:marRight w:val="0"/>
                      <w:marTop w:val="0"/>
                      <w:marBottom w:val="0"/>
                      <w:divBdr>
                        <w:top w:val="single" w:sz="2" w:space="0" w:color="101828"/>
                        <w:left w:val="single" w:sz="2" w:space="0" w:color="101828"/>
                        <w:bottom w:val="single" w:sz="2" w:space="0" w:color="101828"/>
                        <w:right w:val="single" w:sz="2" w:space="0" w:color="101828"/>
                      </w:divBdr>
                    </w:div>
                  </w:divsChild>
                </w:div>
                <w:div w:id="1216503898">
                  <w:marLeft w:val="0"/>
                  <w:marRight w:val="0"/>
                  <w:marTop w:val="0"/>
                  <w:marBottom w:val="0"/>
                  <w:divBdr>
                    <w:top w:val="single" w:sz="2" w:space="0" w:color="101828"/>
                    <w:left w:val="single" w:sz="2" w:space="0" w:color="101828"/>
                    <w:bottom w:val="single" w:sz="2" w:space="0" w:color="101828"/>
                    <w:right w:val="single" w:sz="2" w:space="0" w:color="101828"/>
                  </w:divBdr>
                  <w:divsChild>
                    <w:div w:id="153763069">
                      <w:marLeft w:val="0"/>
                      <w:marRight w:val="0"/>
                      <w:marTop w:val="0"/>
                      <w:marBottom w:val="0"/>
                      <w:divBdr>
                        <w:top w:val="single" w:sz="2" w:space="0" w:color="101828"/>
                        <w:left w:val="single" w:sz="2" w:space="0" w:color="101828"/>
                        <w:bottom w:val="single" w:sz="2" w:space="0" w:color="101828"/>
                        <w:right w:val="single" w:sz="2" w:space="0" w:color="101828"/>
                      </w:divBdr>
                    </w:div>
                  </w:divsChild>
                </w:div>
                <w:div w:id="28915405">
                  <w:marLeft w:val="0"/>
                  <w:marRight w:val="0"/>
                  <w:marTop w:val="0"/>
                  <w:marBottom w:val="0"/>
                  <w:divBdr>
                    <w:top w:val="single" w:sz="2" w:space="0" w:color="101828"/>
                    <w:left w:val="single" w:sz="2" w:space="0" w:color="101828"/>
                    <w:bottom w:val="single" w:sz="2" w:space="0" w:color="101828"/>
                    <w:right w:val="single" w:sz="2" w:space="0" w:color="101828"/>
                  </w:divBdr>
                  <w:divsChild>
                    <w:div w:id="188877958">
                      <w:marLeft w:val="0"/>
                      <w:marRight w:val="0"/>
                      <w:marTop w:val="0"/>
                      <w:marBottom w:val="0"/>
                      <w:divBdr>
                        <w:top w:val="single" w:sz="2" w:space="0" w:color="101828"/>
                        <w:left w:val="single" w:sz="2" w:space="0" w:color="101828"/>
                        <w:bottom w:val="single" w:sz="2" w:space="0" w:color="101828"/>
                        <w:right w:val="single" w:sz="2" w:space="0" w:color="101828"/>
                      </w:divBdr>
                    </w:div>
                  </w:divsChild>
                </w:div>
              </w:divsChild>
            </w:div>
          </w:divsChild>
        </w:div>
      </w:divsChild>
    </w:div>
    <w:div w:id="1809779521">
      <w:bodyDiv w:val="1"/>
      <w:marLeft w:val="0"/>
      <w:marRight w:val="0"/>
      <w:marTop w:val="0"/>
      <w:marBottom w:val="0"/>
      <w:divBdr>
        <w:top w:val="none" w:sz="0" w:space="0" w:color="auto"/>
        <w:left w:val="none" w:sz="0" w:space="0" w:color="auto"/>
        <w:bottom w:val="none" w:sz="0" w:space="0" w:color="auto"/>
        <w:right w:val="none" w:sz="0" w:space="0" w:color="auto"/>
      </w:divBdr>
    </w:div>
    <w:div w:id="1852913997">
      <w:bodyDiv w:val="1"/>
      <w:marLeft w:val="0"/>
      <w:marRight w:val="0"/>
      <w:marTop w:val="0"/>
      <w:marBottom w:val="0"/>
      <w:divBdr>
        <w:top w:val="none" w:sz="0" w:space="0" w:color="auto"/>
        <w:left w:val="none" w:sz="0" w:space="0" w:color="auto"/>
        <w:bottom w:val="none" w:sz="0" w:space="0" w:color="auto"/>
        <w:right w:val="none" w:sz="0" w:space="0" w:color="auto"/>
      </w:divBdr>
    </w:div>
    <w:div w:id="2021084012">
      <w:bodyDiv w:val="1"/>
      <w:marLeft w:val="0"/>
      <w:marRight w:val="0"/>
      <w:marTop w:val="0"/>
      <w:marBottom w:val="0"/>
      <w:divBdr>
        <w:top w:val="none" w:sz="0" w:space="0" w:color="auto"/>
        <w:left w:val="none" w:sz="0" w:space="0" w:color="auto"/>
        <w:bottom w:val="none" w:sz="0" w:space="0" w:color="auto"/>
        <w:right w:val="none" w:sz="0" w:space="0" w:color="auto"/>
      </w:divBdr>
      <w:divsChild>
        <w:div w:id="1410956679">
          <w:marLeft w:val="0"/>
          <w:marRight w:val="0"/>
          <w:marTop w:val="0"/>
          <w:marBottom w:val="0"/>
          <w:divBdr>
            <w:top w:val="none" w:sz="0" w:space="0" w:color="auto"/>
            <w:left w:val="none" w:sz="0" w:space="0" w:color="auto"/>
            <w:bottom w:val="none" w:sz="0" w:space="0" w:color="auto"/>
            <w:right w:val="none" w:sz="0" w:space="0" w:color="auto"/>
          </w:divBdr>
          <w:divsChild>
            <w:div w:id="2127386765">
              <w:marLeft w:val="0"/>
              <w:marRight w:val="0"/>
              <w:marTop w:val="0"/>
              <w:marBottom w:val="0"/>
              <w:divBdr>
                <w:top w:val="single" w:sz="2" w:space="0" w:color="0D0D0D"/>
                <w:left w:val="single" w:sz="2" w:space="6" w:color="0D0D0D"/>
                <w:bottom w:val="single" w:sz="2" w:space="0" w:color="0D0D0D"/>
                <w:right w:val="single" w:sz="2" w:space="0" w:color="0D0D0D"/>
              </w:divBdr>
            </w:div>
            <w:div w:id="909924437">
              <w:marLeft w:val="0"/>
              <w:marRight w:val="0"/>
              <w:marTop w:val="0"/>
              <w:marBottom w:val="0"/>
              <w:divBdr>
                <w:top w:val="single" w:sz="2" w:space="0" w:color="0D0D0D"/>
                <w:left w:val="single" w:sz="2" w:space="0" w:color="0D0D0D"/>
                <w:bottom w:val="single" w:sz="2" w:space="0" w:color="0D0D0D"/>
                <w:right w:val="single" w:sz="2" w:space="0" w:color="0D0D0D"/>
              </w:divBdr>
              <w:divsChild>
                <w:div w:id="1113283792">
                  <w:marLeft w:val="0"/>
                  <w:marRight w:val="0"/>
                  <w:marTop w:val="0"/>
                  <w:marBottom w:val="0"/>
                  <w:divBdr>
                    <w:top w:val="single" w:sz="2" w:space="0" w:color="0D0D0D"/>
                    <w:left w:val="single" w:sz="2" w:space="0" w:color="0D0D0D"/>
                    <w:bottom w:val="single" w:sz="2" w:space="0" w:color="0D0D0D"/>
                    <w:right w:val="single" w:sz="2" w:space="0" w:color="0D0D0D"/>
                  </w:divBdr>
                  <w:divsChild>
                    <w:div w:id="1543708145">
                      <w:marLeft w:val="0"/>
                      <w:marRight w:val="0"/>
                      <w:marTop w:val="0"/>
                      <w:marBottom w:val="0"/>
                      <w:divBdr>
                        <w:top w:val="single" w:sz="2" w:space="0" w:color="4D4D4C"/>
                        <w:left w:val="single" w:sz="2" w:space="0" w:color="4D4D4C"/>
                        <w:bottom w:val="single" w:sz="2" w:space="0" w:color="4D4D4C"/>
                        <w:right w:val="single" w:sz="2" w:space="0" w:color="4D4D4C"/>
                      </w:divBdr>
                      <w:divsChild>
                        <w:div w:id="1706057093">
                          <w:marLeft w:val="0"/>
                          <w:marRight w:val="0"/>
                          <w:marTop w:val="0"/>
                          <w:marBottom w:val="0"/>
                          <w:divBdr>
                            <w:top w:val="single" w:sz="2" w:space="0" w:color="4D4D4C"/>
                            <w:left w:val="single" w:sz="2" w:space="0" w:color="4D4D4C"/>
                            <w:bottom w:val="single" w:sz="2" w:space="0" w:color="4D4D4C"/>
                            <w:right w:val="single" w:sz="2" w:space="0" w:color="4D4D4C"/>
                          </w:divBdr>
                          <w:divsChild>
                            <w:div w:id="1273247724">
                              <w:marLeft w:val="0"/>
                              <w:marRight w:val="0"/>
                              <w:marTop w:val="0"/>
                              <w:marBottom w:val="0"/>
                              <w:divBdr>
                                <w:top w:val="single" w:sz="2" w:space="3" w:color="4D4D4C"/>
                                <w:left w:val="single" w:sz="2" w:space="0" w:color="4D4D4C"/>
                                <w:bottom w:val="single" w:sz="2" w:space="3" w:color="4D4D4C"/>
                                <w:right w:val="single" w:sz="2" w:space="0" w:color="4D4D4C"/>
                              </w:divBdr>
                              <w:divsChild>
                                <w:div w:id="725879487">
                                  <w:marLeft w:val="0"/>
                                  <w:marRight w:val="0"/>
                                  <w:marTop w:val="0"/>
                                  <w:marBottom w:val="0"/>
                                  <w:divBdr>
                                    <w:top w:val="single" w:sz="2" w:space="0" w:color="4D4D4C"/>
                                    <w:left w:val="single" w:sz="2" w:space="5" w:color="4D4D4C"/>
                                    <w:bottom w:val="single" w:sz="2" w:space="0" w:color="4D4D4C"/>
                                    <w:right w:val="single" w:sz="2" w:space="2" w:color="4D4D4C"/>
                                  </w:divBdr>
                                </w:div>
                              </w:divsChild>
                            </w:div>
                          </w:divsChild>
                        </w:div>
                      </w:divsChild>
                    </w:div>
                  </w:divsChild>
                </w:div>
              </w:divsChild>
            </w:div>
          </w:divsChild>
        </w:div>
        <w:div w:id="1189218378">
          <w:marLeft w:val="0"/>
          <w:marRight w:val="0"/>
          <w:marTop w:val="0"/>
          <w:marBottom w:val="0"/>
          <w:divBdr>
            <w:top w:val="none" w:sz="0" w:space="0" w:color="auto"/>
            <w:left w:val="none" w:sz="0" w:space="0" w:color="auto"/>
            <w:bottom w:val="none" w:sz="0" w:space="0" w:color="auto"/>
            <w:right w:val="none" w:sz="0" w:space="0" w:color="auto"/>
          </w:divBdr>
          <w:divsChild>
            <w:div w:id="1260210809">
              <w:marLeft w:val="0"/>
              <w:marRight w:val="0"/>
              <w:marTop w:val="0"/>
              <w:marBottom w:val="0"/>
              <w:divBdr>
                <w:top w:val="single" w:sz="2" w:space="0" w:color="0D0D0D"/>
                <w:left w:val="single" w:sz="2" w:space="6" w:color="0D0D0D"/>
                <w:bottom w:val="single" w:sz="2" w:space="0" w:color="0D0D0D"/>
                <w:right w:val="single" w:sz="2" w:space="0" w:color="0D0D0D"/>
              </w:divBdr>
            </w:div>
            <w:div w:id="816384970">
              <w:marLeft w:val="0"/>
              <w:marRight w:val="0"/>
              <w:marTop w:val="0"/>
              <w:marBottom w:val="0"/>
              <w:divBdr>
                <w:top w:val="single" w:sz="2" w:space="0" w:color="0D0D0D"/>
                <w:left w:val="single" w:sz="2" w:space="0" w:color="0D0D0D"/>
                <w:bottom w:val="single" w:sz="2" w:space="0" w:color="0D0D0D"/>
                <w:right w:val="single" w:sz="2" w:space="0" w:color="0D0D0D"/>
              </w:divBdr>
              <w:divsChild>
                <w:div w:id="588196535">
                  <w:marLeft w:val="0"/>
                  <w:marRight w:val="0"/>
                  <w:marTop w:val="0"/>
                  <w:marBottom w:val="0"/>
                  <w:divBdr>
                    <w:top w:val="single" w:sz="2" w:space="0" w:color="0D0D0D"/>
                    <w:left w:val="single" w:sz="2" w:space="0" w:color="0D0D0D"/>
                    <w:bottom w:val="single" w:sz="2" w:space="0" w:color="0D0D0D"/>
                    <w:right w:val="single" w:sz="2" w:space="0" w:color="0D0D0D"/>
                  </w:divBdr>
                  <w:divsChild>
                    <w:div w:id="959653681">
                      <w:marLeft w:val="0"/>
                      <w:marRight w:val="0"/>
                      <w:marTop w:val="0"/>
                      <w:marBottom w:val="0"/>
                      <w:divBdr>
                        <w:top w:val="single" w:sz="2" w:space="0" w:color="4D4D4C"/>
                        <w:left w:val="single" w:sz="2" w:space="0" w:color="4D4D4C"/>
                        <w:bottom w:val="single" w:sz="2" w:space="0" w:color="4D4D4C"/>
                        <w:right w:val="single" w:sz="2" w:space="0" w:color="4D4D4C"/>
                      </w:divBdr>
                      <w:divsChild>
                        <w:div w:id="1474592365">
                          <w:marLeft w:val="0"/>
                          <w:marRight w:val="0"/>
                          <w:marTop w:val="0"/>
                          <w:marBottom w:val="0"/>
                          <w:divBdr>
                            <w:top w:val="single" w:sz="2" w:space="0" w:color="4D4D4C"/>
                            <w:left w:val="single" w:sz="2" w:space="0" w:color="4D4D4C"/>
                            <w:bottom w:val="single" w:sz="2" w:space="0" w:color="4D4D4C"/>
                            <w:right w:val="single" w:sz="2" w:space="0" w:color="4D4D4C"/>
                          </w:divBdr>
                          <w:divsChild>
                            <w:div w:id="393353086">
                              <w:marLeft w:val="0"/>
                              <w:marRight w:val="0"/>
                              <w:marTop w:val="0"/>
                              <w:marBottom w:val="0"/>
                              <w:divBdr>
                                <w:top w:val="single" w:sz="2" w:space="3" w:color="4D4D4C"/>
                                <w:left w:val="single" w:sz="2" w:space="0" w:color="4D4D4C"/>
                                <w:bottom w:val="single" w:sz="2" w:space="3" w:color="4D4D4C"/>
                                <w:right w:val="single" w:sz="2" w:space="0" w:color="4D4D4C"/>
                              </w:divBdr>
                              <w:divsChild>
                                <w:div w:id="617299196">
                                  <w:marLeft w:val="0"/>
                                  <w:marRight w:val="0"/>
                                  <w:marTop w:val="0"/>
                                  <w:marBottom w:val="0"/>
                                  <w:divBdr>
                                    <w:top w:val="single" w:sz="2" w:space="0" w:color="4D4D4C"/>
                                    <w:left w:val="single" w:sz="2" w:space="5" w:color="4D4D4C"/>
                                    <w:bottom w:val="single" w:sz="2" w:space="0" w:color="4D4D4C"/>
                                    <w:right w:val="single" w:sz="2" w:space="2" w:color="4D4D4C"/>
                                  </w:divBdr>
                                </w:div>
                              </w:divsChild>
                            </w:div>
                          </w:divsChild>
                        </w:div>
                      </w:divsChild>
                    </w:div>
                  </w:divsChild>
                </w:div>
              </w:divsChild>
            </w:div>
          </w:divsChild>
        </w:div>
      </w:divsChild>
    </w:div>
    <w:div w:id="2038772051">
      <w:bodyDiv w:val="1"/>
      <w:marLeft w:val="0"/>
      <w:marRight w:val="0"/>
      <w:marTop w:val="0"/>
      <w:marBottom w:val="0"/>
      <w:divBdr>
        <w:top w:val="none" w:sz="0" w:space="0" w:color="auto"/>
        <w:left w:val="none" w:sz="0" w:space="0" w:color="auto"/>
        <w:bottom w:val="none" w:sz="0" w:space="0" w:color="auto"/>
        <w:right w:val="none" w:sz="0" w:space="0" w:color="auto"/>
      </w:divBdr>
      <w:divsChild>
        <w:div w:id="2002347185">
          <w:marLeft w:val="0"/>
          <w:marRight w:val="0"/>
          <w:marTop w:val="0"/>
          <w:marBottom w:val="0"/>
          <w:divBdr>
            <w:top w:val="none" w:sz="0" w:space="0" w:color="auto"/>
            <w:left w:val="none" w:sz="0" w:space="0" w:color="auto"/>
            <w:bottom w:val="none" w:sz="0" w:space="0" w:color="auto"/>
            <w:right w:val="none" w:sz="0" w:space="0" w:color="auto"/>
          </w:divBdr>
          <w:divsChild>
            <w:div w:id="1234244567">
              <w:marLeft w:val="0"/>
              <w:marRight w:val="0"/>
              <w:marTop w:val="0"/>
              <w:marBottom w:val="0"/>
              <w:divBdr>
                <w:top w:val="single" w:sz="2" w:space="0" w:color="0D0D0D"/>
                <w:left w:val="single" w:sz="2" w:space="6" w:color="0D0D0D"/>
                <w:bottom w:val="single" w:sz="2" w:space="0" w:color="0D0D0D"/>
                <w:right w:val="single" w:sz="2" w:space="0" w:color="0D0D0D"/>
              </w:divBdr>
            </w:div>
            <w:div w:id="110053618">
              <w:marLeft w:val="0"/>
              <w:marRight w:val="0"/>
              <w:marTop w:val="0"/>
              <w:marBottom w:val="0"/>
              <w:divBdr>
                <w:top w:val="single" w:sz="2" w:space="0" w:color="0D0D0D"/>
                <w:left w:val="single" w:sz="2" w:space="0" w:color="0D0D0D"/>
                <w:bottom w:val="single" w:sz="2" w:space="0" w:color="0D0D0D"/>
                <w:right w:val="single" w:sz="2" w:space="0" w:color="0D0D0D"/>
              </w:divBdr>
              <w:divsChild>
                <w:div w:id="896012543">
                  <w:marLeft w:val="0"/>
                  <w:marRight w:val="0"/>
                  <w:marTop w:val="0"/>
                  <w:marBottom w:val="0"/>
                  <w:divBdr>
                    <w:top w:val="single" w:sz="2" w:space="0" w:color="0D0D0D"/>
                    <w:left w:val="single" w:sz="2" w:space="0" w:color="0D0D0D"/>
                    <w:bottom w:val="single" w:sz="2" w:space="0" w:color="0D0D0D"/>
                    <w:right w:val="single" w:sz="2" w:space="0" w:color="0D0D0D"/>
                  </w:divBdr>
                  <w:divsChild>
                    <w:div w:id="386994545">
                      <w:marLeft w:val="0"/>
                      <w:marRight w:val="0"/>
                      <w:marTop w:val="0"/>
                      <w:marBottom w:val="0"/>
                      <w:divBdr>
                        <w:top w:val="single" w:sz="2" w:space="0" w:color="4D4D4C"/>
                        <w:left w:val="single" w:sz="2" w:space="0" w:color="4D4D4C"/>
                        <w:bottom w:val="single" w:sz="2" w:space="0" w:color="4D4D4C"/>
                        <w:right w:val="single" w:sz="2" w:space="0" w:color="4D4D4C"/>
                      </w:divBdr>
                      <w:divsChild>
                        <w:div w:id="247809249">
                          <w:marLeft w:val="0"/>
                          <w:marRight w:val="0"/>
                          <w:marTop w:val="0"/>
                          <w:marBottom w:val="0"/>
                          <w:divBdr>
                            <w:top w:val="single" w:sz="2" w:space="0" w:color="4D4D4C"/>
                            <w:left w:val="single" w:sz="2" w:space="0" w:color="4D4D4C"/>
                            <w:bottom w:val="single" w:sz="2" w:space="0" w:color="4D4D4C"/>
                            <w:right w:val="single" w:sz="2" w:space="0" w:color="4D4D4C"/>
                          </w:divBdr>
                          <w:divsChild>
                            <w:div w:id="1971283258">
                              <w:marLeft w:val="0"/>
                              <w:marRight w:val="0"/>
                              <w:marTop w:val="0"/>
                              <w:marBottom w:val="0"/>
                              <w:divBdr>
                                <w:top w:val="single" w:sz="2" w:space="3" w:color="4D4D4C"/>
                                <w:left w:val="single" w:sz="2" w:space="0" w:color="4D4D4C"/>
                                <w:bottom w:val="single" w:sz="2" w:space="3" w:color="4D4D4C"/>
                                <w:right w:val="single" w:sz="2" w:space="0" w:color="4D4D4C"/>
                              </w:divBdr>
                              <w:divsChild>
                                <w:div w:id="869030498">
                                  <w:marLeft w:val="0"/>
                                  <w:marRight w:val="0"/>
                                  <w:marTop w:val="0"/>
                                  <w:marBottom w:val="0"/>
                                  <w:divBdr>
                                    <w:top w:val="single" w:sz="2" w:space="0" w:color="4D4D4C"/>
                                    <w:left w:val="single" w:sz="2" w:space="5" w:color="4D4D4C"/>
                                    <w:bottom w:val="single" w:sz="2" w:space="0" w:color="4D4D4C"/>
                                    <w:right w:val="single" w:sz="2" w:space="2" w:color="4D4D4C"/>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header" Target="header1.xm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80" Type="http://schemas.openxmlformats.org/officeDocument/2006/relationships/image" Target="media/image73.png"/><Relationship Id="rId85" Type="http://schemas.openxmlformats.org/officeDocument/2006/relationships/image" Target="media/image78.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648EF-7226-4DDD-8C17-46DAB5DB3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4774</TotalTime>
  <Pages>80</Pages>
  <Words>10354</Words>
  <Characters>59019</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HTC</cp:lastModifiedBy>
  <cp:revision>143</cp:revision>
  <dcterms:created xsi:type="dcterms:W3CDTF">2013-12-23T23:15:00Z</dcterms:created>
  <dcterms:modified xsi:type="dcterms:W3CDTF">2026-07-02T20:11:00Z</dcterms:modified>
  <dc:language>en-US</dc:language>
</cp:coreProperties>
</file>